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5BB8" w14:textId="7E27776D" w:rsidR="00C95550" w:rsidRPr="00C95550" w:rsidRDefault="00C95550" w:rsidP="00C95550">
      <w:pPr>
        <w:pStyle w:val="NormalWeb"/>
        <w:jc w:val="center"/>
        <w:rPr>
          <w:b/>
          <w:bCs/>
          <w:color w:val="000000"/>
        </w:rPr>
      </w:pPr>
      <w:r w:rsidRPr="00C95550">
        <w:rPr>
          <w:b/>
          <w:bCs/>
        </w:rPr>
        <w:t xml:space="preserve">BESLENME VE DİYETETİK </w:t>
      </w:r>
      <w:r w:rsidRPr="00C95550">
        <w:rPr>
          <w:b/>
          <w:bCs/>
        </w:rPr>
        <w:t xml:space="preserve">2025-2026 EĞİTİM ÖĞRETİM YILI </w:t>
      </w:r>
      <w:r w:rsidRPr="00C95550">
        <w:rPr>
          <w:b/>
          <w:bCs/>
        </w:rPr>
        <w:t>GÜZ</w:t>
      </w:r>
      <w:r w:rsidRPr="00C95550">
        <w:rPr>
          <w:b/>
          <w:bCs/>
        </w:rPr>
        <w:t xml:space="preserve"> DÖNEMİ </w:t>
      </w:r>
      <w:r w:rsidRPr="00C95550">
        <w:rPr>
          <w:b/>
          <w:bCs/>
        </w:rPr>
        <w:br/>
        <w:t>ÖĞRENCİ EĞİTİM-ÖĞRETİM DEĞERLENDİRME ANKETİ</w:t>
      </w:r>
      <w:r w:rsidRPr="00C95550">
        <w:rPr>
          <w:b/>
          <w:bCs/>
        </w:rPr>
        <w:br/>
        <w:t>GENEL DEĞERLENDİRME RAPORU</w:t>
      </w:r>
    </w:p>
    <w:p w14:paraId="1E9A2878" w14:textId="6839B89D" w:rsidR="00C95550" w:rsidRPr="00C95550" w:rsidRDefault="00C95550" w:rsidP="00C95550">
      <w:pPr>
        <w:pStyle w:val="NormalWeb"/>
        <w:jc w:val="both"/>
        <w:rPr>
          <w:color w:val="000000"/>
          <w:sz w:val="22"/>
          <w:szCs w:val="22"/>
        </w:rPr>
      </w:pPr>
      <w:r w:rsidRPr="00C95550">
        <w:rPr>
          <w:color w:val="000000"/>
          <w:sz w:val="22"/>
          <w:szCs w:val="22"/>
        </w:rPr>
        <w:t>Yükseköğretimde eğitim-öğretim süreçlerinin niteliğinin artırılmasında öğrenci geri bildirimleri önemli bir veri kaynağıdır.</w:t>
      </w:r>
      <w:r w:rsidRPr="00C95550">
        <w:rPr>
          <w:rStyle w:val="apple-converted-space"/>
          <w:color w:val="000000"/>
          <w:sz w:val="22"/>
          <w:szCs w:val="22"/>
        </w:rPr>
        <w:t> </w:t>
      </w:r>
      <w:r w:rsidRPr="00C95550">
        <w:rPr>
          <w:color w:val="000000"/>
          <w:sz w:val="22"/>
          <w:szCs w:val="22"/>
        </w:rPr>
        <w:t>Bu kapsamda,</w:t>
      </w:r>
      <w:r w:rsidRPr="00C95550">
        <w:rPr>
          <w:rStyle w:val="apple-converted-space"/>
          <w:color w:val="000000"/>
          <w:sz w:val="22"/>
          <w:szCs w:val="22"/>
        </w:rPr>
        <w:t> </w:t>
      </w:r>
      <w:r w:rsidRPr="00C95550">
        <w:rPr>
          <w:color w:val="000000"/>
          <w:sz w:val="22"/>
          <w:szCs w:val="22"/>
        </w:rPr>
        <w:t>Beslenme ve Diyetetik Bölümü</w:t>
      </w:r>
      <w:r w:rsidRPr="00C95550">
        <w:rPr>
          <w:rStyle w:val="apple-converted-space"/>
          <w:color w:val="000000"/>
          <w:sz w:val="22"/>
          <w:szCs w:val="22"/>
        </w:rPr>
        <w:t> </w:t>
      </w:r>
      <w:r w:rsidRPr="00C95550">
        <w:rPr>
          <w:color w:val="000000"/>
          <w:sz w:val="22"/>
          <w:szCs w:val="22"/>
        </w:rPr>
        <w:t>derslerine ilişkin öğrenci görüşlerinin sistematik olarak değerlendirilmesi; ders içeriklerinin,</w:t>
      </w:r>
      <w:r w:rsidRPr="00C95550">
        <w:rPr>
          <w:rStyle w:val="apple-converted-space"/>
          <w:color w:val="000000"/>
          <w:sz w:val="22"/>
          <w:szCs w:val="22"/>
        </w:rPr>
        <w:t> </w:t>
      </w:r>
      <w:r w:rsidRPr="00C95550">
        <w:rPr>
          <w:color w:val="000000"/>
          <w:sz w:val="22"/>
          <w:szCs w:val="22"/>
        </w:rPr>
        <w:t>öğretim yöntemlerinin ve öğretim elemanı performanslarının geliştirilmesine katkı sağlamaktadır.</w:t>
      </w:r>
    </w:p>
    <w:p w14:paraId="1B0F3832" w14:textId="77777777" w:rsidR="00C95550" w:rsidRPr="00C95550" w:rsidRDefault="00C95550" w:rsidP="00C95550">
      <w:pPr>
        <w:pStyle w:val="NormalWeb"/>
        <w:jc w:val="both"/>
        <w:rPr>
          <w:color w:val="000000"/>
          <w:sz w:val="22"/>
          <w:szCs w:val="22"/>
        </w:rPr>
      </w:pPr>
      <w:r w:rsidRPr="00C95550">
        <w:rPr>
          <w:color w:val="000000"/>
          <w:sz w:val="22"/>
          <w:szCs w:val="22"/>
        </w:rPr>
        <w:t>Bu raporun amacı,</w:t>
      </w:r>
      <w:r w:rsidRPr="00C95550">
        <w:rPr>
          <w:rStyle w:val="apple-converted-space"/>
          <w:color w:val="000000"/>
          <w:sz w:val="22"/>
          <w:szCs w:val="22"/>
        </w:rPr>
        <w:t> </w:t>
      </w:r>
      <w:r w:rsidRPr="00C95550">
        <w:rPr>
          <w:color w:val="000000"/>
          <w:sz w:val="22"/>
          <w:szCs w:val="22"/>
        </w:rPr>
        <w:t>2025–2026 eğitim-öğretim yılı güz döneminde</w:t>
      </w:r>
      <w:r w:rsidRPr="00C95550">
        <w:rPr>
          <w:rStyle w:val="apple-converted-space"/>
          <w:color w:val="000000"/>
          <w:sz w:val="22"/>
          <w:szCs w:val="22"/>
        </w:rPr>
        <w:t> </w:t>
      </w:r>
      <w:r w:rsidRPr="00C95550">
        <w:rPr>
          <w:color w:val="000000"/>
          <w:sz w:val="22"/>
          <w:szCs w:val="22"/>
        </w:rPr>
        <w:t>Beslenme ve Diyetetik Bölümü ile fakülte/üniversite ortak derslerine yönelik uygulanan öğrenci değerlendirme anketlerinden (EÖDA) elde edilen verilerin bütüncül bir bakış açısıyla analiz edilmesidir. Bu rapor, bölüm bünyesinde ve ortak servis dersleri kapsamında yürütülen</w:t>
      </w:r>
      <w:r w:rsidRPr="00C95550">
        <w:rPr>
          <w:rStyle w:val="apple-converted-space"/>
          <w:color w:val="000000"/>
          <w:sz w:val="22"/>
          <w:szCs w:val="22"/>
        </w:rPr>
        <w:t> </w:t>
      </w:r>
      <w:r w:rsidRPr="00C95550">
        <w:rPr>
          <w:color w:val="000000"/>
          <w:sz w:val="22"/>
          <w:szCs w:val="22"/>
        </w:rPr>
        <w:t>29 dersin</w:t>
      </w:r>
      <w:r w:rsidRPr="00C95550">
        <w:rPr>
          <w:rStyle w:val="apple-converted-space"/>
          <w:color w:val="000000"/>
          <w:sz w:val="22"/>
          <w:szCs w:val="22"/>
        </w:rPr>
        <w:t> </w:t>
      </w:r>
      <w:r w:rsidRPr="00C95550">
        <w:rPr>
          <w:i/>
          <w:iCs/>
          <w:color w:val="000000"/>
          <w:sz w:val="22"/>
          <w:szCs w:val="22"/>
        </w:rPr>
        <w:t>(BES 115, BES 216, BES 306, BES 308, BES 309, BES 403, BES 404, BES 407, BES 112, BES 113, BES 117, BES 201, BES 203, BES 220, BES 221, BES 222, BES 301, BES 303, BES 318, BES 366, BES 408, FZD 100, FZD 109, FZD 115, FZD 103, FZD 105, FZD 301, ÖZD 101, SAY 212)</w:t>
      </w:r>
      <w:r w:rsidRPr="00C95550">
        <w:rPr>
          <w:rStyle w:val="apple-converted-space"/>
          <w:color w:val="000000"/>
          <w:sz w:val="22"/>
          <w:szCs w:val="22"/>
        </w:rPr>
        <w:t> </w:t>
      </w:r>
      <w:r w:rsidRPr="00C95550">
        <w:rPr>
          <w:color w:val="000000"/>
          <w:sz w:val="22"/>
          <w:szCs w:val="22"/>
        </w:rPr>
        <w:t>öğrenci değerlendirme anketlerinden elde edilen verilerin analiz edilmesi yoluyla hazırlanmıştır.</w:t>
      </w:r>
    </w:p>
    <w:p w14:paraId="36FD485E" w14:textId="77777777" w:rsidR="00C95550" w:rsidRPr="00C95550" w:rsidRDefault="00C95550" w:rsidP="00C95550">
      <w:pPr>
        <w:pStyle w:val="NormalWeb"/>
        <w:jc w:val="both"/>
        <w:rPr>
          <w:color w:val="000000"/>
          <w:sz w:val="22"/>
          <w:szCs w:val="22"/>
        </w:rPr>
      </w:pPr>
      <w:r w:rsidRPr="00C95550">
        <w:rPr>
          <w:color w:val="000000"/>
          <w:sz w:val="22"/>
          <w:szCs w:val="22"/>
        </w:rPr>
        <w:t>Anket üç ana bölümden oluşmaktadır:</w:t>
      </w:r>
    </w:p>
    <w:p w14:paraId="2DCE11FF" w14:textId="77777777" w:rsidR="00C95550" w:rsidRPr="00C95550" w:rsidRDefault="00C95550" w:rsidP="00C95550">
      <w:pPr>
        <w:pStyle w:val="NormalWeb"/>
        <w:numPr>
          <w:ilvl w:val="0"/>
          <w:numId w:val="10"/>
        </w:numPr>
        <w:jc w:val="both"/>
        <w:rPr>
          <w:color w:val="000000"/>
          <w:sz w:val="22"/>
          <w:szCs w:val="22"/>
        </w:rPr>
      </w:pPr>
      <w:r w:rsidRPr="00C95550">
        <w:rPr>
          <w:color w:val="000000"/>
          <w:sz w:val="22"/>
          <w:szCs w:val="22"/>
        </w:rPr>
        <w:t>Öğrenci ders değerlendirmesi</w:t>
      </w:r>
    </w:p>
    <w:p w14:paraId="551D1444" w14:textId="77777777" w:rsidR="00C95550" w:rsidRPr="00C95550" w:rsidRDefault="00C95550" w:rsidP="00C95550">
      <w:pPr>
        <w:pStyle w:val="NormalWeb"/>
        <w:numPr>
          <w:ilvl w:val="0"/>
          <w:numId w:val="10"/>
        </w:numPr>
        <w:jc w:val="both"/>
        <w:rPr>
          <w:color w:val="000000"/>
          <w:sz w:val="22"/>
          <w:szCs w:val="22"/>
        </w:rPr>
      </w:pPr>
      <w:r w:rsidRPr="00C95550">
        <w:rPr>
          <w:color w:val="000000"/>
          <w:sz w:val="22"/>
          <w:szCs w:val="22"/>
        </w:rPr>
        <w:t>Öğretim elemanı değerlendirmesi</w:t>
      </w:r>
    </w:p>
    <w:p w14:paraId="151961BB" w14:textId="77777777" w:rsidR="00C95550" w:rsidRPr="00C95550" w:rsidRDefault="00C95550" w:rsidP="00C95550">
      <w:pPr>
        <w:pStyle w:val="NormalWeb"/>
        <w:numPr>
          <w:ilvl w:val="0"/>
          <w:numId w:val="10"/>
        </w:numPr>
        <w:jc w:val="both"/>
        <w:rPr>
          <w:color w:val="000000"/>
          <w:sz w:val="22"/>
          <w:szCs w:val="22"/>
        </w:rPr>
      </w:pPr>
      <w:r w:rsidRPr="00C95550">
        <w:rPr>
          <w:color w:val="000000"/>
          <w:sz w:val="22"/>
          <w:szCs w:val="22"/>
        </w:rPr>
        <w:t>Öğrenci öz değerlendirmesi</w:t>
      </w:r>
    </w:p>
    <w:p w14:paraId="3465E399" w14:textId="28260BE1" w:rsidR="00C95550" w:rsidRPr="00C95550" w:rsidRDefault="00C95550" w:rsidP="00C95550">
      <w:pPr>
        <w:pStyle w:val="NormalWeb"/>
        <w:jc w:val="both"/>
        <w:rPr>
          <w:color w:val="000000"/>
          <w:sz w:val="22"/>
          <w:szCs w:val="22"/>
        </w:rPr>
      </w:pPr>
      <w:r w:rsidRPr="00C95550">
        <w:rPr>
          <w:color w:val="000000"/>
          <w:sz w:val="22"/>
          <w:szCs w:val="22"/>
        </w:rPr>
        <w:t>Değerlendirmeler 5’li Likert tipi ölçek üzerinden yapılmış olup (</w:t>
      </w:r>
      <m:oMath>
        <m:r>
          <w:rPr>
            <w:rFonts w:ascii="Cambria Math" w:hAnsi="Cambria Math"/>
            <w:sz w:val="22"/>
            <w:szCs w:val="22"/>
          </w:rPr>
          <m:t xml:space="preserve">1 </m:t>
        </m:r>
        <m:r>
          <m:rPr>
            <m:nor/>
          </m:rPr>
          <w:rPr>
            <w:sz w:val="22"/>
            <w:szCs w:val="22"/>
          </w:rPr>
          <m:t>Kesinlikle katılmıyorum</m:t>
        </m:r>
      </m:oMath>
      <w:r w:rsidRPr="00C95550">
        <w:rPr>
          <w:color w:val="000000"/>
          <w:sz w:val="22"/>
          <w:szCs w:val="22"/>
        </w:rPr>
        <w:t>,</w:t>
      </w:r>
      <w:r w:rsidRPr="00C95550">
        <w:rPr>
          <w:rStyle w:val="apple-converted-space"/>
          <w:color w:val="000000"/>
          <w:sz w:val="22"/>
          <w:szCs w:val="22"/>
        </w:rPr>
        <w:t> </w:t>
      </w:r>
      <m:oMath>
        <m:r>
          <w:rPr>
            <w:rFonts w:ascii="Cambria Math" w:hAnsi="Cambria Math"/>
            <w:sz w:val="22"/>
            <w:szCs w:val="22"/>
          </w:rPr>
          <m:t>5=</m:t>
        </m:r>
        <m:r>
          <m:rPr>
            <m:nor/>
          </m:rPr>
          <w:rPr>
            <w:sz w:val="22"/>
            <w:szCs w:val="22"/>
          </w:rPr>
          <m:t>Kesinlikle katılıyorum</m:t>
        </m:r>
      </m:oMath>
      <w:r w:rsidRPr="00C95550">
        <w:rPr>
          <w:color w:val="000000"/>
          <w:sz w:val="22"/>
          <w:szCs w:val="22"/>
        </w:rPr>
        <w:t>), ayrıca ders iş yüküne (AKTS) ilişkin sayısal veriler de toplanmıştır. Ankete ilişkin bulgular başlıklar halinde aşağıda sunulmuştur.</w:t>
      </w:r>
    </w:p>
    <w:p w14:paraId="7DD282B5" w14:textId="77777777" w:rsidR="00C95550" w:rsidRPr="00C95550" w:rsidRDefault="00C95550" w:rsidP="00C95550">
      <w:pPr>
        <w:pStyle w:val="Balk3"/>
        <w:jc w:val="both"/>
        <w:rPr>
          <w:rFonts w:ascii="Times New Roman" w:hAnsi="Times New Roman" w:cs="Times New Roman"/>
          <w:color w:val="000000"/>
        </w:rPr>
      </w:pPr>
      <w:r w:rsidRPr="00C95550">
        <w:rPr>
          <w:rFonts w:ascii="Times New Roman" w:hAnsi="Times New Roman" w:cs="Times New Roman"/>
          <w:color w:val="000000"/>
        </w:rPr>
        <w:t>1. Derslerin Gerekliliği ve Katkısı</w:t>
      </w:r>
    </w:p>
    <w:p w14:paraId="0FED5D2E" w14:textId="77777777" w:rsidR="00C95550" w:rsidRPr="00C95550" w:rsidRDefault="00C95550" w:rsidP="00C95550">
      <w:pPr>
        <w:pStyle w:val="NormalWeb"/>
        <w:jc w:val="both"/>
        <w:rPr>
          <w:color w:val="000000"/>
          <w:sz w:val="22"/>
          <w:szCs w:val="22"/>
        </w:rPr>
      </w:pPr>
      <w:r w:rsidRPr="00C95550">
        <w:rPr>
          <w:color w:val="000000"/>
          <w:sz w:val="22"/>
          <w:szCs w:val="22"/>
        </w:rPr>
        <w:t>Analiz sonuçlarına göre, derslerin büyük çoğunluğu öğrenciler tarafından yüksek düzeyde gerekli ve katkı sağlayıcı olarak değerlendirilmiştir. Özellikle klinik, tıbbi beslenme tedavisi, alan stajları ve temel mesleki derslerde bu değerlendirmelerin oldukça yüksek olduğu görülmüştür:</w:t>
      </w:r>
    </w:p>
    <w:p w14:paraId="7F3E9846" w14:textId="77777777" w:rsidR="00C95550" w:rsidRPr="00C95550" w:rsidRDefault="00C95550" w:rsidP="00C95550">
      <w:pPr>
        <w:pStyle w:val="NormalWeb"/>
        <w:numPr>
          <w:ilvl w:val="0"/>
          <w:numId w:val="11"/>
        </w:numPr>
        <w:jc w:val="both"/>
        <w:rPr>
          <w:color w:val="000000"/>
          <w:sz w:val="22"/>
          <w:szCs w:val="22"/>
        </w:rPr>
      </w:pPr>
      <w:r w:rsidRPr="00C95550">
        <w:rPr>
          <w:color w:val="000000"/>
          <w:sz w:val="22"/>
          <w:szCs w:val="22"/>
        </w:rPr>
        <w:t>BES 201 Beslenme Biyokimyası-I</w:t>
      </w:r>
      <w:r w:rsidRPr="00C95550">
        <w:rPr>
          <w:rStyle w:val="apple-converted-space"/>
          <w:color w:val="000000"/>
          <w:sz w:val="22"/>
          <w:szCs w:val="22"/>
        </w:rPr>
        <w:t> </w:t>
      </w:r>
      <w:r w:rsidRPr="00C95550">
        <w:rPr>
          <w:color w:val="000000"/>
          <w:sz w:val="22"/>
          <w:szCs w:val="22"/>
        </w:rPr>
        <w:t>(5,00)</w:t>
      </w:r>
    </w:p>
    <w:p w14:paraId="75092010" w14:textId="77777777" w:rsidR="00C95550" w:rsidRPr="00C95550" w:rsidRDefault="00C95550" w:rsidP="00C95550">
      <w:pPr>
        <w:pStyle w:val="NormalWeb"/>
        <w:numPr>
          <w:ilvl w:val="0"/>
          <w:numId w:val="11"/>
        </w:numPr>
        <w:jc w:val="both"/>
        <w:rPr>
          <w:color w:val="000000"/>
          <w:sz w:val="22"/>
          <w:szCs w:val="22"/>
        </w:rPr>
      </w:pPr>
      <w:r w:rsidRPr="00C95550">
        <w:rPr>
          <w:color w:val="000000"/>
          <w:sz w:val="22"/>
          <w:szCs w:val="22"/>
        </w:rPr>
        <w:t>BES 222 Beslenme ve Diyetetik Alanında Etik</w:t>
      </w:r>
      <w:r w:rsidRPr="00C95550">
        <w:rPr>
          <w:rStyle w:val="apple-converted-space"/>
          <w:color w:val="000000"/>
          <w:sz w:val="22"/>
          <w:szCs w:val="22"/>
        </w:rPr>
        <w:t> </w:t>
      </w:r>
      <w:r w:rsidRPr="00C95550">
        <w:rPr>
          <w:color w:val="000000"/>
          <w:sz w:val="22"/>
          <w:szCs w:val="22"/>
        </w:rPr>
        <w:t>(4,75 – 5,00)</w:t>
      </w:r>
    </w:p>
    <w:p w14:paraId="36F01784" w14:textId="77777777" w:rsidR="00C95550" w:rsidRPr="00C95550" w:rsidRDefault="00C95550" w:rsidP="00C95550">
      <w:pPr>
        <w:pStyle w:val="NormalWeb"/>
        <w:numPr>
          <w:ilvl w:val="0"/>
          <w:numId w:val="11"/>
        </w:numPr>
        <w:jc w:val="both"/>
        <w:rPr>
          <w:color w:val="000000"/>
          <w:sz w:val="22"/>
          <w:szCs w:val="22"/>
        </w:rPr>
      </w:pPr>
      <w:r w:rsidRPr="00C95550">
        <w:rPr>
          <w:color w:val="000000"/>
          <w:sz w:val="22"/>
          <w:szCs w:val="22"/>
        </w:rPr>
        <w:t>BES 216 Yaşlılıkta Beslenme</w:t>
      </w:r>
      <w:r w:rsidRPr="00C95550">
        <w:rPr>
          <w:rStyle w:val="apple-converted-space"/>
          <w:color w:val="000000"/>
          <w:sz w:val="22"/>
          <w:szCs w:val="22"/>
        </w:rPr>
        <w:t> </w:t>
      </w:r>
      <w:r w:rsidRPr="00C95550">
        <w:rPr>
          <w:color w:val="000000"/>
          <w:sz w:val="22"/>
          <w:szCs w:val="22"/>
        </w:rPr>
        <w:t>(4,83)</w:t>
      </w:r>
    </w:p>
    <w:p w14:paraId="5BC1B9E6" w14:textId="77777777" w:rsidR="00C95550" w:rsidRPr="00C95550" w:rsidRDefault="00C95550" w:rsidP="00C95550">
      <w:pPr>
        <w:pStyle w:val="NormalWeb"/>
        <w:numPr>
          <w:ilvl w:val="0"/>
          <w:numId w:val="11"/>
        </w:numPr>
        <w:jc w:val="both"/>
        <w:rPr>
          <w:color w:val="000000"/>
          <w:sz w:val="22"/>
          <w:szCs w:val="22"/>
        </w:rPr>
      </w:pPr>
      <w:r w:rsidRPr="00C95550">
        <w:rPr>
          <w:color w:val="000000"/>
          <w:sz w:val="22"/>
          <w:szCs w:val="22"/>
        </w:rPr>
        <w:t>BES 403 Beslenme ve Diyetetik Uygulamaları-I</w:t>
      </w:r>
      <w:r w:rsidRPr="00C95550">
        <w:rPr>
          <w:rStyle w:val="apple-converted-space"/>
          <w:color w:val="000000"/>
          <w:sz w:val="22"/>
          <w:szCs w:val="22"/>
        </w:rPr>
        <w:t> </w:t>
      </w:r>
      <w:r w:rsidRPr="00C95550">
        <w:rPr>
          <w:color w:val="000000"/>
          <w:sz w:val="22"/>
          <w:szCs w:val="22"/>
        </w:rPr>
        <w:t>(4,78)</w:t>
      </w:r>
    </w:p>
    <w:p w14:paraId="19915BE6" w14:textId="77777777" w:rsidR="00C95550" w:rsidRPr="00C95550" w:rsidRDefault="00C95550" w:rsidP="00C95550">
      <w:pPr>
        <w:pStyle w:val="NormalWeb"/>
        <w:numPr>
          <w:ilvl w:val="0"/>
          <w:numId w:val="11"/>
        </w:numPr>
        <w:jc w:val="both"/>
        <w:rPr>
          <w:color w:val="000000"/>
          <w:sz w:val="22"/>
          <w:szCs w:val="22"/>
        </w:rPr>
      </w:pPr>
      <w:r w:rsidRPr="00C95550">
        <w:rPr>
          <w:color w:val="000000"/>
          <w:sz w:val="22"/>
          <w:szCs w:val="22"/>
        </w:rPr>
        <w:t>BES 303 Yetişkin Hastalıklarında Tıbbi Beslenme Tedavisi I</w:t>
      </w:r>
      <w:r w:rsidRPr="00C95550">
        <w:rPr>
          <w:rStyle w:val="apple-converted-space"/>
          <w:color w:val="000000"/>
          <w:sz w:val="22"/>
          <w:szCs w:val="22"/>
        </w:rPr>
        <w:t> </w:t>
      </w:r>
      <w:r w:rsidRPr="00C95550">
        <w:rPr>
          <w:color w:val="000000"/>
          <w:sz w:val="22"/>
          <w:szCs w:val="22"/>
        </w:rPr>
        <w:t>(4,74)</w:t>
      </w:r>
    </w:p>
    <w:p w14:paraId="476E6DB6" w14:textId="77777777" w:rsidR="00C95550" w:rsidRPr="00C95550" w:rsidRDefault="00C95550" w:rsidP="00C95550">
      <w:pPr>
        <w:pStyle w:val="NormalWeb"/>
        <w:numPr>
          <w:ilvl w:val="0"/>
          <w:numId w:val="11"/>
        </w:numPr>
        <w:jc w:val="both"/>
        <w:rPr>
          <w:color w:val="000000"/>
          <w:sz w:val="22"/>
          <w:szCs w:val="22"/>
        </w:rPr>
      </w:pPr>
      <w:r w:rsidRPr="00C95550">
        <w:rPr>
          <w:color w:val="000000"/>
          <w:sz w:val="22"/>
          <w:szCs w:val="22"/>
        </w:rPr>
        <w:t>BES 301 Çocuk Hastalıklarında Tıbbi Beslenme Tedavisi I</w:t>
      </w:r>
      <w:r w:rsidRPr="00C95550">
        <w:rPr>
          <w:rStyle w:val="apple-converted-space"/>
          <w:color w:val="000000"/>
          <w:sz w:val="22"/>
          <w:szCs w:val="22"/>
        </w:rPr>
        <w:t> </w:t>
      </w:r>
      <w:r w:rsidRPr="00C95550">
        <w:rPr>
          <w:color w:val="000000"/>
          <w:sz w:val="22"/>
          <w:szCs w:val="22"/>
        </w:rPr>
        <w:t>(4,63)</w:t>
      </w:r>
    </w:p>
    <w:p w14:paraId="5CD05D92" w14:textId="77777777" w:rsidR="00C95550" w:rsidRPr="00C95550" w:rsidRDefault="00C95550" w:rsidP="00C95550">
      <w:pPr>
        <w:pStyle w:val="NormalWeb"/>
        <w:numPr>
          <w:ilvl w:val="0"/>
          <w:numId w:val="11"/>
        </w:numPr>
        <w:jc w:val="both"/>
        <w:rPr>
          <w:color w:val="000000"/>
          <w:sz w:val="22"/>
          <w:szCs w:val="22"/>
        </w:rPr>
      </w:pPr>
      <w:r w:rsidRPr="00C95550">
        <w:rPr>
          <w:color w:val="000000"/>
          <w:sz w:val="22"/>
          <w:szCs w:val="22"/>
        </w:rPr>
        <w:t>BES 221 Tıbbi Terminoloji</w:t>
      </w:r>
      <w:r w:rsidRPr="00C95550">
        <w:rPr>
          <w:rStyle w:val="apple-converted-space"/>
          <w:color w:val="000000"/>
          <w:sz w:val="22"/>
          <w:szCs w:val="22"/>
        </w:rPr>
        <w:t> </w:t>
      </w:r>
      <w:r w:rsidRPr="00C95550">
        <w:rPr>
          <w:color w:val="000000"/>
          <w:sz w:val="22"/>
          <w:szCs w:val="22"/>
        </w:rPr>
        <w:t>(4,60)</w:t>
      </w:r>
    </w:p>
    <w:p w14:paraId="2CF9E65B" w14:textId="581EDDC2" w:rsidR="00C95550" w:rsidRPr="00C95550" w:rsidRDefault="00C95550" w:rsidP="00C95550">
      <w:pPr>
        <w:pStyle w:val="NormalWeb"/>
        <w:numPr>
          <w:ilvl w:val="0"/>
          <w:numId w:val="11"/>
        </w:numPr>
        <w:jc w:val="both"/>
        <w:rPr>
          <w:color w:val="000000"/>
          <w:sz w:val="22"/>
          <w:szCs w:val="22"/>
        </w:rPr>
      </w:pPr>
      <w:r w:rsidRPr="00C95550">
        <w:rPr>
          <w:color w:val="000000"/>
          <w:sz w:val="22"/>
          <w:szCs w:val="22"/>
        </w:rPr>
        <w:t>BES 113 Beslenme İlkeleri I</w:t>
      </w:r>
      <w:r w:rsidRPr="00C95550">
        <w:rPr>
          <w:rStyle w:val="apple-converted-space"/>
          <w:color w:val="000000"/>
          <w:sz w:val="22"/>
          <w:szCs w:val="22"/>
        </w:rPr>
        <w:t> </w:t>
      </w:r>
      <w:r w:rsidRPr="00C95550">
        <w:rPr>
          <w:color w:val="000000"/>
          <w:sz w:val="22"/>
          <w:szCs w:val="22"/>
        </w:rPr>
        <w:t>(4,57)</w:t>
      </w:r>
    </w:p>
    <w:p w14:paraId="49E3DA9E" w14:textId="3DBB412D" w:rsidR="00C95550" w:rsidRPr="00C95550" w:rsidRDefault="00C95550" w:rsidP="00C95550">
      <w:pPr>
        <w:pStyle w:val="NormalWeb"/>
        <w:numPr>
          <w:ilvl w:val="0"/>
          <w:numId w:val="11"/>
        </w:numPr>
        <w:jc w:val="both"/>
        <w:rPr>
          <w:color w:val="000000"/>
          <w:sz w:val="22"/>
          <w:szCs w:val="22"/>
        </w:rPr>
      </w:pPr>
      <w:r w:rsidRPr="00C95550">
        <w:rPr>
          <w:color w:val="000000"/>
          <w:sz w:val="22"/>
          <w:szCs w:val="22"/>
        </w:rPr>
        <w:t>BES 404 Beslenme ve Diyetetik Uygulamaları-II</w:t>
      </w:r>
      <w:r w:rsidRPr="00C95550">
        <w:rPr>
          <w:rStyle w:val="apple-converted-space"/>
          <w:color w:val="000000"/>
          <w:sz w:val="22"/>
          <w:szCs w:val="22"/>
        </w:rPr>
        <w:t> </w:t>
      </w:r>
      <w:r w:rsidRPr="00C95550">
        <w:rPr>
          <w:color w:val="000000"/>
          <w:sz w:val="22"/>
          <w:szCs w:val="22"/>
        </w:rPr>
        <w:t>(4,53)</w:t>
      </w:r>
    </w:p>
    <w:p w14:paraId="64A3D3CB" w14:textId="7A51897D" w:rsidR="00C95550" w:rsidRPr="00C95550" w:rsidRDefault="00C95550" w:rsidP="00C95550">
      <w:pPr>
        <w:jc w:val="both"/>
        <w:rPr>
          <w:rFonts w:ascii="Times New Roman" w:hAnsi="Times New Roman" w:cs="Times New Roman"/>
          <w:color w:val="000000"/>
        </w:rPr>
      </w:pPr>
      <w:r w:rsidRPr="00C95550">
        <w:rPr>
          <w:rFonts w:ascii="Times New Roman" w:hAnsi="Times New Roman" w:cs="Times New Roman"/>
          <w:color w:val="000000"/>
        </w:rPr>
        <w:t>Buna karşın,</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temel fen bilimleri dersi olan</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115 Temel Kimya 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w:t>
      </w:r>
      <m:oMath>
        <m:r>
          <w:rPr>
            <w:rFonts w:ascii="Cambria Math" w:hAnsi="Cambria Math" w:cs="Times New Roman"/>
          </w:rPr>
          <m:t>≈2,47</m:t>
        </m:r>
      </m:oMath>
      <w:r w:rsidRPr="00C95550">
        <w:rPr>
          <w:rFonts w:ascii="Times New Roman" w:hAnsi="Times New Roman" w:cs="Times New Roman"/>
          <w:color w:val="000000"/>
        </w:rPr>
        <w: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genel oryantasyon ve üniversite ortak dersleri ile genel sosyal seçmeli derslerde (FZD 100</w:t>
      </w:r>
      <w:r w:rsidRPr="00C95550">
        <w:rPr>
          <w:rStyle w:val="apple-converted-space"/>
          <w:rFonts w:ascii="Times New Roman" w:hAnsi="Times New Roman" w:cs="Times New Roman"/>
          <w:color w:val="000000"/>
        </w:rPr>
        <w:t> </w:t>
      </w:r>
      <m:oMath>
        <m:r>
          <w:rPr>
            <w:rFonts w:ascii="Cambria Math" w:hAnsi="Cambria Math" w:cs="Times New Roman"/>
          </w:rPr>
          <m:t>≈2,14</m:t>
        </m:r>
      </m:oMath>
      <w:r w:rsidRPr="00C95550">
        <w:rPr>
          <w:rFonts w:ascii="Times New Roman" w:hAnsi="Times New Roman" w:cs="Times New Roman"/>
          <w:color w:val="000000"/>
        </w:rPr>
        <w: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O</w:t>
      </w:r>
      <w:r w:rsidRPr="00C95550">
        <w:rPr>
          <w:rFonts w:ascii="Times New Roman" w:hAnsi="Times New Roman" w:cs="Times New Roman"/>
          <w:color w:val="000000"/>
        </w:rPr>
        <w:t>ZD 101</w:t>
      </w:r>
      <w:r w:rsidRPr="00C95550">
        <w:rPr>
          <w:rStyle w:val="apple-converted-space"/>
          <w:rFonts w:ascii="Times New Roman" w:hAnsi="Times New Roman" w:cs="Times New Roman"/>
          <w:color w:val="000000"/>
        </w:rPr>
        <w:t> </w:t>
      </w:r>
      <m:oMath>
        <m:r>
          <w:rPr>
            <w:rFonts w:ascii="Cambria Math" w:hAnsi="Cambria Math" w:cs="Times New Roman"/>
          </w:rPr>
          <m:t>≈2,29</m:t>
        </m:r>
      </m:oMath>
      <w:r w:rsidRPr="00C95550">
        <w:rPr>
          <w:rFonts w:ascii="Times New Roman" w:hAnsi="Times New Roman" w:cs="Times New Roman"/>
          <w:color w:val="000000"/>
        </w:rPr>
        <w: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117</w:t>
      </w:r>
      <w:r w:rsidRPr="00C95550">
        <w:rPr>
          <w:rStyle w:val="apple-converted-space"/>
          <w:rFonts w:ascii="Times New Roman" w:hAnsi="Times New Roman" w:cs="Times New Roman"/>
          <w:color w:val="000000"/>
        </w:rPr>
        <w:t> </w:t>
      </w:r>
      <m:oMath>
        <m:r>
          <w:rPr>
            <w:rFonts w:ascii="Cambria Math" w:hAnsi="Cambria Math" w:cs="Times New Roman"/>
          </w:rPr>
          <m:t>≈2,35</m:t>
        </m:r>
      </m:oMath>
      <w:r w:rsidRPr="00C95550">
        <w:rPr>
          <w:rFonts w:ascii="Times New Roman" w:hAnsi="Times New Roman" w:cs="Times New Roman"/>
          <w:color w:val="000000"/>
        </w:rPr>
        <w: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FZD 103 Anatomi</w:t>
      </w:r>
      <w:r w:rsidRPr="00C95550">
        <w:rPr>
          <w:rStyle w:val="apple-converted-space"/>
          <w:rFonts w:ascii="Times New Roman" w:hAnsi="Times New Roman" w:cs="Times New Roman"/>
          <w:color w:val="000000"/>
        </w:rPr>
        <w:t> </w:t>
      </w:r>
      <m:oMath>
        <m:r>
          <w:rPr>
            <w:rFonts w:ascii="Cambria Math" w:hAnsi="Cambria Math" w:cs="Times New Roman"/>
          </w:rPr>
          <m:t>≈2,36</m:t>
        </m:r>
      </m:oMath>
      <w:r w:rsidRPr="00C95550">
        <w:rPr>
          <w:rFonts w:ascii="Times New Roman" w:hAnsi="Times New Roman" w:cs="Times New Roman"/>
          <w:color w:val="000000"/>
        </w:rPr>
        <w: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FZD 301</w:t>
      </w:r>
      <w:r w:rsidRPr="00C95550">
        <w:rPr>
          <w:rStyle w:val="apple-converted-space"/>
          <w:rFonts w:ascii="Times New Roman" w:hAnsi="Times New Roman" w:cs="Times New Roman"/>
          <w:color w:val="000000"/>
        </w:rPr>
        <w:t> </w:t>
      </w:r>
      <m:oMath>
        <m:r>
          <w:rPr>
            <w:rFonts w:ascii="Cambria Math" w:hAnsi="Cambria Math" w:cs="Times New Roman"/>
          </w:rPr>
          <m:t>≈2,67</m:t>
        </m:r>
      </m:oMath>
      <w:r w:rsidRPr="00C95550">
        <w:rPr>
          <w:rFonts w:ascii="Times New Roman" w:hAnsi="Times New Roman" w:cs="Times New Roman"/>
          <w:color w:val="000000"/>
        </w:rPr>
        <w:t>) dersin bölüm için</w:t>
      </w:r>
      <w:r w:rsidRPr="00C95550">
        <w:rPr>
          <w:rFonts w:ascii="Times New Roman" w:hAnsi="Times New Roman" w:cs="Times New Roman"/>
          <w:color w:val="000000"/>
        </w:rPr>
        <w:t xml:space="preserve"> </w:t>
      </w:r>
      <w:r w:rsidRPr="00C95550">
        <w:rPr>
          <w:rFonts w:ascii="Times New Roman" w:hAnsi="Times New Roman" w:cs="Times New Roman"/>
          <w:color w:val="000000"/>
        </w:rPr>
        <w:t>gerekli olduğu algısı diğer derslere oranla belirgin düzeyde düşük kalmıştır.</w:t>
      </w:r>
    </w:p>
    <w:p w14:paraId="7C010F80" w14:textId="77777777" w:rsidR="00C95550" w:rsidRPr="00C95550" w:rsidRDefault="00C95550" w:rsidP="00C95550">
      <w:pPr>
        <w:pStyle w:val="Balk3"/>
        <w:spacing w:before="0"/>
        <w:jc w:val="both"/>
        <w:rPr>
          <w:rFonts w:ascii="Times New Roman" w:hAnsi="Times New Roman" w:cs="Times New Roman"/>
          <w:color w:val="000000"/>
        </w:rPr>
      </w:pPr>
      <w:r w:rsidRPr="00C95550">
        <w:rPr>
          <w:rFonts w:ascii="Times New Roman" w:hAnsi="Times New Roman" w:cs="Times New Roman"/>
          <w:color w:val="000000"/>
        </w:rPr>
        <w:lastRenderedPageBreak/>
        <w:t>2. Derslerin Zorluk Düzeyi</w:t>
      </w:r>
    </w:p>
    <w:p w14:paraId="0F4FCDB3" w14:textId="61838FCF" w:rsidR="00C95550" w:rsidRPr="00C95550" w:rsidRDefault="00C95550" w:rsidP="00C95550">
      <w:pPr>
        <w:jc w:val="both"/>
        <w:rPr>
          <w:rFonts w:ascii="Times New Roman" w:hAnsi="Times New Roman" w:cs="Times New Roman"/>
          <w:color w:val="000000"/>
        </w:rPr>
      </w:pPr>
      <w:r w:rsidRPr="00C95550">
        <w:rPr>
          <w:rFonts w:ascii="Times New Roman" w:hAnsi="Times New Roman" w:cs="Times New Roman"/>
          <w:color w:val="000000"/>
        </w:rPr>
        <w:t>Klinik, lab uygulamalı ve yoğun teorik içeriğe sahip meslek derslerinde zorluk düzeyi algısının oldukça yüksek olduğu saptanmıştır:</w:t>
      </w:r>
      <w:r w:rsidRPr="00C95550">
        <w:rPr>
          <w:rFonts w:ascii="Times New Roman" w:hAnsi="Times New Roman" w:cs="Times New Roman"/>
          <w:color w:val="000000"/>
        </w:rPr>
        <w:br/>
      </w:r>
    </w:p>
    <w:p w14:paraId="3ACDD91D" w14:textId="16EE6872" w:rsidR="00C95550" w:rsidRPr="00C95550" w:rsidRDefault="00C95550" w:rsidP="00C95550">
      <w:pPr>
        <w:numPr>
          <w:ilvl w:val="0"/>
          <w:numId w:val="12"/>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201 Beslenme Biyokimyası-I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(5,00)</w:t>
      </w:r>
    </w:p>
    <w:p w14:paraId="05D7CAE0" w14:textId="24256622" w:rsidR="00C95550" w:rsidRPr="00C95550" w:rsidRDefault="00C95550" w:rsidP="00C95550">
      <w:pPr>
        <w:numPr>
          <w:ilvl w:val="0"/>
          <w:numId w:val="12"/>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403 Beslenme ve Diyetetik Uygulamaları-I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(4,78)</w:t>
      </w:r>
    </w:p>
    <w:p w14:paraId="757E6C8C" w14:textId="0E26D219" w:rsidR="00C95550" w:rsidRPr="00C95550" w:rsidRDefault="00C95550" w:rsidP="00C95550">
      <w:pPr>
        <w:numPr>
          <w:ilvl w:val="0"/>
          <w:numId w:val="12"/>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113 Beslenme İlkeleri 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(4,50)</w:t>
      </w:r>
    </w:p>
    <w:p w14:paraId="281EBB39" w14:textId="147BCFC6" w:rsidR="00C95550" w:rsidRPr="00C95550" w:rsidRDefault="00C95550" w:rsidP="00C95550">
      <w:pPr>
        <w:numPr>
          <w:ilvl w:val="0"/>
          <w:numId w:val="12"/>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301 Çocuk Hastalıklarında Tıbbi Beslenme Tedavisi 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(4,50)</w:t>
      </w:r>
    </w:p>
    <w:p w14:paraId="52EF1F0A" w14:textId="34608A05" w:rsidR="00C95550" w:rsidRPr="00C95550" w:rsidRDefault="00C95550" w:rsidP="00C95550">
      <w:pPr>
        <w:numPr>
          <w:ilvl w:val="0"/>
          <w:numId w:val="12"/>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303 Yetişkin Hastalıklarında Tıbbi Beslenme Tedavisi 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(4,48)</w:t>
      </w:r>
    </w:p>
    <w:p w14:paraId="5C555B49" w14:textId="08DF224B" w:rsidR="00C95550" w:rsidRPr="00C95550" w:rsidRDefault="00C95550" w:rsidP="00C95550">
      <w:pPr>
        <w:numPr>
          <w:ilvl w:val="0"/>
          <w:numId w:val="12"/>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404 Beslenme ve Diyetetik Uygulamaları-II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(4,47)</w:t>
      </w:r>
    </w:p>
    <w:p w14:paraId="678BDAF0" w14:textId="13523B4F" w:rsidR="00C95550" w:rsidRPr="00C95550" w:rsidRDefault="00C95550" w:rsidP="00C95550">
      <w:pPr>
        <w:numPr>
          <w:ilvl w:val="0"/>
          <w:numId w:val="12"/>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203 Besin Kimyası Analiz-I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(4,38)</w:t>
      </w:r>
    </w:p>
    <w:p w14:paraId="72611DBB" w14:textId="312C6CDA" w:rsidR="00C95550" w:rsidRPr="00C95550" w:rsidRDefault="00C95550" w:rsidP="00C95550">
      <w:pPr>
        <w:numPr>
          <w:ilvl w:val="0"/>
          <w:numId w:val="12"/>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115 Temel Kimya 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(4,29)</w:t>
      </w:r>
    </w:p>
    <w:p w14:paraId="32FC09AC" w14:textId="32DD0E1F" w:rsidR="00C95550" w:rsidRPr="00C95550" w:rsidRDefault="00C95550" w:rsidP="00C95550">
      <w:pPr>
        <w:numPr>
          <w:ilvl w:val="0"/>
          <w:numId w:val="12"/>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220 Genel Mikrobiyoloji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(4,00) ve</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FZD 103 Anatomi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(4,00)</w:t>
      </w:r>
    </w:p>
    <w:p w14:paraId="0189BF72" w14:textId="657385E3" w:rsidR="00C95550" w:rsidRPr="00C95550" w:rsidRDefault="00C95550" w:rsidP="00C95550">
      <w:pPr>
        <w:spacing w:after="0"/>
        <w:jc w:val="both"/>
        <w:rPr>
          <w:rFonts w:ascii="Times New Roman" w:hAnsi="Times New Roman" w:cs="Times New Roman"/>
          <w:color w:val="000000"/>
        </w:rPr>
      </w:pPr>
      <w:r w:rsidRPr="00C95550">
        <w:rPr>
          <w:rFonts w:ascii="Times New Roman" w:hAnsi="Times New Roman" w:cs="Times New Roman"/>
          <w:color w:val="000000"/>
        </w:rPr>
        <w:t>Bu durum, derslerin mesleki yeterlilik ve yetkinlik kazandırma amacına uygunluğunu gösterirken, öğrenci iş yükü dengesi açısından dikkatle takip edilmesi gereken bir bulgudur. Buna karşın,</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SAY 212</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(2,50),</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FZD 100(2,57),</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ÖZD 101</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(2,65),</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366</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(2,72) ve</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221 Tıbbi Terminoloji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(2,80) gibi seçmeli ve sözel derslerde zorluk algısı daha düşük düzeylerde seyretmiştir.</w:t>
      </w:r>
      <w:r w:rsidRPr="00C95550">
        <w:rPr>
          <w:rFonts w:ascii="Times New Roman" w:hAnsi="Times New Roman" w:cs="Times New Roman"/>
          <w:color w:val="000000"/>
        </w:rPr>
        <w:br/>
      </w:r>
    </w:p>
    <w:p w14:paraId="1C822DC4" w14:textId="77777777" w:rsidR="00C95550" w:rsidRPr="00C95550" w:rsidRDefault="00C95550" w:rsidP="00C95550">
      <w:pPr>
        <w:pStyle w:val="Balk3"/>
        <w:spacing w:before="0"/>
        <w:jc w:val="both"/>
        <w:rPr>
          <w:rFonts w:ascii="Times New Roman" w:hAnsi="Times New Roman" w:cs="Times New Roman"/>
          <w:color w:val="000000"/>
        </w:rPr>
      </w:pPr>
      <w:r w:rsidRPr="00C95550">
        <w:rPr>
          <w:rFonts w:ascii="Times New Roman" w:hAnsi="Times New Roman" w:cs="Times New Roman"/>
          <w:color w:val="000000"/>
        </w:rPr>
        <w:t>3. Öğretim Elemanı Değerlendirmeleri</w:t>
      </w:r>
    </w:p>
    <w:p w14:paraId="4A6CB9A8" w14:textId="18619EEA" w:rsidR="00C95550" w:rsidRPr="00C95550" w:rsidRDefault="00C95550" w:rsidP="00C95550">
      <w:pPr>
        <w:jc w:val="both"/>
        <w:rPr>
          <w:rFonts w:ascii="Times New Roman" w:hAnsi="Times New Roman" w:cs="Times New Roman"/>
          <w:color w:val="000000"/>
        </w:rPr>
      </w:pPr>
      <w:r w:rsidRPr="00C95550">
        <w:rPr>
          <w:rFonts w:ascii="Times New Roman" w:hAnsi="Times New Roman" w:cs="Times New Roman"/>
          <w:color w:val="000000"/>
        </w:rPr>
        <w:t>Öğretim elemanlarına yönelik genel öğrenci değerlendirmeleri oldukça yüksek ve memnuniyet vericidir (</w:t>
      </w:r>
      <m:oMath>
        <m:r>
          <w:rPr>
            <w:rFonts w:ascii="Cambria Math" w:hAnsi="Cambria Math" w:cs="Times New Roman"/>
          </w:rPr>
          <m:t>≈</m:t>
        </m:r>
      </m:oMath>
      <w:r w:rsidRPr="00C95550">
        <w:rPr>
          <w:rStyle w:val="math-inline"/>
          <w:rFonts w:ascii="Times New Roman" w:hAnsi="Times New Roman" w:cs="Times New Roman"/>
          <w:color w:val="000000"/>
        </w:rPr>
        <w:t>3,70 - 4,81</w:t>
      </w:r>
      <w:r w:rsidRPr="00C95550">
        <w:rPr>
          <w:rFonts w:ascii="Times New Roman" w:hAnsi="Times New Roman" w:cs="Times New Roman"/>
          <w:color w:val="000000"/>
        </w:rPr>
        <w:t>). Özellikle belirli derslerde öğretim elemanları neredeyse tam puana yakın performans sergilemiştir:</w:t>
      </w:r>
    </w:p>
    <w:p w14:paraId="59AEF658" w14:textId="675C0293" w:rsidR="00C95550" w:rsidRPr="00C95550" w:rsidRDefault="00C95550" w:rsidP="00C95550">
      <w:pPr>
        <w:numPr>
          <w:ilvl w:val="0"/>
          <w:numId w:val="13"/>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201 Beslenme Biyokimyası-I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(4,81)</w:t>
      </w:r>
    </w:p>
    <w:p w14:paraId="72785069" w14:textId="3129D3D1" w:rsidR="00C95550" w:rsidRPr="00C95550" w:rsidRDefault="00C95550" w:rsidP="00C95550">
      <w:pPr>
        <w:numPr>
          <w:ilvl w:val="0"/>
          <w:numId w:val="13"/>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222 Beslenme ve Diyetetik Alanında Etik</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(4,77)</w:t>
      </w:r>
    </w:p>
    <w:p w14:paraId="19054605" w14:textId="6C4AA984" w:rsidR="00C95550" w:rsidRPr="00C95550" w:rsidRDefault="00C95550" w:rsidP="00C95550">
      <w:pPr>
        <w:numPr>
          <w:ilvl w:val="0"/>
          <w:numId w:val="13"/>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308 Beslenme Biliminde Yenilikler</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(4,63)</w:t>
      </w:r>
    </w:p>
    <w:p w14:paraId="33405C03" w14:textId="26579502" w:rsidR="00C95550" w:rsidRPr="00C95550" w:rsidRDefault="00C95550" w:rsidP="00C95550">
      <w:pPr>
        <w:numPr>
          <w:ilvl w:val="0"/>
          <w:numId w:val="13"/>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366 Stres Biyokimyası ve Başa Çıkma Yolları</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(4,53)</w:t>
      </w:r>
    </w:p>
    <w:p w14:paraId="4C79A2E0" w14:textId="22C41535" w:rsidR="00C95550" w:rsidRPr="00C95550" w:rsidRDefault="00C95550" w:rsidP="00C95550">
      <w:pPr>
        <w:numPr>
          <w:ilvl w:val="0"/>
          <w:numId w:val="13"/>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SAY 212 İş Sağlığı ve Güvenliği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(4,51)</w:t>
      </w:r>
    </w:p>
    <w:p w14:paraId="16471123" w14:textId="18EF093C" w:rsidR="00C95550" w:rsidRPr="00C95550" w:rsidRDefault="00C95550" w:rsidP="00C95550">
      <w:pPr>
        <w:numPr>
          <w:ilvl w:val="0"/>
          <w:numId w:val="13"/>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BES 404 Beslenme ve Diyetetik Uygulamaları-II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(4,50)</w:t>
      </w:r>
    </w:p>
    <w:p w14:paraId="3F73E5BF" w14:textId="68B8E622" w:rsidR="00C95550" w:rsidRPr="00C95550" w:rsidRDefault="00C95550" w:rsidP="00C95550">
      <w:pPr>
        <w:spacing w:after="0"/>
        <w:jc w:val="both"/>
        <w:rPr>
          <w:rFonts w:ascii="Times New Roman" w:hAnsi="Times New Roman" w:cs="Times New Roman"/>
          <w:color w:val="000000"/>
        </w:rPr>
      </w:pPr>
      <w:r w:rsidRPr="00C95550">
        <w:rPr>
          <w:rFonts w:ascii="Times New Roman" w:hAnsi="Times New Roman" w:cs="Times New Roman"/>
          <w:color w:val="000000"/>
        </w:rPr>
        <w:t>Süreç genel olarak incelendiğinde öğrenciler akademik kadroyu;</w:t>
      </w:r>
    </w:p>
    <w:p w14:paraId="607C6A19" w14:textId="6801B6EB" w:rsidR="00C95550" w:rsidRPr="00C95550" w:rsidRDefault="00C95550" w:rsidP="00C95550">
      <w:pPr>
        <w:numPr>
          <w:ilvl w:val="0"/>
          <w:numId w:val="14"/>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Derse zamanında ve kesintisiz gelme:</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201 (5,00), BES 222 (5,00), BES 308 (4,83)</w:t>
      </w:r>
    </w:p>
    <w:p w14:paraId="1DA96881" w14:textId="59B37CFB" w:rsidR="00C95550" w:rsidRPr="00C95550" w:rsidRDefault="00C95550" w:rsidP="00C95550">
      <w:pPr>
        <w:numPr>
          <w:ilvl w:val="0"/>
          <w:numId w:val="14"/>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Etkili, açık, anlaşılır sunum yapma ve materyal seçimi: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201 (5,00), BES 308 (4,83), BES 303 (4,61)</w:t>
      </w:r>
    </w:p>
    <w:p w14:paraId="2EDEFB6E" w14:textId="057A73F9" w:rsidR="00C95550" w:rsidRPr="00C95550" w:rsidRDefault="00C95550" w:rsidP="00C95550">
      <w:pPr>
        <w:numPr>
          <w:ilvl w:val="0"/>
          <w:numId w:val="14"/>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Öğrencileri derse katılmaya teşvik etme:</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201 (4,80), BES 308 (4,50), BES 366 (4,56)</w:t>
      </w:r>
    </w:p>
    <w:p w14:paraId="7C783052" w14:textId="7FB7B457" w:rsidR="00C95550" w:rsidRPr="00C95550" w:rsidRDefault="00C95550" w:rsidP="00C95550">
      <w:pPr>
        <w:numPr>
          <w:ilvl w:val="0"/>
          <w:numId w:val="14"/>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Ders konularına tam alan hâkimiyeti gösterme:</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201 (5,00), BES 222 (5,00), BES 308 (4,67)</w:t>
      </w:r>
    </w:p>
    <w:p w14:paraId="781D6D01" w14:textId="2B1E45F5" w:rsidR="00C95550" w:rsidRPr="00C95550" w:rsidRDefault="00C95550" w:rsidP="00C95550">
      <w:pPr>
        <w:numPr>
          <w:ilvl w:val="0"/>
          <w:numId w:val="14"/>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Sınavları adil, objektif ve müfredat dengesine uygun değerlendirme:</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222 (5,00), BES 201 (4,80), BES 308 (4,83)</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gibi kriterlerde son derece güçlü bulmuşlardır. Ayrıca öğrencilerin öğretim elemanlarını yüksek oranda rol model aldığı görülmektedir.</w:t>
      </w:r>
    </w:p>
    <w:p w14:paraId="1BEBA9C4" w14:textId="77777777" w:rsidR="00C95550" w:rsidRPr="00C95550" w:rsidRDefault="00C95550" w:rsidP="00C95550">
      <w:pPr>
        <w:pStyle w:val="Balk3"/>
        <w:spacing w:before="0"/>
        <w:jc w:val="both"/>
        <w:rPr>
          <w:rFonts w:ascii="Times New Roman" w:hAnsi="Times New Roman" w:cs="Times New Roman"/>
          <w:color w:val="000000"/>
        </w:rPr>
      </w:pPr>
      <w:r w:rsidRPr="00C95550">
        <w:rPr>
          <w:rFonts w:ascii="Times New Roman" w:hAnsi="Times New Roman" w:cs="Times New Roman"/>
          <w:color w:val="000000"/>
        </w:rPr>
        <w:t>4. Öğrenci Öz Değerlendirmesi</w:t>
      </w:r>
    </w:p>
    <w:p w14:paraId="3680A48A" w14:textId="03D6C914" w:rsidR="00C95550" w:rsidRPr="00C95550" w:rsidRDefault="00C95550" w:rsidP="00C95550">
      <w:pPr>
        <w:jc w:val="both"/>
        <w:rPr>
          <w:rFonts w:ascii="Times New Roman" w:hAnsi="Times New Roman" w:cs="Times New Roman"/>
          <w:color w:val="000000"/>
        </w:rPr>
      </w:pPr>
      <w:r w:rsidRPr="00C95550">
        <w:rPr>
          <w:rFonts w:ascii="Times New Roman" w:hAnsi="Times New Roman" w:cs="Times New Roman"/>
          <w:color w:val="000000"/>
        </w:rPr>
        <w:t>Öğrencilerin öz değerlendirme puanları incelendiğinde:</w:t>
      </w:r>
    </w:p>
    <w:p w14:paraId="0FAA3AB4" w14:textId="1D2CBE74" w:rsidR="00C95550" w:rsidRPr="00C95550" w:rsidRDefault="00C95550" w:rsidP="00C95550">
      <w:pPr>
        <w:numPr>
          <w:ilvl w:val="0"/>
          <w:numId w:val="15"/>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Derslerin tamamına katılım düzeyinin</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klinik ve uygulama ağırlıklı derslerde oldukça yüksek olduğu görülmüştür:</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403</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(4,56),</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404</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(4,53),</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203</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(4,50),</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220</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(4,43),</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216</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(4,33).</w:t>
      </w:r>
    </w:p>
    <w:p w14:paraId="1B3D2ED4" w14:textId="2104D36B" w:rsidR="00C95550" w:rsidRPr="00C95550" w:rsidRDefault="00C95550" w:rsidP="00C95550">
      <w:pPr>
        <w:numPr>
          <w:ilvl w:val="0"/>
          <w:numId w:val="15"/>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lastRenderedPageBreak/>
        <w:t>Ders konularını kaynaklardan ve kitaplardan takip etme kararlılığının</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üst sınıflardaki klinik derslerde ve stajlarda güçlü olduğu saptanmıştır:</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404</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(4,68),</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203</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(4,50),</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201</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(4,40),</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303</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(4,35).</w:t>
      </w:r>
    </w:p>
    <w:p w14:paraId="76FE2FFF" w14:textId="2DED0E83" w:rsidR="00C95550" w:rsidRPr="00C95550" w:rsidRDefault="00C95550" w:rsidP="00C95550">
      <w:pPr>
        <w:spacing w:after="0"/>
        <w:jc w:val="both"/>
        <w:rPr>
          <w:rFonts w:ascii="Times New Roman" w:hAnsi="Times New Roman" w:cs="Times New Roman"/>
          <w:color w:val="000000"/>
        </w:rPr>
      </w:pPr>
      <w:r w:rsidRPr="00C95550">
        <w:rPr>
          <w:rFonts w:ascii="Times New Roman" w:hAnsi="Times New Roman" w:cs="Times New Roman"/>
          <w:color w:val="000000"/>
        </w:rPr>
        <w:t>Buna karşın öğrencilerin;</w:t>
      </w:r>
    </w:p>
    <w:p w14:paraId="3F703F13" w14:textId="2C66D5AC" w:rsidR="00C95550" w:rsidRPr="00C95550" w:rsidRDefault="00C95550" w:rsidP="00C95550">
      <w:pPr>
        <w:numPr>
          <w:ilvl w:val="0"/>
          <w:numId w:val="16"/>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Düzenli ders notu tekrarlama ve ödev yapma alışkanlıklarının</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birinci sınıf temel oryantasyon ve ortak derslerde (BES 117</w:t>
      </w:r>
      <w:r w:rsidRPr="00C95550">
        <w:rPr>
          <w:rStyle w:val="apple-converted-space"/>
          <w:rFonts w:ascii="Times New Roman" w:hAnsi="Times New Roman" w:cs="Times New Roman"/>
          <w:color w:val="000000"/>
        </w:rPr>
        <w:t> </w:t>
      </w:r>
      <m:oMath>
        <m:r>
          <w:rPr>
            <w:rFonts w:ascii="Cambria Math" w:hAnsi="Cambria Math" w:cs="Times New Roman"/>
          </w:rPr>
          <m:t>≈</m:t>
        </m:r>
      </m:oMath>
      <w:r w:rsidRPr="00C95550">
        <w:rPr>
          <w:rStyle w:val="math-inline"/>
          <w:rFonts w:ascii="Times New Roman" w:hAnsi="Times New Roman" w:cs="Times New Roman"/>
          <w:color w:val="000000"/>
        </w:rPr>
        <w:t>3,29</w:t>
      </w:r>
      <w:r w:rsidRPr="00C95550">
        <w:rPr>
          <w:rFonts w:ascii="Times New Roman" w:hAnsi="Times New Roman" w:cs="Times New Roman"/>
          <w:color w:val="000000"/>
        </w:rPr>
        <w: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O</w:t>
      </w:r>
      <w:r w:rsidRPr="00C95550">
        <w:rPr>
          <w:rFonts w:ascii="Times New Roman" w:hAnsi="Times New Roman" w:cs="Times New Roman"/>
          <w:color w:val="000000"/>
        </w:rPr>
        <w:t>ZD 101</w:t>
      </w:r>
      <w:r w:rsidRPr="00C95550">
        <w:rPr>
          <w:rStyle w:val="apple-converted-space"/>
          <w:rFonts w:ascii="Times New Roman" w:hAnsi="Times New Roman" w:cs="Times New Roman"/>
          <w:color w:val="000000"/>
        </w:rPr>
        <w:t> </w:t>
      </w:r>
      <m:oMath>
        <m:r>
          <w:rPr>
            <w:rFonts w:ascii="Cambria Math" w:hAnsi="Cambria Math" w:cs="Times New Roman"/>
          </w:rPr>
          <m:t>≈</m:t>
        </m:r>
      </m:oMath>
      <w:r w:rsidRPr="00C95550">
        <w:rPr>
          <w:rStyle w:val="math-inline"/>
          <w:rFonts w:ascii="Times New Roman" w:hAnsi="Times New Roman" w:cs="Times New Roman"/>
          <w:color w:val="000000"/>
        </w:rPr>
        <w:t>3,18</w:t>
      </w:r>
      <w:r w:rsidRPr="00C95550">
        <w:rPr>
          <w:rFonts w:ascii="Times New Roman" w:hAnsi="Times New Roman" w:cs="Times New Roman"/>
          <w:color w:val="000000"/>
        </w:rPr>
        <w:t>) nispeten düşük kaldığı,</w:t>
      </w:r>
    </w:p>
    <w:p w14:paraId="734C476D" w14:textId="3F2B80CF" w:rsidR="00C95550" w:rsidRPr="00C95550" w:rsidRDefault="00C95550" w:rsidP="00C95550">
      <w:pPr>
        <w:numPr>
          <w:ilvl w:val="0"/>
          <w:numId w:val="16"/>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Anlamadıkları konular hakkında akademik destek arama ve ders hocasından yardım istemedavranışlarının bazı temel fen ve oryantasyon derslerinde (BES 117</w:t>
      </w:r>
      <w:r w:rsidRPr="00C95550">
        <w:rPr>
          <w:rStyle w:val="apple-converted-space"/>
          <w:rFonts w:ascii="Times New Roman" w:hAnsi="Times New Roman" w:cs="Times New Roman"/>
          <w:color w:val="000000"/>
        </w:rPr>
        <w:t> </w:t>
      </w:r>
      <w:r w:rsidRPr="00C95550">
        <w:rPr>
          <w:rStyle w:val="math-inline"/>
          <w:rFonts w:ascii="Times New Roman" w:hAnsi="Times New Roman" w:cs="Times New Roman"/>
          <w:color w:val="000000"/>
        </w:rPr>
        <w:t xml:space="preserve"> 2,94</w:t>
      </w:r>
      <w:r w:rsidRPr="00C95550">
        <w:rPr>
          <w:rFonts w:ascii="Times New Roman" w:hAnsi="Times New Roman" w:cs="Times New Roman"/>
          <w:color w:val="000000"/>
        </w:rPr>
        <w: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O</w:t>
      </w:r>
      <w:r w:rsidRPr="00C95550">
        <w:rPr>
          <w:rFonts w:ascii="Times New Roman" w:hAnsi="Times New Roman" w:cs="Times New Roman"/>
          <w:color w:val="000000"/>
        </w:rPr>
        <w:t>ZD 101</w:t>
      </w:r>
      <w:r w:rsidRPr="00C95550">
        <w:rPr>
          <w:rStyle w:val="apple-converted-space"/>
          <w:rFonts w:ascii="Times New Roman" w:hAnsi="Times New Roman" w:cs="Times New Roman"/>
          <w:color w:val="000000"/>
        </w:rPr>
        <w:t> </w:t>
      </w:r>
      <m:oMath>
        <m:r>
          <w:rPr>
            <w:rFonts w:ascii="Cambria Math" w:hAnsi="Cambria Math" w:cs="Times New Roman"/>
          </w:rPr>
          <m:t>≈</m:t>
        </m:r>
      </m:oMath>
      <w:r w:rsidRPr="00C95550">
        <w:rPr>
          <w:rStyle w:val="math-inline"/>
          <w:rFonts w:ascii="Times New Roman" w:hAnsi="Times New Roman" w:cs="Times New Roman"/>
          <w:color w:val="000000"/>
        </w:rPr>
        <w:t xml:space="preserve"> 3,00</w:t>
      </w:r>
      <w:r w:rsidRPr="00C95550">
        <w:rPr>
          <w:rFonts w:ascii="Times New Roman" w:hAnsi="Times New Roman" w:cs="Times New Roman"/>
          <w:color w:val="000000"/>
        </w:rPr>
        <w: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FZD 103</w:t>
      </w:r>
      <w:r w:rsidRPr="00C95550">
        <w:rPr>
          <w:rStyle w:val="apple-converted-space"/>
          <w:rFonts w:ascii="Times New Roman" w:hAnsi="Times New Roman" w:cs="Times New Roman"/>
          <w:color w:val="000000"/>
        </w:rPr>
        <w:t> </w:t>
      </w:r>
      <m:oMath>
        <m:r>
          <w:rPr>
            <w:rFonts w:ascii="Cambria Math" w:hAnsi="Cambria Math" w:cs="Times New Roman"/>
          </w:rPr>
          <m:t>≈</m:t>
        </m:r>
      </m:oMath>
      <w:r w:rsidRPr="00C95550">
        <w:rPr>
          <w:rStyle w:val="math-inline"/>
          <w:rFonts w:ascii="Times New Roman" w:hAnsi="Times New Roman" w:cs="Times New Roman"/>
          <w:color w:val="000000"/>
        </w:rPr>
        <w:t>3,07</w:t>
      </w:r>
      <w:r w:rsidRPr="00C95550">
        <w:rPr>
          <w:rFonts w:ascii="Times New Roman" w:hAnsi="Times New Roman" w:cs="Times New Roman"/>
          <w:color w:val="000000"/>
        </w:rPr>
        <w:t>) zayıfladığı belirlenmiştir.</w:t>
      </w:r>
    </w:p>
    <w:p w14:paraId="505D0B72" w14:textId="77777777" w:rsidR="00C95550" w:rsidRPr="00C95550" w:rsidRDefault="00C95550" w:rsidP="00C95550">
      <w:pPr>
        <w:pStyle w:val="Balk3"/>
        <w:spacing w:before="0"/>
        <w:jc w:val="both"/>
        <w:rPr>
          <w:rFonts w:ascii="Times New Roman" w:hAnsi="Times New Roman" w:cs="Times New Roman"/>
          <w:color w:val="000000"/>
        </w:rPr>
      </w:pPr>
      <w:r w:rsidRPr="00C95550">
        <w:rPr>
          <w:rFonts w:ascii="Times New Roman" w:hAnsi="Times New Roman" w:cs="Times New Roman"/>
          <w:color w:val="000000"/>
        </w:rPr>
        <w:t>5. Ders İş Yükü (AKTS) Değerlendirmesi</w:t>
      </w:r>
    </w:p>
    <w:p w14:paraId="65BF83BB" w14:textId="5532A8AF" w:rsidR="00C95550" w:rsidRPr="00C95550" w:rsidRDefault="00C95550" w:rsidP="00C95550">
      <w:pPr>
        <w:jc w:val="both"/>
        <w:rPr>
          <w:rFonts w:ascii="Times New Roman" w:hAnsi="Times New Roman" w:cs="Times New Roman"/>
          <w:color w:val="000000"/>
        </w:rPr>
      </w:pPr>
      <w:r w:rsidRPr="00C95550">
        <w:rPr>
          <w:rFonts w:ascii="Times New Roman" w:hAnsi="Times New Roman" w:cs="Times New Roman"/>
          <w:color w:val="000000"/>
        </w:rPr>
        <w:t>Dersler arasında öğrenciye yüklenen iş yükü (saat/dönem) açısından belirgin farklar bulunmaktadır:</w:t>
      </w:r>
    </w:p>
    <w:p w14:paraId="12376D4E" w14:textId="1727B066" w:rsidR="00C95550" w:rsidRPr="00C95550" w:rsidRDefault="00C95550" w:rsidP="00C95550">
      <w:pPr>
        <w:numPr>
          <w:ilvl w:val="0"/>
          <w:numId w:val="17"/>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Sınav Hazırlık Süreleri: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Klinik ve laboratuvar içerikli derslerin final sınavları için öğrencilerin ciddi bir zaman harcadığı saptanmıştır:</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201 Beslenme Biyokimyası-I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(15,00 saat),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301 Tıbbi Beslenme Tedavisi 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(14,63 saat),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303 Tıbbi Beslenme Tedavisi 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(13,96 saat),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403 Staj I(13,67 saat),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404 Staj II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(13,21 saat) ve</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203 Besin Kimyası Analiz-I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(13,13 saat).</w:t>
      </w:r>
    </w:p>
    <w:p w14:paraId="20C5660F" w14:textId="3AA54D64" w:rsidR="00C95550" w:rsidRPr="00C95550" w:rsidRDefault="00C95550" w:rsidP="00C95550">
      <w:pPr>
        <w:numPr>
          <w:ilvl w:val="0"/>
          <w:numId w:val="17"/>
        </w:numPr>
        <w:spacing w:after="100" w:afterAutospacing="1" w:line="240" w:lineRule="auto"/>
        <w:jc w:val="both"/>
        <w:rPr>
          <w:rFonts w:ascii="Times New Roman" w:hAnsi="Times New Roman" w:cs="Times New Roman"/>
          <w:color w:val="000000"/>
        </w:rPr>
      </w:pPr>
      <w:r w:rsidRPr="00C95550">
        <w:rPr>
          <w:rFonts w:ascii="Times New Roman" w:hAnsi="Times New Roman" w:cs="Times New Roman"/>
          <w:color w:val="000000"/>
        </w:rPr>
        <w:t>Proje, Sunum ve Ödev Yükü:</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Dönem içi performans ödevleri ve sunum süreçlerinde en yüksek iş yükü</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308 Beslenme Biliminde Yenilikler</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dersinde gerçekleşmiştir; öğrenciler tek bir sunum/seminer hazırlığı için ortalama</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22,00 saat, ödev için</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9,33 saat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ve proje için</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8,17 saat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harcadıklarını ifade etmişlerdir. Benzer şekilde</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403,</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309</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ve</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 404</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derslerinde de toplam ödev/proje/sunum süreleri</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20 – 25 saat</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aralığına ulaşmaktadır.</w:t>
      </w:r>
    </w:p>
    <w:p w14:paraId="4FE91E99" w14:textId="77777777" w:rsidR="00C95550" w:rsidRPr="00C95550" w:rsidRDefault="00C95550" w:rsidP="00C95550">
      <w:pPr>
        <w:pStyle w:val="Balk3"/>
        <w:spacing w:before="0"/>
        <w:jc w:val="both"/>
        <w:rPr>
          <w:rFonts w:ascii="Times New Roman" w:hAnsi="Times New Roman" w:cs="Times New Roman"/>
          <w:color w:val="000000"/>
        </w:rPr>
      </w:pPr>
      <w:r w:rsidRPr="00C95550">
        <w:rPr>
          <w:rFonts w:ascii="Times New Roman" w:hAnsi="Times New Roman" w:cs="Times New Roman"/>
          <w:color w:val="000000"/>
        </w:rPr>
        <w:t>6. Akademik Başarı Düzeyi</w:t>
      </w:r>
    </w:p>
    <w:p w14:paraId="00340CAA" w14:textId="02F968DC" w:rsidR="00C95550" w:rsidRPr="00C95550" w:rsidRDefault="00C95550" w:rsidP="00C95550">
      <w:pPr>
        <w:jc w:val="both"/>
        <w:rPr>
          <w:rFonts w:ascii="Times New Roman" w:hAnsi="Times New Roman" w:cs="Times New Roman"/>
          <w:color w:val="000000"/>
        </w:rPr>
      </w:pPr>
      <w:r w:rsidRPr="00C95550">
        <w:rPr>
          <w:rFonts w:ascii="Times New Roman" w:hAnsi="Times New Roman" w:cs="Times New Roman"/>
          <w:color w:val="000000"/>
        </w:rPr>
        <w:t>Öğrencilerin beyan ettikleri genel akademik not ortalamaları (GPA) incelendiğinde, ortalamaların ağırlıklı olarak</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3,24 ile 4,80</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aralığında yoğunlaştığı görülmektedir. Dönem içi staj ve intörn değerlendirmelerine paralel olarak mezuniyet aşamasındaki ve üst sınıf öğrencilerinde GPA beyanlarının daha yüksek seviyelerde seyrettiği tespit edilmiştir.</w:t>
      </w:r>
    </w:p>
    <w:p w14:paraId="67D67886" w14:textId="77777777" w:rsidR="00C95550" w:rsidRPr="00C95550" w:rsidRDefault="00C95550" w:rsidP="00C95550">
      <w:pPr>
        <w:pStyle w:val="Balk3"/>
        <w:spacing w:before="0"/>
        <w:jc w:val="both"/>
        <w:rPr>
          <w:rFonts w:ascii="Times New Roman" w:hAnsi="Times New Roman" w:cs="Times New Roman"/>
          <w:color w:val="000000"/>
        </w:rPr>
      </w:pPr>
      <w:r w:rsidRPr="00C95550">
        <w:rPr>
          <w:rFonts w:ascii="Times New Roman" w:hAnsi="Times New Roman" w:cs="Times New Roman"/>
          <w:color w:val="000000"/>
        </w:rPr>
        <w:t>SONUÇ</w:t>
      </w:r>
    </w:p>
    <w:p w14:paraId="0DAEC338" w14:textId="338001A9" w:rsidR="00C95550" w:rsidRPr="00C95550" w:rsidRDefault="00C95550" w:rsidP="00C95550">
      <w:pPr>
        <w:jc w:val="both"/>
        <w:rPr>
          <w:rFonts w:ascii="Times New Roman" w:hAnsi="Times New Roman" w:cs="Times New Roman"/>
          <w:color w:val="000000"/>
        </w:rPr>
      </w:pPr>
      <w:r w:rsidRPr="00C95550">
        <w:rPr>
          <w:rFonts w:ascii="Times New Roman" w:hAnsi="Times New Roman" w:cs="Times New Roman"/>
          <w:color w:val="000000"/>
        </w:rPr>
        <w:t>Elde edilen bulgular,</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Beslenme ve Diyetetik Bölümü</w:t>
      </w:r>
      <w:r w:rsidRPr="00C95550">
        <w:rPr>
          <w:rStyle w:val="apple-converted-space"/>
          <w:rFonts w:ascii="Times New Roman" w:hAnsi="Times New Roman" w:cs="Times New Roman"/>
          <w:color w:val="000000"/>
        </w:rPr>
        <w:t> </w:t>
      </w:r>
      <w:r w:rsidRPr="00C95550">
        <w:rPr>
          <w:rFonts w:ascii="Times New Roman" w:hAnsi="Times New Roman" w:cs="Times New Roman"/>
          <w:color w:val="000000"/>
        </w:rPr>
        <w:t>kapsamında yürütülen eğitim-öğretim faaliyetlerinin genel olarak nitelikli, dinamik ve güçlü bir akademik altyapıya sahip olduğunu ortaya koymaktadır. Özellikle öğretim elemanlarının yüksek değerlendirme puanları, alan hâkimiyetleri ve öğrencilerle kurdukları etkili iletişim eğitim kalitesini destekleyen temel unsurdur. Klinik uygulamalar, tıbbi beslenme tedavisi ve biyokimya derslerinin mesleki gereklilik algısı ve kazandırdığı yetkinlik düzeyi oldukça yüksektir. Elde edilen veriler; 1. sınıf oryantasyon/temel fen derslerinde öğrenci-öğretim elemanı etkileşimini teşvik edici mekanizmaların güçlendirilmesi ve üst sınıflardaki sunum/proje yüklerinin haftalık AKTS dengesine göre optimize edilmesi hususunda yol göstericidir.</w:t>
      </w:r>
    </w:p>
    <w:p w14:paraId="41611DAC" w14:textId="2A54AE48" w:rsidR="00A92924" w:rsidRPr="00C95550" w:rsidRDefault="00000000" w:rsidP="008E77DA">
      <w:pPr>
        <w:spacing w:after="0" w:line="240" w:lineRule="auto"/>
        <w:jc w:val="center"/>
        <w:rPr>
          <w:rFonts w:ascii="Times New Roman" w:hAnsi="Times New Roman" w:cs="Times New Roman"/>
          <w:sz w:val="21"/>
          <w:szCs w:val="21"/>
        </w:rPr>
      </w:pPr>
      <w:r w:rsidRPr="00C95550">
        <w:rPr>
          <w:rFonts w:ascii="Times New Roman" w:hAnsi="Times New Roman" w:cs="Times New Roman"/>
          <w:b/>
          <w:color w:val="003366"/>
          <w:sz w:val="24"/>
          <w:szCs w:val="21"/>
        </w:rPr>
        <w:t>BESLENME VE DİYETETİK BÖLÜMÜ 2025-2026 GÜZ DÖNEMİ DERS DEĞERLENDİRME ANKET SONUÇLARI</w:t>
      </w:r>
    </w:p>
    <w:p w14:paraId="45BC274D" w14:textId="77777777" w:rsidR="00A92924" w:rsidRPr="008E77DA" w:rsidRDefault="00A92924" w:rsidP="008E77DA">
      <w:pPr>
        <w:spacing w:after="0" w:line="240" w:lineRule="auto"/>
        <w:rPr>
          <w:rFonts w:ascii="Times New Roman" w:hAnsi="Times New Roman" w:cs="Times New Roman"/>
        </w:rPr>
      </w:pPr>
    </w:p>
    <w:p w14:paraId="5E3C8A5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 Ders: BES 115 - Temel Kimya I</w:t>
      </w:r>
    </w:p>
    <w:p w14:paraId="53931AF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7DB53D2D" w14:textId="77777777">
        <w:trPr>
          <w:jc w:val="center"/>
        </w:trPr>
        <w:tc>
          <w:tcPr>
            <w:tcW w:w="3120" w:type="dxa"/>
            <w:shd w:val="clear" w:color="auto" w:fill="1F4E79"/>
            <w:tcMar>
              <w:top w:w="80" w:type="dxa"/>
              <w:left w:w="120" w:type="dxa"/>
              <w:bottom w:w="80" w:type="dxa"/>
              <w:right w:w="120" w:type="dxa"/>
            </w:tcMar>
          </w:tcPr>
          <w:p w14:paraId="4D7F6CB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C7BB98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1881C5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3C2E0D9B" w14:textId="77777777">
        <w:trPr>
          <w:jc w:val="center"/>
        </w:trPr>
        <w:tc>
          <w:tcPr>
            <w:tcW w:w="3120" w:type="dxa"/>
            <w:shd w:val="clear" w:color="auto" w:fill="F9FAFB"/>
            <w:tcMar>
              <w:top w:w="60" w:type="dxa"/>
              <w:left w:w="120" w:type="dxa"/>
              <w:bottom w:w="60" w:type="dxa"/>
              <w:right w:w="120" w:type="dxa"/>
            </w:tcMar>
          </w:tcPr>
          <w:p w14:paraId="2CF8F14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1</w:t>
            </w:r>
          </w:p>
        </w:tc>
        <w:tc>
          <w:tcPr>
            <w:tcW w:w="3120" w:type="dxa"/>
            <w:shd w:val="clear" w:color="auto" w:fill="F9FAFB"/>
            <w:tcMar>
              <w:top w:w="60" w:type="dxa"/>
              <w:left w:w="120" w:type="dxa"/>
              <w:bottom w:w="60" w:type="dxa"/>
              <w:right w:w="120" w:type="dxa"/>
            </w:tcMar>
          </w:tcPr>
          <w:p w14:paraId="654D8D2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6B2D193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2,47</w:t>
            </w:r>
          </w:p>
        </w:tc>
      </w:tr>
      <w:tr w:rsidR="00A92924" w:rsidRPr="008E77DA" w14:paraId="51A68F55" w14:textId="77777777">
        <w:trPr>
          <w:jc w:val="center"/>
        </w:trPr>
        <w:tc>
          <w:tcPr>
            <w:tcW w:w="3120" w:type="dxa"/>
            <w:shd w:val="clear" w:color="auto" w:fill="FFFFFF"/>
            <w:tcMar>
              <w:top w:w="60" w:type="dxa"/>
              <w:left w:w="120" w:type="dxa"/>
              <w:bottom w:w="60" w:type="dxa"/>
              <w:right w:w="120" w:type="dxa"/>
            </w:tcMar>
          </w:tcPr>
          <w:p w14:paraId="4DCCC20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33D8F9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2BBB75E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2,47</w:t>
            </w:r>
          </w:p>
        </w:tc>
      </w:tr>
      <w:tr w:rsidR="00A92924" w:rsidRPr="008E77DA" w14:paraId="330182A5" w14:textId="77777777">
        <w:trPr>
          <w:jc w:val="center"/>
        </w:trPr>
        <w:tc>
          <w:tcPr>
            <w:tcW w:w="3120" w:type="dxa"/>
            <w:shd w:val="clear" w:color="auto" w:fill="F9FAFB"/>
            <w:tcMar>
              <w:top w:w="60" w:type="dxa"/>
              <w:left w:w="120" w:type="dxa"/>
              <w:bottom w:w="60" w:type="dxa"/>
              <w:right w:w="120" w:type="dxa"/>
            </w:tcMar>
          </w:tcPr>
          <w:p w14:paraId="7DD5921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5531B0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6040DA3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4,29</w:t>
            </w:r>
          </w:p>
        </w:tc>
      </w:tr>
      <w:tr w:rsidR="00A92924" w:rsidRPr="008E77DA" w14:paraId="4D9C6EB3" w14:textId="77777777">
        <w:trPr>
          <w:jc w:val="center"/>
        </w:trPr>
        <w:tc>
          <w:tcPr>
            <w:tcW w:w="3120" w:type="dxa"/>
            <w:shd w:val="clear" w:color="auto" w:fill="FFFFFF"/>
            <w:tcMar>
              <w:top w:w="60" w:type="dxa"/>
              <w:left w:w="120" w:type="dxa"/>
              <w:bottom w:w="60" w:type="dxa"/>
              <w:right w:w="120" w:type="dxa"/>
            </w:tcMar>
          </w:tcPr>
          <w:p w14:paraId="5BFDD30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3957A4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0880BB4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2,82</w:t>
            </w:r>
          </w:p>
        </w:tc>
      </w:tr>
    </w:tbl>
    <w:p w14:paraId="054FAAD0" w14:textId="77777777" w:rsidR="00A92924" w:rsidRPr="008E77DA" w:rsidRDefault="00A92924" w:rsidP="008E77DA">
      <w:pPr>
        <w:spacing w:after="0" w:line="240" w:lineRule="auto"/>
        <w:rPr>
          <w:rFonts w:ascii="Times New Roman" w:hAnsi="Times New Roman" w:cs="Times New Roman"/>
        </w:rPr>
      </w:pPr>
    </w:p>
    <w:p w14:paraId="5C58A29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5A38C50D" w14:textId="77777777">
        <w:trPr>
          <w:jc w:val="center"/>
        </w:trPr>
        <w:tc>
          <w:tcPr>
            <w:tcW w:w="4680" w:type="dxa"/>
            <w:shd w:val="clear" w:color="auto" w:fill="1F4E79"/>
            <w:tcMar>
              <w:top w:w="80" w:type="dxa"/>
              <w:left w:w="120" w:type="dxa"/>
              <w:bottom w:w="80" w:type="dxa"/>
              <w:right w:w="120" w:type="dxa"/>
            </w:tcMar>
          </w:tcPr>
          <w:p w14:paraId="4F632B9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2A8C0F6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6E38A577" w14:textId="77777777">
        <w:trPr>
          <w:jc w:val="center"/>
        </w:trPr>
        <w:tc>
          <w:tcPr>
            <w:tcW w:w="4680" w:type="dxa"/>
            <w:shd w:val="clear" w:color="auto" w:fill="F9FAFB"/>
            <w:tcMar>
              <w:top w:w="60" w:type="dxa"/>
              <w:left w:w="120" w:type="dxa"/>
              <w:bottom w:w="60" w:type="dxa"/>
              <w:right w:w="120" w:type="dxa"/>
            </w:tcMar>
          </w:tcPr>
          <w:p w14:paraId="4EEC789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60DBE04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3,12 saat</w:t>
            </w:r>
          </w:p>
        </w:tc>
      </w:tr>
      <w:tr w:rsidR="00A92924" w:rsidRPr="008E77DA" w14:paraId="42FB8C6A" w14:textId="77777777">
        <w:trPr>
          <w:jc w:val="center"/>
        </w:trPr>
        <w:tc>
          <w:tcPr>
            <w:tcW w:w="4680" w:type="dxa"/>
            <w:shd w:val="clear" w:color="auto" w:fill="FFFFFF"/>
            <w:tcMar>
              <w:top w:w="60" w:type="dxa"/>
              <w:left w:w="120" w:type="dxa"/>
              <w:bottom w:w="60" w:type="dxa"/>
              <w:right w:w="120" w:type="dxa"/>
            </w:tcMar>
          </w:tcPr>
          <w:p w14:paraId="0E30A89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7BC1558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3,59 saat</w:t>
            </w:r>
          </w:p>
        </w:tc>
      </w:tr>
      <w:tr w:rsidR="00A92924" w:rsidRPr="008E77DA" w14:paraId="5854005F" w14:textId="77777777">
        <w:trPr>
          <w:jc w:val="center"/>
        </w:trPr>
        <w:tc>
          <w:tcPr>
            <w:tcW w:w="4680" w:type="dxa"/>
            <w:shd w:val="clear" w:color="auto" w:fill="F9FAFB"/>
            <w:tcMar>
              <w:top w:w="60" w:type="dxa"/>
              <w:left w:w="120" w:type="dxa"/>
              <w:bottom w:w="60" w:type="dxa"/>
              <w:right w:w="120" w:type="dxa"/>
            </w:tcMar>
          </w:tcPr>
          <w:p w14:paraId="47468CF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789A73A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0,69 saat</w:t>
            </w:r>
          </w:p>
        </w:tc>
      </w:tr>
      <w:tr w:rsidR="00A92924" w:rsidRPr="008E77DA" w14:paraId="48A50B83" w14:textId="77777777">
        <w:trPr>
          <w:jc w:val="center"/>
        </w:trPr>
        <w:tc>
          <w:tcPr>
            <w:tcW w:w="4680" w:type="dxa"/>
            <w:shd w:val="clear" w:color="auto" w:fill="FFFFFF"/>
            <w:tcMar>
              <w:top w:w="60" w:type="dxa"/>
              <w:left w:w="120" w:type="dxa"/>
              <w:bottom w:w="60" w:type="dxa"/>
              <w:right w:w="120" w:type="dxa"/>
            </w:tcMar>
          </w:tcPr>
          <w:p w14:paraId="299F1E9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58657E2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3,65 saat</w:t>
            </w:r>
          </w:p>
        </w:tc>
      </w:tr>
      <w:tr w:rsidR="00A92924" w:rsidRPr="008E77DA" w14:paraId="612A7E1B" w14:textId="77777777">
        <w:trPr>
          <w:jc w:val="center"/>
        </w:trPr>
        <w:tc>
          <w:tcPr>
            <w:tcW w:w="4680" w:type="dxa"/>
            <w:shd w:val="clear" w:color="auto" w:fill="F9FAFB"/>
            <w:tcMar>
              <w:top w:w="60" w:type="dxa"/>
              <w:left w:w="120" w:type="dxa"/>
              <w:bottom w:w="60" w:type="dxa"/>
              <w:right w:w="120" w:type="dxa"/>
            </w:tcMar>
          </w:tcPr>
          <w:p w14:paraId="7EB771A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5E904EC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6,19 saat</w:t>
            </w:r>
          </w:p>
        </w:tc>
      </w:tr>
      <w:tr w:rsidR="00A92924" w:rsidRPr="008E77DA" w14:paraId="7C74D0FD" w14:textId="77777777">
        <w:trPr>
          <w:jc w:val="center"/>
        </w:trPr>
        <w:tc>
          <w:tcPr>
            <w:tcW w:w="4680" w:type="dxa"/>
            <w:shd w:val="clear" w:color="auto" w:fill="FFFFFF"/>
            <w:tcMar>
              <w:top w:w="60" w:type="dxa"/>
              <w:left w:w="120" w:type="dxa"/>
              <w:bottom w:w="60" w:type="dxa"/>
              <w:right w:w="120" w:type="dxa"/>
            </w:tcMar>
          </w:tcPr>
          <w:p w14:paraId="3634C7E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21E5803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0,94 saat</w:t>
            </w:r>
          </w:p>
        </w:tc>
      </w:tr>
      <w:tr w:rsidR="00A92924" w:rsidRPr="008E77DA" w14:paraId="299C2D49" w14:textId="77777777">
        <w:trPr>
          <w:jc w:val="center"/>
        </w:trPr>
        <w:tc>
          <w:tcPr>
            <w:tcW w:w="4680" w:type="dxa"/>
            <w:shd w:val="clear" w:color="auto" w:fill="F9FAFB"/>
            <w:tcMar>
              <w:top w:w="60" w:type="dxa"/>
              <w:left w:w="120" w:type="dxa"/>
              <w:bottom w:w="60" w:type="dxa"/>
              <w:right w:w="120" w:type="dxa"/>
            </w:tcMar>
          </w:tcPr>
          <w:p w14:paraId="2882624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2D01656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3,06 saat</w:t>
            </w:r>
          </w:p>
        </w:tc>
      </w:tr>
      <w:tr w:rsidR="00A92924" w:rsidRPr="008E77DA" w14:paraId="242408FA" w14:textId="77777777">
        <w:trPr>
          <w:jc w:val="center"/>
        </w:trPr>
        <w:tc>
          <w:tcPr>
            <w:tcW w:w="4680" w:type="dxa"/>
            <w:shd w:val="clear" w:color="auto" w:fill="FFFFFF"/>
            <w:tcMar>
              <w:top w:w="60" w:type="dxa"/>
              <w:left w:w="120" w:type="dxa"/>
              <w:bottom w:w="60" w:type="dxa"/>
              <w:right w:w="120" w:type="dxa"/>
            </w:tcMar>
          </w:tcPr>
          <w:p w14:paraId="67820F9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039C743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7,12 saat</w:t>
            </w:r>
          </w:p>
        </w:tc>
      </w:tr>
    </w:tbl>
    <w:p w14:paraId="157916DF" w14:textId="77777777" w:rsidR="00A92924" w:rsidRPr="008E77DA" w:rsidRDefault="00A92924" w:rsidP="008E77DA">
      <w:pPr>
        <w:spacing w:after="0" w:line="240" w:lineRule="auto"/>
        <w:rPr>
          <w:rFonts w:ascii="Times New Roman" w:hAnsi="Times New Roman" w:cs="Times New Roman"/>
        </w:rPr>
      </w:pPr>
    </w:p>
    <w:p w14:paraId="616F176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23EA8688" w14:textId="77777777">
        <w:trPr>
          <w:jc w:val="center"/>
        </w:trPr>
        <w:tc>
          <w:tcPr>
            <w:tcW w:w="3120" w:type="dxa"/>
            <w:shd w:val="clear" w:color="auto" w:fill="1F4E79"/>
            <w:tcMar>
              <w:top w:w="80" w:type="dxa"/>
              <w:left w:w="120" w:type="dxa"/>
              <w:bottom w:w="80" w:type="dxa"/>
              <w:right w:w="120" w:type="dxa"/>
            </w:tcMar>
          </w:tcPr>
          <w:p w14:paraId="7DE141D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5A9137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025C245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0D973C00" w14:textId="77777777">
        <w:trPr>
          <w:jc w:val="center"/>
        </w:trPr>
        <w:tc>
          <w:tcPr>
            <w:tcW w:w="3120" w:type="dxa"/>
            <w:shd w:val="clear" w:color="auto" w:fill="F9FAFB"/>
            <w:tcMar>
              <w:top w:w="60" w:type="dxa"/>
              <w:left w:w="120" w:type="dxa"/>
              <w:bottom w:w="60" w:type="dxa"/>
              <w:right w:w="120" w:type="dxa"/>
            </w:tcMar>
          </w:tcPr>
          <w:p w14:paraId="7737C4F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18CBD2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7F4177A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4,24</w:t>
            </w:r>
          </w:p>
        </w:tc>
      </w:tr>
      <w:tr w:rsidR="00A92924" w:rsidRPr="008E77DA" w14:paraId="11AC43DC" w14:textId="77777777">
        <w:trPr>
          <w:jc w:val="center"/>
        </w:trPr>
        <w:tc>
          <w:tcPr>
            <w:tcW w:w="3120" w:type="dxa"/>
            <w:shd w:val="clear" w:color="auto" w:fill="FFFFFF"/>
            <w:tcMar>
              <w:top w:w="60" w:type="dxa"/>
              <w:left w:w="120" w:type="dxa"/>
              <w:bottom w:w="60" w:type="dxa"/>
              <w:right w:w="120" w:type="dxa"/>
            </w:tcMar>
          </w:tcPr>
          <w:p w14:paraId="7DE57DA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6813401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458EC87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4,06</w:t>
            </w:r>
          </w:p>
        </w:tc>
      </w:tr>
      <w:tr w:rsidR="00A92924" w:rsidRPr="008E77DA" w14:paraId="4E6E9812" w14:textId="77777777">
        <w:trPr>
          <w:jc w:val="center"/>
        </w:trPr>
        <w:tc>
          <w:tcPr>
            <w:tcW w:w="3120" w:type="dxa"/>
            <w:shd w:val="clear" w:color="auto" w:fill="F9FAFB"/>
            <w:tcMar>
              <w:top w:w="60" w:type="dxa"/>
              <w:left w:w="120" w:type="dxa"/>
              <w:bottom w:w="60" w:type="dxa"/>
              <w:right w:w="120" w:type="dxa"/>
            </w:tcMar>
          </w:tcPr>
          <w:p w14:paraId="18B41A3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505EEB9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6481463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3,53</w:t>
            </w:r>
          </w:p>
        </w:tc>
      </w:tr>
      <w:tr w:rsidR="00A92924" w:rsidRPr="008E77DA" w14:paraId="33EAA752" w14:textId="77777777">
        <w:trPr>
          <w:jc w:val="center"/>
        </w:trPr>
        <w:tc>
          <w:tcPr>
            <w:tcW w:w="3120" w:type="dxa"/>
            <w:shd w:val="clear" w:color="auto" w:fill="FFFFFF"/>
            <w:tcMar>
              <w:top w:w="60" w:type="dxa"/>
              <w:left w:w="120" w:type="dxa"/>
              <w:bottom w:w="60" w:type="dxa"/>
              <w:right w:w="120" w:type="dxa"/>
            </w:tcMar>
          </w:tcPr>
          <w:p w14:paraId="03CCD55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42031A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421ED55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r w:rsidR="00A92924" w:rsidRPr="008E77DA" w14:paraId="57ACE0FC" w14:textId="77777777">
        <w:trPr>
          <w:jc w:val="center"/>
        </w:trPr>
        <w:tc>
          <w:tcPr>
            <w:tcW w:w="3120" w:type="dxa"/>
            <w:shd w:val="clear" w:color="auto" w:fill="F9FAFB"/>
            <w:tcMar>
              <w:top w:w="60" w:type="dxa"/>
              <w:left w:w="120" w:type="dxa"/>
              <w:bottom w:w="60" w:type="dxa"/>
              <w:right w:w="120" w:type="dxa"/>
            </w:tcMar>
          </w:tcPr>
          <w:p w14:paraId="4C21CA4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475A0FA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6517A8A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3,41</w:t>
            </w:r>
          </w:p>
        </w:tc>
      </w:tr>
      <w:tr w:rsidR="00A92924" w:rsidRPr="008E77DA" w14:paraId="1F6CA213" w14:textId="77777777">
        <w:trPr>
          <w:jc w:val="center"/>
        </w:trPr>
        <w:tc>
          <w:tcPr>
            <w:tcW w:w="3120" w:type="dxa"/>
            <w:shd w:val="clear" w:color="auto" w:fill="FFFFFF"/>
            <w:tcMar>
              <w:top w:w="60" w:type="dxa"/>
              <w:left w:w="120" w:type="dxa"/>
              <w:bottom w:w="60" w:type="dxa"/>
              <w:right w:w="120" w:type="dxa"/>
            </w:tcMar>
          </w:tcPr>
          <w:p w14:paraId="1E3FFBB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17A9537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55F47D0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3,35</w:t>
            </w:r>
          </w:p>
        </w:tc>
      </w:tr>
      <w:tr w:rsidR="00A92924" w:rsidRPr="008E77DA" w14:paraId="2D88A739" w14:textId="77777777">
        <w:trPr>
          <w:jc w:val="center"/>
        </w:trPr>
        <w:tc>
          <w:tcPr>
            <w:tcW w:w="3120" w:type="dxa"/>
            <w:shd w:val="clear" w:color="auto" w:fill="F9FAFB"/>
            <w:tcMar>
              <w:top w:w="60" w:type="dxa"/>
              <w:left w:w="120" w:type="dxa"/>
              <w:bottom w:w="60" w:type="dxa"/>
              <w:right w:w="120" w:type="dxa"/>
            </w:tcMar>
          </w:tcPr>
          <w:p w14:paraId="25927F6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002E7DB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1299B38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r w:rsidR="00A92924" w:rsidRPr="008E77DA" w14:paraId="387BABE7" w14:textId="77777777">
        <w:trPr>
          <w:jc w:val="center"/>
        </w:trPr>
        <w:tc>
          <w:tcPr>
            <w:tcW w:w="3120" w:type="dxa"/>
            <w:shd w:val="clear" w:color="auto" w:fill="FFFFFF"/>
            <w:tcMar>
              <w:top w:w="60" w:type="dxa"/>
              <w:left w:w="120" w:type="dxa"/>
              <w:bottom w:w="60" w:type="dxa"/>
              <w:right w:w="120" w:type="dxa"/>
            </w:tcMar>
          </w:tcPr>
          <w:p w14:paraId="6E83F68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8</w:t>
            </w:r>
          </w:p>
        </w:tc>
        <w:tc>
          <w:tcPr>
            <w:tcW w:w="3120" w:type="dxa"/>
            <w:shd w:val="clear" w:color="auto" w:fill="FFFFFF"/>
            <w:tcMar>
              <w:top w:w="60" w:type="dxa"/>
              <w:left w:w="120" w:type="dxa"/>
              <w:bottom w:w="60" w:type="dxa"/>
              <w:right w:w="120" w:type="dxa"/>
            </w:tcMar>
          </w:tcPr>
          <w:p w14:paraId="579472C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750413E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3,12</w:t>
            </w:r>
          </w:p>
        </w:tc>
      </w:tr>
      <w:tr w:rsidR="00A92924" w:rsidRPr="008E77DA" w14:paraId="638B5307" w14:textId="77777777">
        <w:trPr>
          <w:jc w:val="center"/>
        </w:trPr>
        <w:tc>
          <w:tcPr>
            <w:tcW w:w="3120" w:type="dxa"/>
            <w:shd w:val="clear" w:color="auto" w:fill="F9FAFB"/>
            <w:tcMar>
              <w:top w:w="60" w:type="dxa"/>
              <w:left w:w="120" w:type="dxa"/>
              <w:bottom w:w="60" w:type="dxa"/>
              <w:right w:w="120" w:type="dxa"/>
            </w:tcMar>
          </w:tcPr>
          <w:p w14:paraId="7B7E9ED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43A0D42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0BF8D18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3,94</w:t>
            </w:r>
          </w:p>
        </w:tc>
      </w:tr>
      <w:tr w:rsidR="00A92924" w:rsidRPr="008E77DA" w14:paraId="3A41E2E7" w14:textId="77777777">
        <w:trPr>
          <w:jc w:val="center"/>
        </w:trPr>
        <w:tc>
          <w:tcPr>
            <w:tcW w:w="3120" w:type="dxa"/>
            <w:shd w:val="clear" w:color="auto" w:fill="FFFFFF"/>
            <w:tcMar>
              <w:top w:w="60" w:type="dxa"/>
              <w:left w:w="120" w:type="dxa"/>
              <w:bottom w:w="60" w:type="dxa"/>
              <w:right w:w="120" w:type="dxa"/>
            </w:tcMar>
          </w:tcPr>
          <w:p w14:paraId="72FD20B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73DCD8E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7A7A209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3,12</w:t>
            </w:r>
          </w:p>
        </w:tc>
      </w:tr>
      <w:tr w:rsidR="00A92924" w:rsidRPr="008E77DA" w14:paraId="728CF22D" w14:textId="77777777">
        <w:trPr>
          <w:jc w:val="center"/>
        </w:trPr>
        <w:tc>
          <w:tcPr>
            <w:tcW w:w="3120" w:type="dxa"/>
            <w:shd w:val="clear" w:color="auto" w:fill="F9FAFB"/>
            <w:tcMar>
              <w:top w:w="60" w:type="dxa"/>
              <w:left w:w="120" w:type="dxa"/>
              <w:bottom w:w="60" w:type="dxa"/>
              <w:right w:w="120" w:type="dxa"/>
            </w:tcMar>
          </w:tcPr>
          <w:p w14:paraId="0CAA96D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076A085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09CF58C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3,76</w:t>
            </w:r>
          </w:p>
        </w:tc>
      </w:tr>
      <w:tr w:rsidR="00A92924" w:rsidRPr="008E77DA" w14:paraId="585958FB" w14:textId="77777777">
        <w:trPr>
          <w:jc w:val="center"/>
        </w:trPr>
        <w:tc>
          <w:tcPr>
            <w:tcW w:w="3120" w:type="dxa"/>
            <w:shd w:val="clear" w:color="auto" w:fill="FFFFFF"/>
            <w:tcMar>
              <w:top w:w="60" w:type="dxa"/>
              <w:left w:w="120" w:type="dxa"/>
              <w:bottom w:w="60" w:type="dxa"/>
              <w:right w:w="120" w:type="dxa"/>
            </w:tcMar>
          </w:tcPr>
          <w:p w14:paraId="2433912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6955235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0238CE9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3,41</w:t>
            </w:r>
          </w:p>
        </w:tc>
      </w:tr>
      <w:tr w:rsidR="00A92924" w:rsidRPr="008E77DA" w14:paraId="5D21405E" w14:textId="77777777">
        <w:trPr>
          <w:jc w:val="center"/>
        </w:trPr>
        <w:tc>
          <w:tcPr>
            <w:tcW w:w="3120" w:type="dxa"/>
            <w:shd w:val="clear" w:color="auto" w:fill="F9FAFB"/>
            <w:tcMar>
              <w:top w:w="60" w:type="dxa"/>
              <w:left w:w="120" w:type="dxa"/>
              <w:bottom w:w="60" w:type="dxa"/>
              <w:right w:w="120" w:type="dxa"/>
            </w:tcMar>
          </w:tcPr>
          <w:p w14:paraId="76B779E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77CBEF1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65A0992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A92924" w:rsidRPr="008E77DA" w14:paraId="606FE159" w14:textId="77777777">
        <w:trPr>
          <w:jc w:val="center"/>
        </w:trPr>
        <w:tc>
          <w:tcPr>
            <w:tcW w:w="3120" w:type="dxa"/>
            <w:shd w:val="clear" w:color="auto" w:fill="FFFFFF"/>
            <w:tcMar>
              <w:top w:w="60" w:type="dxa"/>
              <w:left w:w="120" w:type="dxa"/>
              <w:bottom w:w="60" w:type="dxa"/>
              <w:right w:w="120" w:type="dxa"/>
            </w:tcMar>
          </w:tcPr>
          <w:p w14:paraId="5FAF3B0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60775B9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5E00D17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bl>
    <w:p w14:paraId="3F24F27E" w14:textId="77777777" w:rsidR="00A92924" w:rsidRPr="008E77DA" w:rsidRDefault="00A92924" w:rsidP="008E77DA">
      <w:pPr>
        <w:spacing w:after="0" w:line="240" w:lineRule="auto"/>
        <w:rPr>
          <w:rFonts w:ascii="Times New Roman" w:hAnsi="Times New Roman" w:cs="Times New Roman"/>
        </w:rPr>
      </w:pPr>
    </w:p>
    <w:p w14:paraId="0777997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4FC6518" w14:textId="77777777">
        <w:trPr>
          <w:jc w:val="center"/>
        </w:trPr>
        <w:tc>
          <w:tcPr>
            <w:tcW w:w="3120" w:type="dxa"/>
            <w:shd w:val="clear" w:color="auto" w:fill="1F4E79"/>
            <w:tcMar>
              <w:top w:w="80" w:type="dxa"/>
              <w:left w:w="120" w:type="dxa"/>
              <w:bottom w:w="80" w:type="dxa"/>
              <w:right w:w="120" w:type="dxa"/>
            </w:tcMar>
          </w:tcPr>
          <w:p w14:paraId="12479EA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09E7BD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3B025ED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3FD1F8EA" w14:textId="77777777">
        <w:trPr>
          <w:jc w:val="center"/>
        </w:trPr>
        <w:tc>
          <w:tcPr>
            <w:tcW w:w="3120" w:type="dxa"/>
            <w:shd w:val="clear" w:color="auto" w:fill="F9FAFB"/>
            <w:tcMar>
              <w:top w:w="60" w:type="dxa"/>
              <w:left w:w="120" w:type="dxa"/>
              <w:bottom w:w="60" w:type="dxa"/>
              <w:right w:w="120" w:type="dxa"/>
            </w:tcMar>
          </w:tcPr>
          <w:p w14:paraId="41BF3C8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0812B8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670C8B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A92924" w:rsidRPr="008E77DA" w14:paraId="0C7E0867" w14:textId="77777777">
        <w:trPr>
          <w:jc w:val="center"/>
        </w:trPr>
        <w:tc>
          <w:tcPr>
            <w:tcW w:w="3120" w:type="dxa"/>
            <w:shd w:val="clear" w:color="auto" w:fill="FFFFFF"/>
            <w:tcMar>
              <w:top w:w="60" w:type="dxa"/>
              <w:left w:w="120" w:type="dxa"/>
              <w:bottom w:w="60" w:type="dxa"/>
              <w:right w:w="120" w:type="dxa"/>
            </w:tcMar>
          </w:tcPr>
          <w:p w14:paraId="7547055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0A3EC3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6BAAA4B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A92924" w:rsidRPr="008E77DA" w14:paraId="0C288E0F" w14:textId="77777777">
        <w:trPr>
          <w:jc w:val="center"/>
        </w:trPr>
        <w:tc>
          <w:tcPr>
            <w:tcW w:w="3120" w:type="dxa"/>
            <w:shd w:val="clear" w:color="auto" w:fill="F9FAFB"/>
            <w:tcMar>
              <w:top w:w="60" w:type="dxa"/>
              <w:left w:w="120" w:type="dxa"/>
              <w:bottom w:w="60" w:type="dxa"/>
              <w:right w:w="120" w:type="dxa"/>
            </w:tcMar>
          </w:tcPr>
          <w:p w14:paraId="5A151E1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772FA3C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79AA0FA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3,76</w:t>
            </w:r>
          </w:p>
        </w:tc>
      </w:tr>
      <w:tr w:rsidR="00A92924" w:rsidRPr="008E77DA" w14:paraId="7520D113" w14:textId="77777777">
        <w:trPr>
          <w:jc w:val="center"/>
        </w:trPr>
        <w:tc>
          <w:tcPr>
            <w:tcW w:w="3120" w:type="dxa"/>
            <w:shd w:val="clear" w:color="auto" w:fill="FFFFFF"/>
            <w:tcMar>
              <w:top w:w="60" w:type="dxa"/>
              <w:left w:w="120" w:type="dxa"/>
              <w:bottom w:w="60" w:type="dxa"/>
              <w:right w:w="120" w:type="dxa"/>
            </w:tcMar>
          </w:tcPr>
          <w:p w14:paraId="0ADE951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180968D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3C070A3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r w:rsidR="00A92924" w:rsidRPr="008E77DA" w14:paraId="44246348" w14:textId="77777777">
        <w:trPr>
          <w:jc w:val="center"/>
        </w:trPr>
        <w:tc>
          <w:tcPr>
            <w:tcW w:w="3120" w:type="dxa"/>
            <w:shd w:val="clear" w:color="auto" w:fill="F9FAFB"/>
            <w:tcMar>
              <w:top w:w="60" w:type="dxa"/>
              <w:left w:w="120" w:type="dxa"/>
              <w:bottom w:w="60" w:type="dxa"/>
              <w:right w:w="120" w:type="dxa"/>
            </w:tcMar>
          </w:tcPr>
          <w:p w14:paraId="0701BCF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68BB1B5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6D14704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3,24</w:t>
            </w:r>
          </w:p>
        </w:tc>
      </w:tr>
    </w:tbl>
    <w:p w14:paraId="43019500" w14:textId="77777777" w:rsidR="00A92924" w:rsidRPr="008E77DA" w:rsidRDefault="00A92924" w:rsidP="008E77DA">
      <w:pPr>
        <w:spacing w:after="0" w:line="240" w:lineRule="auto"/>
        <w:rPr>
          <w:rFonts w:ascii="Times New Roman" w:hAnsi="Times New Roman" w:cs="Times New Roman"/>
        </w:rPr>
      </w:pPr>
    </w:p>
    <w:p w14:paraId="2EBE04A8" w14:textId="77777777" w:rsidR="00A92924" w:rsidRPr="008E77DA" w:rsidRDefault="00A92924" w:rsidP="008E77DA">
      <w:pPr>
        <w:spacing w:after="0" w:line="240" w:lineRule="auto"/>
        <w:rPr>
          <w:rFonts w:ascii="Times New Roman" w:hAnsi="Times New Roman" w:cs="Times New Roman"/>
        </w:rPr>
      </w:pPr>
    </w:p>
    <w:p w14:paraId="4AC56AD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 Ders: BES 216 - Yaşlılıkta Beslenme</w:t>
      </w:r>
    </w:p>
    <w:p w14:paraId="12A06A5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39808B7A" w14:textId="77777777">
        <w:trPr>
          <w:jc w:val="center"/>
        </w:trPr>
        <w:tc>
          <w:tcPr>
            <w:tcW w:w="3120" w:type="dxa"/>
            <w:shd w:val="clear" w:color="auto" w:fill="1F4E79"/>
            <w:tcMar>
              <w:top w:w="80" w:type="dxa"/>
              <w:left w:w="120" w:type="dxa"/>
              <w:bottom w:w="80" w:type="dxa"/>
              <w:right w:w="120" w:type="dxa"/>
            </w:tcMar>
          </w:tcPr>
          <w:p w14:paraId="2F1D245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0C08CE9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8E94EC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0D97CDD4" w14:textId="77777777">
        <w:trPr>
          <w:jc w:val="center"/>
        </w:trPr>
        <w:tc>
          <w:tcPr>
            <w:tcW w:w="3120" w:type="dxa"/>
            <w:shd w:val="clear" w:color="auto" w:fill="F9FAFB"/>
            <w:tcMar>
              <w:top w:w="60" w:type="dxa"/>
              <w:left w:w="120" w:type="dxa"/>
              <w:bottom w:w="60" w:type="dxa"/>
              <w:right w:w="120" w:type="dxa"/>
            </w:tcMar>
          </w:tcPr>
          <w:p w14:paraId="137396F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473852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6EC819E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A92924" w:rsidRPr="008E77DA" w14:paraId="66542F3A" w14:textId="77777777">
        <w:trPr>
          <w:jc w:val="center"/>
        </w:trPr>
        <w:tc>
          <w:tcPr>
            <w:tcW w:w="3120" w:type="dxa"/>
            <w:shd w:val="clear" w:color="auto" w:fill="FFFFFF"/>
            <w:tcMar>
              <w:top w:w="60" w:type="dxa"/>
              <w:left w:w="120" w:type="dxa"/>
              <w:bottom w:w="60" w:type="dxa"/>
              <w:right w:w="120" w:type="dxa"/>
            </w:tcMar>
          </w:tcPr>
          <w:p w14:paraId="13BFF5F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64CB8B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0856003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A92924" w:rsidRPr="008E77DA" w14:paraId="38E16621" w14:textId="77777777">
        <w:trPr>
          <w:jc w:val="center"/>
        </w:trPr>
        <w:tc>
          <w:tcPr>
            <w:tcW w:w="3120" w:type="dxa"/>
            <w:shd w:val="clear" w:color="auto" w:fill="F9FAFB"/>
            <w:tcMar>
              <w:top w:w="60" w:type="dxa"/>
              <w:left w:w="120" w:type="dxa"/>
              <w:bottom w:w="60" w:type="dxa"/>
              <w:right w:w="120" w:type="dxa"/>
            </w:tcMar>
          </w:tcPr>
          <w:p w14:paraId="46A4A2B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502BD0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451B06D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3,83</w:t>
            </w:r>
          </w:p>
        </w:tc>
      </w:tr>
      <w:tr w:rsidR="00A92924" w:rsidRPr="008E77DA" w14:paraId="7B974398" w14:textId="77777777">
        <w:trPr>
          <w:jc w:val="center"/>
        </w:trPr>
        <w:tc>
          <w:tcPr>
            <w:tcW w:w="3120" w:type="dxa"/>
            <w:shd w:val="clear" w:color="auto" w:fill="FFFFFF"/>
            <w:tcMar>
              <w:top w:w="60" w:type="dxa"/>
              <w:left w:w="120" w:type="dxa"/>
              <w:bottom w:w="60" w:type="dxa"/>
              <w:right w:w="120" w:type="dxa"/>
            </w:tcMar>
          </w:tcPr>
          <w:p w14:paraId="3A17D08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EA7FBB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4D70CDE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bl>
    <w:p w14:paraId="75091F04" w14:textId="77777777" w:rsidR="00A92924" w:rsidRPr="008E77DA" w:rsidRDefault="00A92924" w:rsidP="008E77DA">
      <w:pPr>
        <w:spacing w:after="0" w:line="240" w:lineRule="auto"/>
        <w:rPr>
          <w:rFonts w:ascii="Times New Roman" w:hAnsi="Times New Roman" w:cs="Times New Roman"/>
        </w:rPr>
      </w:pPr>
    </w:p>
    <w:p w14:paraId="79F7E5F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lastRenderedPageBreak/>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221FEDCA" w14:textId="77777777">
        <w:trPr>
          <w:jc w:val="center"/>
        </w:trPr>
        <w:tc>
          <w:tcPr>
            <w:tcW w:w="4680" w:type="dxa"/>
            <w:shd w:val="clear" w:color="auto" w:fill="1F4E79"/>
            <w:tcMar>
              <w:top w:w="80" w:type="dxa"/>
              <w:left w:w="120" w:type="dxa"/>
              <w:bottom w:w="80" w:type="dxa"/>
              <w:right w:w="120" w:type="dxa"/>
            </w:tcMar>
          </w:tcPr>
          <w:p w14:paraId="363D5AB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6ACEFF2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453915DC" w14:textId="77777777">
        <w:trPr>
          <w:jc w:val="center"/>
        </w:trPr>
        <w:tc>
          <w:tcPr>
            <w:tcW w:w="4680" w:type="dxa"/>
            <w:shd w:val="clear" w:color="auto" w:fill="F9FAFB"/>
            <w:tcMar>
              <w:top w:w="60" w:type="dxa"/>
              <w:left w:w="120" w:type="dxa"/>
              <w:bottom w:w="60" w:type="dxa"/>
              <w:right w:w="120" w:type="dxa"/>
            </w:tcMar>
          </w:tcPr>
          <w:p w14:paraId="3DF217D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0B89EC4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2,67 saat</w:t>
            </w:r>
          </w:p>
        </w:tc>
      </w:tr>
      <w:tr w:rsidR="00A92924" w:rsidRPr="008E77DA" w14:paraId="1B10F632" w14:textId="77777777">
        <w:trPr>
          <w:jc w:val="center"/>
        </w:trPr>
        <w:tc>
          <w:tcPr>
            <w:tcW w:w="4680" w:type="dxa"/>
            <w:shd w:val="clear" w:color="auto" w:fill="FFFFFF"/>
            <w:tcMar>
              <w:top w:w="60" w:type="dxa"/>
              <w:left w:w="120" w:type="dxa"/>
              <w:bottom w:w="60" w:type="dxa"/>
              <w:right w:w="120" w:type="dxa"/>
            </w:tcMar>
          </w:tcPr>
          <w:p w14:paraId="3A08851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73E7B4D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 saat</w:t>
            </w:r>
          </w:p>
        </w:tc>
      </w:tr>
      <w:tr w:rsidR="00A92924" w:rsidRPr="008E77DA" w14:paraId="756A438A" w14:textId="77777777">
        <w:trPr>
          <w:jc w:val="center"/>
        </w:trPr>
        <w:tc>
          <w:tcPr>
            <w:tcW w:w="4680" w:type="dxa"/>
            <w:shd w:val="clear" w:color="auto" w:fill="F9FAFB"/>
            <w:tcMar>
              <w:top w:w="60" w:type="dxa"/>
              <w:left w:w="120" w:type="dxa"/>
              <w:bottom w:w="60" w:type="dxa"/>
              <w:right w:w="120" w:type="dxa"/>
            </w:tcMar>
          </w:tcPr>
          <w:p w14:paraId="74C1933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413A520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2,83 saat</w:t>
            </w:r>
          </w:p>
        </w:tc>
      </w:tr>
      <w:tr w:rsidR="00A92924" w:rsidRPr="008E77DA" w14:paraId="794D4B7C" w14:textId="77777777">
        <w:trPr>
          <w:jc w:val="center"/>
        </w:trPr>
        <w:tc>
          <w:tcPr>
            <w:tcW w:w="4680" w:type="dxa"/>
            <w:shd w:val="clear" w:color="auto" w:fill="FFFFFF"/>
            <w:tcMar>
              <w:top w:w="60" w:type="dxa"/>
              <w:left w:w="120" w:type="dxa"/>
              <w:bottom w:w="60" w:type="dxa"/>
              <w:right w:w="120" w:type="dxa"/>
            </w:tcMar>
          </w:tcPr>
          <w:p w14:paraId="08ADF34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145AC53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1,83 saat</w:t>
            </w:r>
          </w:p>
        </w:tc>
      </w:tr>
      <w:tr w:rsidR="00A92924" w:rsidRPr="008E77DA" w14:paraId="0DD59FC8" w14:textId="77777777">
        <w:trPr>
          <w:jc w:val="center"/>
        </w:trPr>
        <w:tc>
          <w:tcPr>
            <w:tcW w:w="4680" w:type="dxa"/>
            <w:shd w:val="clear" w:color="auto" w:fill="F9FAFB"/>
            <w:tcMar>
              <w:top w:w="60" w:type="dxa"/>
              <w:left w:w="120" w:type="dxa"/>
              <w:bottom w:w="60" w:type="dxa"/>
              <w:right w:w="120" w:type="dxa"/>
            </w:tcMar>
          </w:tcPr>
          <w:p w14:paraId="2555D93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697A247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8,00 saat</w:t>
            </w:r>
          </w:p>
        </w:tc>
      </w:tr>
      <w:tr w:rsidR="00A92924" w:rsidRPr="008E77DA" w14:paraId="2A2E8B73" w14:textId="77777777">
        <w:trPr>
          <w:jc w:val="center"/>
        </w:trPr>
        <w:tc>
          <w:tcPr>
            <w:tcW w:w="4680" w:type="dxa"/>
            <w:shd w:val="clear" w:color="auto" w:fill="FFFFFF"/>
            <w:tcMar>
              <w:top w:w="60" w:type="dxa"/>
              <w:left w:w="120" w:type="dxa"/>
              <w:bottom w:w="60" w:type="dxa"/>
              <w:right w:w="120" w:type="dxa"/>
            </w:tcMar>
          </w:tcPr>
          <w:p w14:paraId="575F781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04902D8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1,67 saat</w:t>
            </w:r>
          </w:p>
        </w:tc>
      </w:tr>
      <w:tr w:rsidR="00A92924" w:rsidRPr="008E77DA" w14:paraId="715E2C40" w14:textId="77777777">
        <w:trPr>
          <w:jc w:val="center"/>
        </w:trPr>
        <w:tc>
          <w:tcPr>
            <w:tcW w:w="4680" w:type="dxa"/>
            <w:shd w:val="clear" w:color="auto" w:fill="F9FAFB"/>
            <w:tcMar>
              <w:top w:w="60" w:type="dxa"/>
              <w:left w:w="120" w:type="dxa"/>
              <w:bottom w:w="60" w:type="dxa"/>
              <w:right w:w="120" w:type="dxa"/>
            </w:tcMar>
          </w:tcPr>
          <w:p w14:paraId="56A88F9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1B99ABB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0,50 saat</w:t>
            </w:r>
          </w:p>
        </w:tc>
      </w:tr>
      <w:tr w:rsidR="00A92924" w:rsidRPr="008E77DA" w14:paraId="1334F06C" w14:textId="77777777">
        <w:trPr>
          <w:jc w:val="center"/>
        </w:trPr>
        <w:tc>
          <w:tcPr>
            <w:tcW w:w="4680" w:type="dxa"/>
            <w:shd w:val="clear" w:color="auto" w:fill="FFFFFF"/>
            <w:tcMar>
              <w:top w:w="60" w:type="dxa"/>
              <w:left w:w="120" w:type="dxa"/>
              <w:bottom w:w="60" w:type="dxa"/>
              <w:right w:w="120" w:type="dxa"/>
            </w:tcMar>
          </w:tcPr>
          <w:p w14:paraId="44D4951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2A68D80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10,17 saat</w:t>
            </w:r>
          </w:p>
        </w:tc>
      </w:tr>
    </w:tbl>
    <w:p w14:paraId="70F80B37" w14:textId="77777777" w:rsidR="00A92924" w:rsidRPr="008E77DA" w:rsidRDefault="00A92924" w:rsidP="008E77DA">
      <w:pPr>
        <w:spacing w:after="0" w:line="240" w:lineRule="auto"/>
        <w:rPr>
          <w:rFonts w:ascii="Times New Roman" w:hAnsi="Times New Roman" w:cs="Times New Roman"/>
        </w:rPr>
      </w:pPr>
    </w:p>
    <w:p w14:paraId="76D32EB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3B63D726" w14:textId="77777777">
        <w:trPr>
          <w:jc w:val="center"/>
        </w:trPr>
        <w:tc>
          <w:tcPr>
            <w:tcW w:w="3120" w:type="dxa"/>
            <w:shd w:val="clear" w:color="auto" w:fill="1F4E79"/>
            <w:tcMar>
              <w:top w:w="80" w:type="dxa"/>
              <w:left w:w="120" w:type="dxa"/>
              <w:bottom w:w="80" w:type="dxa"/>
              <w:right w:w="120" w:type="dxa"/>
            </w:tcMar>
          </w:tcPr>
          <w:p w14:paraId="1EB43ED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03DC34B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31DE620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0E05D064" w14:textId="77777777">
        <w:trPr>
          <w:jc w:val="center"/>
        </w:trPr>
        <w:tc>
          <w:tcPr>
            <w:tcW w:w="3120" w:type="dxa"/>
            <w:shd w:val="clear" w:color="auto" w:fill="F9FAFB"/>
            <w:tcMar>
              <w:top w:w="60" w:type="dxa"/>
              <w:left w:w="120" w:type="dxa"/>
              <w:bottom w:w="60" w:type="dxa"/>
              <w:right w:w="120" w:type="dxa"/>
            </w:tcMar>
          </w:tcPr>
          <w:p w14:paraId="0041AB8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725DB13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0F64185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A92924" w:rsidRPr="008E77DA" w14:paraId="68DC32CA" w14:textId="77777777">
        <w:trPr>
          <w:jc w:val="center"/>
        </w:trPr>
        <w:tc>
          <w:tcPr>
            <w:tcW w:w="3120" w:type="dxa"/>
            <w:shd w:val="clear" w:color="auto" w:fill="FFFFFF"/>
            <w:tcMar>
              <w:top w:w="60" w:type="dxa"/>
              <w:left w:w="120" w:type="dxa"/>
              <w:bottom w:w="60" w:type="dxa"/>
              <w:right w:w="120" w:type="dxa"/>
            </w:tcMar>
          </w:tcPr>
          <w:p w14:paraId="1018549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070CFB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52DC4F5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A92924" w:rsidRPr="008E77DA" w14:paraId="44941701" w14:textId="77777777">
        <w:trPr>
          <w:jc w:val="center"/>
        </w:trPr>
        <w:tc>
          <w:tcPr>
            <w:tcW w:w="3120" w:type="dxa"/>
            <w:shd w:val="clear" w:color="auto" w:fill="F9FAFB"/>
            <w:tcMar>
              <w:top w:w="60" w:type="dxa"/>
              <w:left w:w="120" w:type="dxa"/>
              <w:bottom w:w="60" w:type="dxa"/>
              <w:right w:w="120" w:type="dxa"/>
            </w:tcMar>
          </w:tcPr>
          <w:p w14:paraId="6295511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554B3C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6D828E2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A92924" w:rsidRPr="008E77DA" w14:paraId="0C02119A" w14:textId="77777777">
        <w:trPr>
          <w:jc w:val="center"/>
        </w:trPr>
        <w:tc>
          <w:tcPr>
            <w:tcW w:w="3120" w:type="dxa"/>
            <w:shd w:val="clear" w:color="auto" w:fill="FFFFFF"/>
            <w:tcMar>
              <w:top w:w="60" w:type="dxa"/>
              <w:left w:w="120" w:type="dxa"/>
              <w:bottom w:w="60" w:type="dxa"/>
              <w:right w:w="120" w:type="dxa"/>
            </w:tcMar>
          </w:tcPr>
          <w:p w14:paraId="00435B0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308EBD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784BB8E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A92924" w:rsidRPr="008E77DA" w14:paraId="7FB68213" w14:textId="77777777">
        <w:trPr>
          <w:jc w:val="center"/>
        </w:trPr>
        <w:tc>
          <w:tcPr>
            <w:tcW w:w="3120" w:type="dxa"/>
            <w:shd w:val="clear" w:color="auto" w:fill="F9FAFB"/>
            <w:tcMar>
              <w:top w:w="60" w:type="dxa"/>
              <w:left w:w="120" w:type="dxa"/>
              <w:bottom w:w="60" w:type="dxa"/>
              <w:right w:w="120" w:type="dxa"/>
            </w:tcMar>
          </w:tcPr>
          <w:p w14:paraId="4669E8B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6812391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1E24AAB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05C79828" w14:textId="77777777">
        <w:trPr>
          <w:jc w:val="center"/>
        </w:trPr>
        <w:tc>
          <w:tcPr>
            <w:tcW w:w="3120" w:type="dxa"/>
            <w:shd w:val="clear" w:color="auto" w:fill="FFFFFF"/>
            <w:tcMar>
              <w:top w:w="60" w:type="dxa"/>
              <w:left w:w="120" w:type="dxa"/>
              <w:bottom w:w="60" w:type="dxa"/>
              <w:right w:w="120" w:type="dxa"/>
            </w:tcMar>
          </w:tcPr>
          <w:p w14:paraId="17A9114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4C09C7A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2E3D6E9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49D09D9F" w14:textId="77777777">
        <w:trPr>
          <w:jc w:val="center"/>
        </w:trPr>
        <w:tc>
          <w:tcPr>
            <w:tcW w:w="3120" w:type="dxa"/>
            <w:shd w:val="clear" w:color="auto" w:fill="F9FAFB"/>
            <w:tcMar>
              <w:top w:w="60" w:type="dxa"/>
              <w:left w:w="120" w:type="dxa"/>
              <w:bottom w:w="60" w:type="dxa"/>
              <w:right w:w="120" w:type="dxa"/>
            </w:tcMar>
          </w:tcPr>
          <w:p w14:paraId="5524E41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034F0A9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0A57151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A92924" w:rsidRPr="008E77DA" w14:paraId="5E17DD28" w14:textId="77777777">
        <w:trPr>
          <w:jc w:val="center"/>
        </w:trPr>
        <w:tc>
          <w:tcPr>
            <w:tcW w:w="3120" w:type="dxa"/>
            <w:shd w:val="clear" w:color="auto" w:fill="FFFFFF"/>
            <w:tcMar>
              <w:top w:w="60" w:type="dxa"/>
              <w:left w:w="120" w:type="dxa"/>
              <w:bottom w:w="60" w:type="dxa"/>
              <w:right w:w="120" w:type="dxa"/>
            </w:tcMar>
          </w:tcPr>
          <w:p w14:paraId="633BC92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07A1878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5AD9517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31D5754C" w14:textId="77777777">
        <w:trPr>
          <w:jc w:val="center"/>
        </w:trPr>
        <w:tc>
          <w:tcPr>
            <w:tcW w:w="3120" w:type="dxa"/>
            <w:shd w:val="clear" w:color="auto" w:fill="F9FAFB"/>
            <w:tcMar>
              <w:top w:w="60" w:type="dxa"/>
              <w:left w:w="120" w:type="dxa"/>
              <w:bottom w:w="60" w:type="dxa"/>
              <w:right w:w="120" w:type="dxa"/>
            </w:tcMar>
          </w:tcPr>
          <w:p w14:paraId="548C42F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23F0D13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6898327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49A9D8C0" w14:textId="77777777">
        <w:trPr>
          <w:jc w:val="center"/>
        </w:trPr>
        <w:tc>
          <w:tcPr>
            <w:tcW w:w="3120" w:type="dxa"/>
            <w:shd w:val="clear" w:color="auto" w:fill="FFFFFF"/>
            <w:tcMar>
              <w:top w:w="60" w:type="dxa"/>
              <w:left w:w="120" w:type="dxa"/>
              <w:bottom w:w="60" w:type="dxa"/>
              <w:right w:w="120" w:type="dxa"/>
            </w:tcMar>
          </w:tcPr>
          <w:p w14:paraId="6501AB9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0C1FB40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374ABFB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6DEC1137" w14:textId="77777777">
        <w:trPr>
          <w:jc w:val="center"/>
        </w:trPr>
        <w:tc>
          <w:tcPr>
            <w:tcW w:w="3120" w:type="dxa"/>
            <w:shd w:val="clear" w:color="auto" w:fill="F9FAFB"/>
            <w:tcMar>
              <w:top w:w="60" w:type="dxa"/>
              <w:left w:w="120" w:type="dxa"/>
              <w:bottom w:w="60" w:type="dxa"/>
              <w:right w:w="120" w:type="dxa"/>
            </w:tcMar>
          </w:tcPr>
          <w:p w14:paraId="13ED0E9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0855DD0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610DEA8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601810E9" w14:textId="77777777">
        <w:trPr>
          <w:jc w:val="center"/>
        </w:trPr>
        <w:tc>
          <w:tcPr>
            <w:tcW w:w="3120" w:type="dxa"/>
            <w:shd w:val="clear" w:color="auto" w:fill="FFFFFF"/>
            <w:tcMar>
              <w:top w:w="60" w:type="dxa"/>
              <w:left w:w="120" w:type="dxa"/>
              <w:bottom w:w="60" w:type="dxa"/>
              <w:right w:w="120" w:type="dxa"/>
            </w:tcMar>
          </w:tcPr>
          <w:p w14:paraId="145D5DB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12</w:t>
            </w:r>
          </w:p>
        </w:tc>
        <w:tc>
          <w:tcPr>
            <w:tcW w:w="3120" w:type="dxa"/>
            <w:shd w:val="clear" w:color="auto" w:fill="FFFFFF"/>
            <w:tcMar>
              <w:top w:w="60" w:type="dxa"/>
              <w:left w:w="120" w:type="dxa"/>
              <w:bottom w:w="60" w:type="dxa"/>
              <w:right w:w="120" w:type="dxa"/>
            </w:tcMar>
          </w:tcPr>
          <w:p w14:paraId="5CE0531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24E0D35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2C3CA342" w14:textId="77777777">
        <w:trPr>
          <w:jc w:val="center"/>
        </w:trPr>
        <w:tc>
          <w:tcPr>
            <w:tcW w:w="3120" w:type="dxa"/>
            <w:shd w:val="clear" w:color="auto" w:fill="F9FAFB"/>
            <w:tcMar>
              <w:top w:w="60" w:type="dxa"/>
              <w:left w:w="120" w:type="dxa"/>
              <w:bottom w:w="60" w:type="dxa"/>
              <w:right w:w="120" w:type="dxa"/>
            </w:tcMar>
          </w:tcPr>
          <w:p w14:paraId="164D9AD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3A3A7FB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7142D6F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28A05A52" w14:textId="77777777">
        <w:trPr>
          <w:jc w:val="center"/>
        </w:trPr>
        <w:tc>
          <w:tcPr>
            <w:tcW w:w="3120" w:type="dxa"/>
            <w:shd w:val="clear" w:color="auto" w:fill="FFFFFF"/>
            <w:tcMar>
              <w:top w:w="60" w:type="dxa"/>
              <w:left w:w="120" w:type="dxa"/>
              <w:bottom w:w="60" w:type="dxa"/>
              <w:right w:w="120" w:type="dxa"/>
            </w:tcMar>
          </w:tcPr>
          <w:p w14:paraId="2D4FEE6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6E7892B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22A17F6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bl>
    <w:p w14:paraId="2AB5CA77" w14:textId="77777777" w:rsidR="00A92924" w:rsidRPr="008E77DA" w:rsidRDefault="00A92924" w:rsidP="008E77DA">
      <w:pPr>
        <w:spacing w:after="0" w:line="240" w:lineRule="auto"/>
        <w:rPr>
          <w:rFonts w:ascii="Times New Roman" w:hAnsi="Times New Roman" w:cs="Times New Roman"/>
        </w:rPr>
      </w:pPr>
    </w:p>
    <w:p w14:paraId="1B25066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180E5F1" w14:textId="77777777">
        <w:trPr>
          <w:jc w:val="center"/>
        </w:trPr>
        <w:tc>
          <w:tcPr>
            <w:tcW w:w="3120" w:type="dxa"/>
            <w:shd w:val="clear" w:color="auto" w:fill="1F4E79"/>
            <w:tcMar>
              <w:top w:w="80" w:type="dxa"/>
              <w:left w:w="120" w:type="dxa"/>
              <w:bottom w:w="80" w:type="dxa"/>
              <w:right w:w="120" w:type="dxa"/>
            </w:tcMar>
          </w:tcPr>
          <w:p w14:paraId="7674839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EE8818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8BE243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2F8353BB" w14:textId="77777777">
        <w:trPr>
          <w:jc w:val="center"/>
        </w:trPr>
        <w:tc>
          <w:tcPr>
            <w:tcW w:w="3120" w:type="dxa"/>
            <w:shd w:val="clear" w:color="auto" w:fill="F9FAFB"/>
            <w:tcMar>
              <w:top w:w="60" w:type="dxa"/>
              <w:left w:w="120" w:type="dxa"/>
              <w:bottom w:w="60" w:type="dxa"/>
              <w:right w:w="120" w:type="dxa"/>
            </w:tcMar>
          </w:tcPr>
          <w:p w14:paraId="290227B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2BA772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67A5E5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7407454C" w14:textId="77777777">
        <w:trPr>
          <w:jc w:val="center"/>
        </w:trPr>
        <w:tc>
          <w:tcPr>
            <w:tcW w:w="3120" w:type="dxa"/>
            <w:shd w:val="clear" w:color="auto" w:fill="FFFFFF"/>
            <w:tcMar>
              <w:top w:w="60" w:type="dxa"/>
              <w:left w:w="120" w:type="dxa"/>
              <w:bottom w:w="60" w:type="dxa"/>
              <w:right w:w="120" w:type="dxa"/>
            </w:tcMar>
          </w:tcPr>
          <w:p w14:paraId="5C2FF20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6646F6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4613789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798E8DBA" w14:textId="77777777">
        <w:trPr>
          <w:jc w:val="center"/>
        </w:trPr>
        <w:tc>
          <w:tcPr>
            <w:tcW w:w="3120" w:type="dxa"/>
            <w:shd w:val="clear" w:color="auto" w:fill="F9FAFB"/>
            <w:tcMar>
              <w:top w:w="60" w:type="dxa"/>
              <w:left w:w="120" w:type="dxa"/>
              <w:bottom w:w="60" w:type="dxa"/>
              <w:right w:w="120" w:type="dxa"/>
            </w:tcMar>
          </w:tcPr>
          <w:p w14:paraId="55FA772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4B93D6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5174668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769A4356" w14:textId="77777777">
        <w:trPr>
          <w:jc w:val="center"/>
        </w:trPr>
        <w:tc>
          <w:tcPr>
            <w:tcW w:w="3120" w:type="dxa"/>
            <w:shd w:val="clear" w:color="auto" w:fill="FFFFFF"/>
            <w:tcMar>
              <w:top w:w="60" w:type="dxa"/>
              <w:left w:w="120" w:type="dxa"/>
              <w:bottom w:w="60" w:type="dxa"/>
              <w:right w:w="120" w:type="dxa"/>
            </w:tcMar>
          </w:tcPr>
          <w:p w14:paraId="6CE0115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B06A26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78913B3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A92924" w:rsidRPr="008E77DA" w14:paraId="428144A1" w14:textId="77777777">
        <w:trPr>
          <w:jc w:val="center"/>
        </w:trPr>
        <w:tc>
          <w:tcPr>
            <w:tcW w:w="3120" w:type="dxa"/>
            <w:shd w:val="clear" w:color="auto" w:fill="F9FAFB"/>
            <w:tcMar>
              <w:top w:w="60" w:type="dxa"/>
              <w:left w:w="120" w:type="dxa"/>
              <w:bottom w:w="60" w:type="dxa"/>
              <w:right w:w="120" w:type="dxa"/>
            </w:tcMar>
          </w:tcPr>
          <w:p w14:paraId="171632A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49A2069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67E4759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bl>
    <w:p w14:paraId="7432B598" w14:textId="77777777" w:rsidR="00A92924" w:rsidRPr="008E77DA" w:rsidRDefault="00A92924" w:rsidP="008E77DA">
      <w:pPr>
        <w:spacing w:after="0" w:line="240" w:lineRule="auto"/>
        <w:rPr>
          <w:rFonts w:ascii="Times New Roman" w:hAnsi="Times New Roman" w:cs="Times New Roman"/>
        </w:rPr>
      </w:pPr>
    </w:p>
    <w:p w14:paraId="586D71A4" w14:textId="77777777" w:rsidR="00A92924" w:rsidRPr="008E77DA" w:rsidRDefault="00A92924" w:rsidP="008E77DA">
      <w:pPr>
        <w:spacing w:after="0" w:line="240" w:lineRule="auto"/>
        <w:rPr>
          <w:rFonts w:ascii="Times New Roman" w:hAnsi="Times New Roman" w:cs="Times New Roman"/>
        </w:rPr>
      </w:pPr>
    </w:p>
    <w:p w14:paraId="79AD904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3. Ders: BES 306 - Toplu Beslenme Sistemleri-I</w:t>
      </w:r>
    </w:p>
    <w:p w14:paraId="128586C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3D3CF39" w14:textId="77777777">
        <w:trPr>
          <w:jc w:val="center"/>
        </w:trPr>
        <w:tc>
          <w:tcPr>
            <w:tcW w:w="3120" w:type="dxa"/>
            <w:shd w:val="clear" w:color="auto" w:fill="1F4E79"/>
            <w:tcMar>
              <w:top w:w="80" w:type="dxa"/>
              <w:left w:w="120" w:type="dxa"/>
              <w:bottom w:w="80" w:type="dxa"/>
              <w:right w:w="120" w:type="dxa"/>
            </w:tcMar>
          </w:tcPr>
          <w:p w14:paraId="2790721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B7672A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3A18C89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01D10EF6" w14:textId="77777777">
        <w:trPr>
          <w:jc w:val="center"/>
        </w:trPr>
        <w:tc>
          <w:tcPr>
            <w:tcW w:w="3120" w:type="dxa"/>
            <w:shd w:val="clear" w:color="auto" w:fill="F9FAFB"/>
            <w:tcMar>
              <w:top w:w="60" w:type="dxa"/>
              <w:left w:w="120" w:type="dxa"/>
              <w:bottom w:w="60" w:type="dxa"/>
              <w:right w:w="120" w:type="dxa"/>
            </w:tcMar>
          </w:tcPr>
          <w:p w14:paraId="4FC1A86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3666A6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1B0DF73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A92924" w:rsidRPr="008E77DA" w14:paraId="50CF43E2" w14:textId="77777777">
        <w:trPr>
          <w:jc w:val="center"/>
        </w:trPr>
        <w:tc>
          <w:tcPr>
            <w:tcW w:w="3120" w:type="dxa"/>
            <w:shd w:val="clear" w:color="auto" w:fill="FFFFFF"/>
            <w:tcMar>
              <w:top w:w="60" w:type="dxa"/>
              <w:left w:w="120" w:type="dxa"/>
              <w:bottom w:w="60" w:type="dxa"/>
              <w:right w:w="120" w:type="dxa"/>
            </w:tcMar>
          </w:tcPr>
          <w:p w14:paraId="4C37A60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0DE8DF9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39D58EA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4,24</w:t>
            </w:r>
          </w:p>
        </w:tc>
      </w:tr>
      <w:tr w:rsidR="00A92924" w:rsidRPr="008E77DA" w14:paraId="63F3533F" w14:textId="77777777">
        <w:trPr>
          <w:jc w:val="center"/>
        </w:trPr>
        <w:tc>
          <w:tcPr>
            <w:tcW w:w="3120" w:type="dxa"/>
            <w:shd w:val="clear" w:color="auto" w:fill="F9FAFB"/>
            <w:tcMar>
              <w:top w:w="60" w:type="dxa"/>
              <w:left w:w="120" w:type="dxa"/>
              <w:bottom w:w="60" w:type="dxa"/>
              <w:right w:w="120" w:type="dxa"/>
            </w:tcMar>
          </w:tcPr>
          <w:p w14:paraId="3A6C286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6257594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4C07D7E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3,48</w:t>
            </w:r>
          </w:p>
        </w:tc>
      </w:tr>
      <w:tr w:rsidR="00A92924" w:rsidRPr="008E77DA" w14:paraId="3FBB7008" w14:textId="77777777">
        <w:trPr>
          <w:jc w:val="center"/>
        </w:trPr>
        <w:tc>
          <w:tcPr>
            <w:tcW w:w="3120" w:type="dxa"/>
            <w:shd w:val="clear" w:color="auto" w:fill="FFFFFF"/>
            <w:tcMar>
              <w:top w:w="60" w:type="dxa"/>
              <w:left w:w="120" w:type="dxa"/>
              <w:bottom w:w="60" w:type="dxa"/>
              <w:right w:w="120" w:type="dxa"/>
            </w:tcMar>
          </w:tcPr>
          <w:p w14:paraId="08CD81E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EFDA24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7348824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4,04</w:t>
            </w:r>
          </w:p>
        </w:tc>
      </w:tr>
    </w:tbl>
    <w:p w14:paraId="14C5B541" w14:textId="77777777" w:rsidR="00A92924" w:rsidRPr="008E77DA" w:rsidRDefault="00A92924" w:rsidP="008E77DA">
      <w:pPr>
        <w:spacing w:after="0" w:line="240" w:lineRule="auto"/>
        <w:rPr>
          <w:rFonts w:ascii="Times New Roman" w:hAnsi="Times New Roman" w:cs="Times New Roman"/>
        </w:rPr>
      </w:pPr>
    </w:p>
    <w:p w14:paraId="7FC749F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6D42FE9A" w14:textId="77777777">
        <w:trPr>
          <w:jc w:val="center"/>
        </w:trPr>
        <w:tc>
          <w:tcPr>
            <w:tcW w:w="4680" w:type="dxa"/>
            <w:shd w:val="clear" w:color="auto" w:fill="1F4E79"/>
            <w:tcMar>
              <w:top w:w="80" w:type="dxa"/>
              <w:left w:w="120" w:type="dxa"/>
              <w:bottom w:w="80" w:type="dxa"/>
              <w:right w:w="120" w:type="dxa"/>
            </w:tcMar>
          </w:tcPr>
          <w:p w14:paraId="1B6E64C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751CCF2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3E6BC501" w14:textId="77777777">
        <w:trPr>
          <w:jc w:val="center"/>
        </w:trPr>
        <w:tc>
          <w:tcPr>
            <w:tcW w:w="4680" w:type="dxa"/>
            <w:shd w:val="clear" w:color="auto" w:fill="F9FAFB"/>
            <w:tcMar>
              <w:top w:w="60" w:type="dxa"/>
              <w:left w:w="120" w:type="dxa"/>
              <w:bottom w:w="60" w:type="dxa"/>
              <w:right w:w="120" w:type="dxa"/>
            </w:tcMar>
          </w:tcPr>
          <w:p w14:paraId="3E2E3D1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0EE9E7B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3,80 saat</w:t>
            </w:r>
          </w:p>
        </w:tc>
      </w:tr>
      <w:tr w:rsidR="00A92924" w:rsidRPr="008E77DA" w14:paraId="2FF0C1DB" w14:textId="77777777">
        <w:trPr>
          <w:jc w:val="center"/>
        </w:trPr>
        <w:tc>
          <w:tcPr>
            <w:tcW w:w="4680" w:type="dxa"/>
            <w:shd w:val="clear" w:color="auto" w:fill="FFFFFF"/>
            <w:tcMar>
              <w:top w:w="60" w:type="dxa"/>
              <w:left w:w="120" w:type="dxa"/>
              <w:bottom w:w="60" w:type="dxa"/>
              <w:right w:w="120" w:type="dxa"/>
            </w:tcMar>
          </w:tcPr>
          <w:p w14:paraId="4771898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69B716C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2,24 saat</w:t>
            </w:r>
          </w:p>
        </w:tc>
      </w:tr>
      <w:tr w:rsidR="00A92924" w:rsidRPr="008E77DA" w14:paraId="74BAE9AF" w14:textId="77777777">
        <w:trPr>
          <w:jc w:val="center"/>
        </w:trPr>
        <w:tc>
          <w:tcPr>
            <w:tcW w:w="4680" w:type="dxa"/>
            <w:shd w:val="clear" w:color="auto" w:fill="F9FAFB"/>
            <w:tcMar>
              <w:top w:w="60" w:type="dxa"/>
              <w:left w:w="120" w:type="dxa"/>
              <w:bottom w:w="60" w:type="dxa"/>
              <w:right w:w="120" w:type="dxa"/>
            </w:tcMar>
          </w:tcPr>
          <w:p w14:paraId="4249BCE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21E1F68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1,28 saat</w:t>
            </w:r>
          </w:p>
        </w:tc>
      </w:tr>
      <w:tr w:rsidR="00A92924" w:rsidRPr="008E77DA" w14:paraId="410E469F" w14:textId="77777777">
        <w:trPr>
          <w:jc w:val="center"/>
        </w:trPr>
        <w:tc>
          <w:tcPr>
            <w:tcW w:w="4680" w:type="dxa"/>
            <w:shd w:val="clear" w:color="auto" w:fill="FFFFFF"/>
            <w:tcMar>
              <w:top w:w="60" w:type="dxa"/>
              <w:left w:w="120" w:type="dxa"/>
              <w:bottom w:w="60" w:type="dxa"/>
              <w:right w:w="120" w:type="dxa"/>
            </w:tcMar>
          </w:tcPr>
          <w:p w14:paraId="41A3E69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lastRenderedPageBreak/>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47D13C9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4,76 saat</w:t>
            </w:r>
          </w:p>
        </w:tc>
      </w:tr>
      <w:tr w:rsidR="00A92924" w:rsidRPr="008E77DA" w14:paraId="5C195CDF" w14:textId="77777777">
        <w:trPr>
          <w:jc w:val="center"/>
        </w:trPr>
        <w:tc>
          <w:tcPr>
            <w:tcW w:w="4680" w:type="dxa"/>
            <w:shd w:val="clear" w:color="auto" w:fill="F9FAFB"/>
            <w:tcMar>
              <w:top w:w="60" w:type="dxa"/>
              <w:left w:w="120" w:type="dxa"/>
              <w:bottom w:w="60" w:type="dxa"/>
              <w:right w:w="120" w:type="dxa"/>
            </w:tcMar>
          </w:tcPr>
          <w:p w14:paraId="5BB80C7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3EC30EB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7,92 saat</w:t>
            </w:r>
          </w:p>
        </w:tc>
      </w:tr>
      <w:tr w:rsidR="00A92924" w:rsidRPr="008E77DA" w14:paraId="370DCF7A" w14:textId="77777777">
        <w:trPr>
          <w:jc w:val="center"/>
        </w:trPr>
        <w:tc>
          <w:tcPr>
            <w:tcW w:w="4680" w:type="dxa"/>
            <w:shd w:val="clear" w:color="auto" w:fill="FFFFFF"/>
            <w:tcMar>
              <w:top w:w="60" w:type="dxa"/>
              <w:left w:w="120" w:type="dxa"/>
              <w:bottom w:w="60" w:type="dxa"/>
              <w:right w:w="120" w:type="dxa"/>
            </w:tcMar>
          </w:tcPr>
          <w:p w14:paraId="540CCCA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0A13DCE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1,16 saat</w:t>
            </w:r>
          </w:p>
        </w:tc>
      </w:tr>
      <w:tr w:rsidR="00A92924" w:rsidRPr="008E77DA" w14:paraId="795ABD1C" w14:textId="77777777">
        <w:trPr>
          <w:jc w:val="center"/>
        </w:trPr>
        <w:tc>
          <w:tcPr>
            <w:tcW w:w="4680" w:type="dxa"/>
            <w:shd w:val="clear" w:color="auto" w:fill="F9FAFB"/>
            <w:tcMar>
              <w:top w:w="60" w:type="dxa"/>
              <w:left w:w="120" w:type="dxa"/>
              <w:bottom w:w="60" w:type="dxa"/>
              <w:right w:w="120" w:type="dxa"/>
            </w:tcMar>
          </w:tcPr>
          <w:p w14:paraId="27DD3B1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6D30849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0,48 saat</w:t>
            </w:r>
          </w:p>
        </w:tc>
      </w:tr>
      <w:tr w:rsidR="00A92924" w:rsidRPr="008E77DA" w14:paraId="1DF23E49" w14:textId="77777777">
        <w:trPr>
          <w:jc w:val="center"/>
        </w:trPr>
        <w:tc>
          <w:tcPr>
            <w:tcW w:w="4680" w:type="dxa"/>
            <w:shd w:val="clear" w:color="auto" w:fill="FFFFFF"/>
            <w:tcMar>
              <w:top w:w="60" w:type="dxa"/>
              <w:left w:w="120" w:type="dxa"/>
              <w:bottom w:w="60" w:type="dxa"/>
              <w:right w:w="120" w:type="dxa"/>
            </w:tcMar>
          </w:tcPr>
          <w:p w14:paraId="2915E6E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48486FB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10,60 saat</w:t>
            </w:r>
          </w:p>
        </w:tc>
      </w:tr>
    </w:tbl>
    <w:p w14:paraId="714C2D97" w14:textId="77777777" w:rsidR="00A92924" w:rsidRPr="008E77DA" w:rsidRDefault="00A92924" w:rsidP="008E77DA">
      <w:pPr>
        <w:spacing w:after="0" w:line="240" w:lineRule="auto"/>
        <w:rPr>
          <w:rFonts w:ascii="Times New Roman" w:hAnsi="Times New Roman" w:cs="Times New Roman"/>
        </w:rPr>
      </w:pPr>
    </w:p>
    <w:p w14:paraId="127DE71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13CD5D00" w14:textId="77777777">
        <w:trPr>
          <w:jc w:val="center"/>
        </w:trPr>
        <w:tc>
          <w:tcPr>
            <w:tcW w:w="3120" w:type="dxa"/>
            <w:shd w:val="clear" w:color="auto" w:fill="1F4E79"/>
            <w:tcMar>
              <w:top w:w="80" w:type="dxa"/>
              <w:left w:w="120" w:type="dxa"/>
              <w:bottom w:w="80" w:type="dxa"/>
              <w:right w:w="120" w:type="dxa"/>
            </w:tcMar>
          </w:tcPr>
          <w:p w14:paraId="0317A3F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CFB0F0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067D666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0FAB3523" w14:textId="77777777">
        <w:trPr>
          <w:jc w:val="center"/>
        </w:trPr>
        <w:tc>
          <w:tcPr>
            <w:tcW w:w="3120" w:type="dxa"/>
            <w:shd w:val="clear" w:color="auto" w:fill="F9FAFB"/>
            <w:tcMar>
              <w:top w:w="60" w:type="dxa"/>
              <w:left w:w="120" w:type="dxa"/>
              <w:bottom w:w="60" w:type="dxa"/>
              <w:right w:w="120" w:type="dxa"/>
            </w:tcMar>
          </w:tcPr>
          <w:p w14:paraId="4875809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ED33EE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69201AA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4,64</w:t>
            </w:r>
          </w:p>
        </w:tc>
      </w:tr>
      <w:tr w:rsidR="00A92924" w:rsidRPr="008E77DA" w14:paraId="745B302E" w14:textId="77777777">
        <w:trPr>
          <w:jc w:val="center"/>
        </w:trPr>
        <w:tc>
          <w:tcPr>
            <w:tcW w:w="3120" w:type="dxa"/>
            <w:shd w:val="clear" w:color="auto" w:fill="FFFFFF"/>
            <w:tcMar>
              <w:top w:w="60" w:type="dxa"/>
              <w:left w:w="120" w:type="dxa"/>
              <w:bottom w:w="60" w:type="dxa"/>
              <w:right w:w="120" w:type="dxa"/>
            </w:tcMar>
          </w:tcPr>
          <w:p w14:paraId="3622499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C6E29C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094698A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A92924" w:rsidRPr="008E77DA" w14:paraId="51E64B37" w14:textId="77777777">
        <w:trPr>
          <w:jc w:val="center"/>
        </w:trPr>
        <w:tc>
          <w:tcPr>
            <w:tcW w:w="3120" w:type="dxa"/>
            <w:shd w:val="clear" w:color="auto" w:fill="F9FAFB"/>
            <w:tcMar>
              <w:top w:w="60" w:type="dxa"/>
              <w:left w:w="120" w:type="dxa"/>
              <w:bottom w:w="60" w:type="dxa"/>
              <w:right w:w="120" w:type="dxa"/>
            </w:tcMar>
          </w:tcPr>
          <w:p w14:paraId="69545C0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645B7A8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247905F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4,72</w:t>
            </w:r>
          </w:p>
        </w:tc>
      </w:tr>
      <w:tr w:rsidR="00A92924" w:rsidRPr="008E77DA" w14:paraId="440A069B" w14:textId="77777777">
        <w:trPr>
          <w:jc w:val="center"/>
        </w:trPr>
        <w:tc>
          <w:tcPr>
            <w:tcW w:w="3120" w:type="dxa"/>
            <w:shd w:val="clear" w:color="auto" w:fill="FFFFFF"/>
            <w:tcMar>
              <w:top w:w="60" w:type="dxa"/>
              <w:left w:w="120" w:type="dxa"/>
              <w:bottom w:w="60" w:type="dxa"/>
              <w:right w:w="120" w:type="dxa"/>
            </w:tcMar>
          </w:tcPr>
          <w:p w14:paraId="0AE0543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5B0AEC7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4D1F479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A92924" w:rsidRPr="008E77DA" w14:paraId="40FD7653" w14:textId="77777777">
        <w:trPr>
          <w:jc w:val="center"/>
        </w:trPr>
        <w:tc>
          <w:tcPr>
            <w:tcW w:w="3120" w:type="dxa"/>
            <w:shd w:val="clear" w:color="auto" w:fill="F9FAFB"/>
            <w:tcMar>
              <w:top w:w="60" w:type="dxa"/>
              <w:left w:w="120" w:type="dxa"/>
              <w:bottom w:w="60" w:type="dxa"/>
              <w:right w:w="120" w:type="dxa"/>
            </w:tcMar>
          </w:tcPr>
          <w:p w14:paraId="4FAC3C3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1D8F67B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2189DD5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A92924" w:rsidRPr="008E77DA" w14:paraId="0AA4F79A" w14:textId="77777777">
        <w:trPr>
          <w:jc w:val="center"/>
        </w:trPr>
        <w:tc>
          <w:tcPr>
            <w:tcW w:w="3120" w:type="dxa"/>
            <w:shd w:val="clear" w:color="auto" w:fill="FFFFFF"/>
            <w:tcMar>
              <w:top w:w="60" w:type="dxa"/>
              <w:left w:w="120" w:type="dxa"/>
              <w:bottom w:w="60" w:type="dxa"/>
              <w:right w:w="120" w:type="dxa"/>
            </w:tcMar>
          </w:tcPr>
          <w:p w14:paraId="56B1239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64AE749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13BB11C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4,48</w:t>
            </w:r>
          </w:p>
        </w:tc>
      </w:tr>
      <w:tr w:rsidR="00A92924" w:rsidRPr="008E77DA" w14:paraId="0235DCA7" w14:textId="77777777">
        <w:trPr>
          <w:jc w:val="center"/>
        </w:trPr>
        <w:tc>
          <w:tcPr>
            <w:tcW w:w="3120" w:type="dxa"/>
            <w:shd w:val="clear" w:color="auto" w:fill="F9FAFB"/>
            <w:tcMar>
              <w:top w:w="60" w:type="dxa"/>
              <w:left w:w="120" w:type="dxa"/>
              <w:bottom w:w="60" w:type="dxa"/>
              <w:right w:w="120" w:type="dxa"/>
            </w:tcMar>
          </w:tcPr>
          <w:p w14:paraId="75BB844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35CF17A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64CC070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4,16</w:t>
            </w:r>
          </w:p>
        </w:tc>
      </w:tr>
      <w:tr w:rsidR="00A92924" w:rsidRPr="008E77DA" w14:paraId="01F1D28D" w14:textId="77777777">
        <w:trPr>
          <w:jc w:val="center"/>
        </w:trPr>
        <w:tc>
          <w:tcPr>
            <w:tcW w:w="3120" w:type="dxa"/>
            <w:shd w:val="clear" w:color="auto" w:fill="FFFFFF"/>
            <w:tcMar>
              <w:top w:w="60" w:type="dxa"/>
              <w:left w:w="120" w:type="dxa"/>
              <w:bottom w:w="60" w:type="dxa"/>
              <w:right w:w="120" w:type="dxa"/>
            </w:tcMar>
          </w:tcPr>
          <w:p w14:paraId="675EAEF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366BDBD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62DE370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4,24</w:t>
            </w:r>
          </w:p>
        </w:tc>
      </w:tr>
      <w:tr w:rsidR="00A92924" w:rsidRPr="008E77DA" w14:paraId="78C7A2F0" w14:textId="77777777">
        <w:trPr>
          <w:jc w:val="center"/>
        </w:trPr>
        <w:tc>
          <w:tcPr>
            <w:tcW w:w="3120" w:type="dxa"/>
            <w:shd w:val="clear" w:color="auto" w:fill="F9FAFB"/>
            <w:tcMar>
              <w:top w:w="60" w:type="dxa"/>
              <w:left w:w="120" w:type="dxa"/>
              <w:bottom w:w="60" w:type="dxa"/>
              <w:right w:w="120" w:type="dxa"/>
            </w:tcMar>
          </w:tcPr>
          <w:p w14:paraId="352717E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37CBF67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26BB415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4,32</w:t>
            </w:r>
          </w:p>
        </w:tc>
      </w:tr>
      <w:tr w:rsidR="00A92924" w:rsidRPr="008E77DA" w14:paraId="5F751D41" w14:textId="77777777">
        <w:trPr>
          <w:jc w:val="center"/>
        </w:trPr>
        <w:tc>
          <w:tcPr>
            <w:tcW w:w="3120" w:type="dxa"/>
            <w:shd w:val="clear" w:color="auto" w:fill="FFFFFF"/>
            <w:tcMar>
              <w:top w:w="60" w:type="dxa"/>
              <w:left w:w="120" w:type="dxa"/>
              <w:bottom w:w="60" w:type="dxa"/>
              <w:right w:w="120" w:type="dxa"/>
            </w:tcMar>
          </w:tcPr>
          <w:p w14:paraId="1DC2D1B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55F33A8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6F1A4FD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4,24</w:t>
            </w:r>
          </w:p>
        </w:tc>
      </w:tr>
      <w:tr w:rsidR="00A92924" w:rsidRPr="008E77DA" w14:paraId="4A28FAA9" w14:textId="77777777">
        <w:trPr>
          <w:jc w:val="center"/>
        </w:trPr>
        <w:tc>
          <w:tcPr>
            <w:tcW w:w="3120" w:type="dxa"/>
            <w:shd w:val="clear" w:color="auto" w:fill="F9FAFB"/>
            <w:tcMar>
              <w:top w:w="60" w:type="dxa"/>
              <w:left w:w="120" w:type="dxa"/>
              <w:bottom w:w="60" w:type="dxa"/>
              <w:right w:w="120" w:type="dxa"/>
            </w:tcMar>
          </w:tcPr>
          <w:p w14:paraId="2AF02B1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5AB2017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79EE686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4,20</w:t>
            </w:r>
          </w:p>
        </w:tc>
      </w:tr>
      <w:tr w:rsidR="00A92924" w:rsidRPr="008E77DA" w14:paraId="70F12E68" w14:textId="77777777">
        <w:trPr>
          <w:jc w:val="center"/>
        </w:trPr>
        <w:tc>
          <w:tcPr>
            <w:tcW w:w="3120" w:type="dxa"/>
            <w:shd w:val="clear" w:color="auto" w:fill="FFFFFF"/>
            <w:tcMar>
              <w:top w:w="60" w:type="dxa"/>
              <w:left w:w="120" w:type="dxa"/>
              <w:bottom w:w="60" w:type="dxa"/>
              <w:right w:w="120" w:type="dxa"/>
            </w:tcMar>
          </w:tcPr>
          <w:p w14:paraId="2124EFF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21160CD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65F7DD4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4,56</w:t>
            </w:r>
          </w:p>
        </w:tc>
      </w:tr>
      <w:tr w:rsidR="00A92924" w:rsidRPr="008E77DA" w14:paraId="54881EC6" w14:textId="77777777">
        <w:trPr>
          <w:jc w:val="center"/>
        </w:trPr>
        <w:tc>
          <w:tcPr>
            <w:tcW w:w="3120" w:type="dxa"/>
            <w:shd w:val="clear" w:color="auto" w:fill="F9FAFB"/>
            <w:tcMar>
              <w:top w:w="60" w:type="dxa"/>
              <w:left w:w="120" w:type="dxa"/>
              <w:bottom w:w="60" w:type="dxa"/>
              <w:right w:w="120" w:type="dxa"/>
            </w:tcMar>
          </w:tcPr>
          <w:p w14:paraId="6F8E336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3D56FEB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4D76758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4,32</w:t>
            </w:r>
          </w:p>
        </w:tc>
      </w:tr>
      <w:tr w:rsidR="00A92924" w:rsidRPr="008E77DA" w14:paraId="5B74A15C" w14:textId="77777777">
        <w:trPr>
          <w:jc w:val="center"/>
        </w:trPr>
        <w:tc>
          <w:tcPr>
            <w:tcW w:w="3120" w:type="dxa"/>
            <w:shd w:val="clear" w:color="auto" w:fill="FFFFFF"/>
            <w:tcMar>
              <w:top w:w="60" w:type="dxa"/>
              <w:left w:w="120" w:type="dxa"/>
              <w:bottom w:w="60" w:type="dxa"/>
              <w:right w:w="120" w:type="dxa"/>
            </w:tcMar>
          </w:tcPr>
          <w:p w14:paraId="0511848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0C14CB9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14D21B7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4,24</w:t>
            </w:r>
          </w:p>
        </w:tc>
      </w:tr>
    </w:tbl>
    <w:p w14:paraId="245F2D4D" w14:textId="77777777" w:rsidR="00A92924" w:rsidRPr="008E77DA" w:rsidRDefault="00A92924" w:rsidP="008E77DA">
      <w:pPr>
        <w:spacing w:after="0" w:line="240" w:lineRule="auto"/>
        <w:rPr>
          <w:rFonts w:ascii="Times New Roman" w:hAnsi="Times New Roman" w:cs="Times New Roman"/>
        </w:rPr>
      </w:pPr>
    </w:p>
    <w:p w14:paraId="7259A58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7972CA83" w14:textId="77777777">
        <w:trPr>
          <w:jc w:val="center"/>
        </w:trPr>
        <w:tc>
          <w:tcPr>
            <w:tcW w:w="3120" w:type="dxa"/>
            <w:shd w:val="clear" w:color="auto" w:fill="1F4E79"/>
            <w:tcMar>
              <w:top w:w="80" w:type="dxa"/>
              <w:left w:w="120" w:type="dxa"/>
              <w:bottom w:w="80" w:type="dxa"/>
              <w:right w:w="120" w:type="dxa"/>
            </w:tcMar>
          </w:tcPr>
          <w:p w14:paraId="742F517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lastRenderedPageBreak/>
              <w:t>#</w:t>
            </w:r>
          </w:p>
        </w:tc>
        <w:tc>
          <w:tcPr>
            <w:tcW w:w="3120" w:type="dxa"/>
            <w:shd w:val="clear" w:color="auto" w:fill="1F4E79"/>
            <w:tcMar>
              <w:top w:w="80" w:type="dxa"/>
              <w:left w:w="120" w:type="dxa"/>
              <w:bottom w:w="80" w:type="dxa"/>
              <w:right w:w="120" w:type="dxa"/>
            </w:tcMar>
          </w:tcPr>
          <w:p w14:paraId="5654B84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0B2DDC8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7D00450F" w14:textId="77777777">
        <w:trPr>
          <w:jc w:val="center"/>
        </w:trPr>
        <w:tc>
          <w:tcPr>
            <w:tcW w:w="3120" w:type="dxa"/>
            <w:shd w:val="clear" w:color="auto" w:fill="F9FAFB"/>
            <w:tcMar>
              <w:top w:w="60" w:type="dxa"/>
              <w:left w:w="120" w:type="dxa"/>
              <w:bottom w:w="60" w:type="dxa"/>
              <w:right w:w="120" w:type="dxa"/>
            </w:tcMar>
          </w:tcPr>
          <w:p w14:paraId="43CFF3C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1BC7302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438FC18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3,92</w:t>
            </w:r>
          </w:p>
        </w:tc>
      </w:tr>
      <w:tr w:rsidR="00A92924" w:rsidRPr="008E77DA" w14:paraId="1C332874" w14:textId="77777777">
        <w:trPr>
          <w:jc w:val="center"/>
        </w:trPr>
        <w:tc>
          <w:tcPr>
            <w:tcW w:w="3120" w:type="dxa"/>
            <w:shd w:val="clear" w:color="auto" w:fill="FFFFFF"/>
            <w:tcMar>
              <w:top w:w="60" w:type="dxa"/>
              <w:left w:w="120" w:type="dxa"/>
              <w:bottom w:w="60" w:type="dxa"/>
              <w:right w:w="120" w:type="dxa"/>
            </w:tcMar>
          </w:tcPr>
          <w:p w14:paraId="0E665BA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07D7757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6FC2B8A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3,92</w:t>
            </w:r>
          </w:p>
        </w:tc>
      </w:tr>
      <w:tr w:rsidR="00A92924" w:rsidRPr="008E77DA" w14:paraId="412E7050" w14:textId="77777777">
        <w:trPr>
          <w:jc w:val="center"/>
        </w:trPr>
        <w:tc>
          <w:tcPr>
            <w:tcW w:w="3120" w:type="dxa"/>
            <w:shd w:val="clear" w:color="auto" w:fill="F9FAFB"/>
            <w:tcMar>
              <w:top w:w="60" w:type="dxa"/>
              <w:left w:w="120" w:type="dxa"/>
              <w:bottom w:w="60" w:type="dxa"/>
              <w:right w:w="120" w:type="dxa"/>
            </w:tcMar>
          </w:tcPr>
          <w:p w14:paraId="71A3A3C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DCE3D7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5C18DEF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4,12</w:t>
            </w:r>
          </w:p>
        </w:tc>
      </w:tr>
      <w:tr w:rsidR="00A92924" w:rsidRPr="008E77DA" w14:paraId="5205410F" w14:textId="77777777">
        <w:trPr>
          <w:jc w:val="center"/>
        </w:trPr>
        <w:tc>
          <w:tcPr>
            <w:tcW w:w="3120" w:type="dxa"/>
            <w:shd w:val="clear" w:color="auto" w:fill="FFFFFF"/>
            <w:tcMar>
              <w:top w:w="60" w:type="dxa"/>
              <w:left w:w="120" w:type="dxa"/>
              <w:bottom w:w="60" w:type="dxa"/>
              <w:right w:w="120" w:type="dxa"/>
            </w:tcMar>
          </w:tcPr>
          <w:p w14:paraId="2D978AF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9BA569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6C99595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3,80</w:t>
            </w:r>
          </w:p>
        </w:tc>
      </w:tr>
      <w:tr w:rsidR="00A92924" w:rsidRPr="008E77DA" w14:paraId="2866A1AF" w14:textId="77777777">
        <w:trPr>
          <w:jc w:val="center"/>
        </w:trPr>
        <w:tc>
          <w:tcPr>
            <w:tcW w:w="3120" w:type="dxa"/>
            <w:shd w:val="clear" w:color="auto" w:fill="F9FAFB"/>
            <w:tcMar>
              <w:top w:w="60" w:type="dxa"/>
              <w:left w:w="120" w:type="dxa"/>
              <w:bottom w:w="60" w:type="dxa"/>
              <w:right w:w="120" w:type="dxa"/>
            </w:tcMar>
          </w:tcPr>
          <w:p w14:paraId="2E9DD05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774F598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3A2B40E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3,40</w:t>
            </w:r>
          </w:p>
        </w:tc>
      </w:tr>
    </w:tbl>
    <w:p w14:paraId="04558B66" w14:textId="77777777" w:rsidR="00A92924" w:rsidRPr="008E77DA" w:rsidRDefault="00A92924" w:rsidP="008E77DA">
      <w:pPr>
        <w:spacing w:after="0" w:line="240" w:lineRule="auto"/>
        <w:rPr>
          <w:rFonts w:ascii="Times New Roman" w:hAnsi="Times New Roman" w:cs="Times New Roman"/>
        </w:rPr>
      </w:pPr>
    </w:p>
    <w:p w14:paraId="60D16CD8" w14:textId="77777777" w:rsidR="00A92924" w:rsidRPr="008E77DA" w:rsidRDefault="00A92924" w:rsidP="008E77DA">
      <w:pPr>
        <w:spacing w:after="0" w:line="240" w:lineRule="auto"/>
        <w:rPr>
          <w:rFonts w:ascii="Times New Roman" w:hAnsi="Times New Roman" w:cs="Times New Roman"/>
        </w:rPr>
      </w:pPr>
    </w:p>
    <w:p w14:paraId="5D497B6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4. Ders: BES 308 - Beslenme Biliminde Yenilikler</w:t>
      </w:r>
    </w:p>
    <w:p w14:paraId="6710E01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266B7A41" w14:textId="77777777">
        <w:trPr>
          <w:jc w:val="center"/>
        </w:trPr>
        <w:tc>
          <w:tcPr>
            <w:tcW w:w="3120" w:type="dxa"/>
            <w:shd w:val="clear" w:color="auto" w:fill="1F4E79"/>
            <w:tcMar>
              <w:top w:w="80" w:type="dxa"/>
              <w:left w:w="120" w:type="dxa"/>
              <w:bottom w:w="80" w:type="dxa"/>
              <w:right w:w="120" w:type="dxa"/>
            </w:tcMar>
          </w:tcPr>
          <w:p w14:paraId="0D717D8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5E8FC6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627F83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7840E869" w14:textId="77777777">
        <w:trPr>
          <w:jc w:val="center"/>
        </w:trPr>
        <w:tc>
          <w:tcPr>
            <w:tcW w:w="3120" w:type="dxa"/>
            <w:shd w:val="clear" w:color="auto" w:fill="F9FAFB"/>
            <w:tcMar>
              <w:top w:w="60" w:type="dxa"/>
              <w:left w:w="120" w:type="dxa"/>
              <w:bottom w:w="60" w:type="dxa"/>
              <w:right w:w="120" w:type="dxa"/>
            </w:tcMar>
          </w:tcPr>
          <w:p w14:paraId="043DE2A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52C449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1E4FD8E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3,33</w:t>
            </w:r>
          </w:p>
        </w:tc>
      </w:tr>
      <w:tr w:rsidR="00A92924" w:rsidRPr="008E77DA" w14:paraId="6D7F87CA" w14:textId="77777777">
        <w:trPr>
          <w:jc w:val="center"/>
        </w:trPr>
        <w:tc>
          <w:tcPr>
            <w:tcW w:w="3120" w:type="dxa"/>
            <w:shd w:val="clear" w:color="auto" w:fill="FFFFFF"/>
            <w:tcMar>
              <w:top w:w="60" w:type="dxa"/>
              <w:left w:w="120" w:type="dxa"/>
              <w:bottom w:w="60" w:type="dxa"/>
              <w:right w:w="120" w:type="dxa"/>
            </w:tcMar>
          </w:tcPr>
          <w:p w14:paraId="6D2103D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69C7CE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5C70C69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A92924" w:rsidRPr="008E77DA" w14:paraId="14BBF20C" w14:textId="77777777">
        <w:trPr>
          <w:jc w:val="center"/>
        </w:trPr>
        <w:tc>
          <w:tcPr>
            <w:tcW w:w="3120" w:type="dxa"/>
            <w:shd w:val="clear" w:color="auto" w:fill="F9FAFB"/>
            <w:tcMar>
              <w:top w:w="60" w:type="dxa"/>
              <w:left w:w="120" w:type="dxa"/>
              <w:bottom w:w="60" w:type="dxa"/>
              <w:right w:w="120" w:type="dxa"/>
            </w:tcMar>
          </w:tcPr>
          <w:p w14:paraId="508930A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A1CD35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7EE43B1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A92924" w:rsidRPr="008E77DA" w14:paraId="3C5D62D4" w14:textId="77777777">
        <w:trPr>
          <w:jc w:val="center"/>
        </w:trPr>
        <w:tc>
          <w:tcPr>
            <w:tcW w:w="3120" w:type="dxa"/>
            <w:shd w:val="clear" w:color="auto" w:fill="FFFFFF"/>
            <w:tcMar>
              <w:top w:w="60" w:type="dxa"/>
              <w:left w:w="120" w:type="dxa"/>
              <w:bottom w:w="60" w:type="dxa"/>
              <w:right w:w="120" w:type="dxa"/>
            </w:tcMar>
          </w:tcPr>
          <w:p w14:paraId="0941603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C1618F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66C8B1E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bl>
    <w:p w14:paraId="65A5212D" w14:textId="77777777" w:rsidR="00A92924" w:rsidRPr="008E77DA" w:rsidRDefault="00A92924" w:rsidP="008E77DA">
      <w:pPr>
        <w:spacing w:after="0" w:line="240" w:lineRule="auto"/>
        <w:rPr>
          <w:rFonts w:ascii="Times New Roman" w:hAnsi="Times New Roman" w:cs="Times New Roman"/>
        </w:rPr>
      </w:pPr>
    </w:p>
    <w:p w14:paraId="0AF6A41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786DFDE3" w14:textId="77777777">
        <w:trPr>
          <w:jc w:val="center"/>
        </w:trPr>
        <w:tc>
          <w:tcPr>
            <w:tcW w:w="4680" w:type="dxa"/>
            <w:shd w:val="clear" w:color="auto" w:fill="1F4E79"/>
            <w:tcMar>
              <w:top w:w="80" w:type="dxa"/>
              <w:left w:w="120" w:type="dxa"/>
              <w:bottom w:w="80" w:type="dxa"/>
              <w:right w:w="120" w:type="dxa"/>
            </w:tcMar>
          </w:tcPr>
          <w:p w14:paraId="33022A6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75206FC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7479426E" w14:textId="77777777">
        <w:trPr>
          <w:jc w:val="center"/>
        </w:trPr>
        <w:tc>
          <w:tcPr>
            <w:tcW w:w="4680" w:type="dxa"/>
            <w:shd w:val="clear" w:color="auto" w:fill="F9FAFB"/>
            <w:tcMar>
              <w:top w:w="60" w:type="dxa"/>
              <w:left w:w="120" w:type="dxa"/>
              <w:bottom w:w="60" w:type="dxa"/>
              <w:right w:w="120" w:type="dxa"/>
            </w:tcMar>
          </w:tcPr>
          <w:p w14:paraId="2EB1D56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775434C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1,67 saat</w:t>
            </w:r>
          </w:p>
        </w:tc>
      </w:tr>
      <w:tr w:rsidR="00A92924" w:rsidRPr="008E77DA" w14:paraId="799C6DB8" w14:textId="77777777">
        <w:trPr>
          <w:jc w:val="center"/>
        </w:trPr>
        <w:tc>
          <w:tcPr>
            <w:tcW w:w="4680" w:type="dxa"/>
            <w:shd w:val="clear" w:color="auto" w:fill="FFFFFF"/>
            <w:tcMar>
              <w:top w:w="60" w:type="dxa"/>
              <w:left w:w="120" w:type="dxa"/>
              <w:bottom w:w="60" w:type="dxa"/>
              <w:right w:w="120" w:type="dxa"/>
            </w:tcMar>
          </w:tcPr>
          <w:p w14:paraId="6AF6604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08D8A0C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9,33 saat</w:t>
            </w:r>
          </w:p>
        </w:tc>
      </w:tr>
      <w:tr w:rsidR="00A92924" w:rsidRPr="008E77DA" w14:paraId="5228C885" w14:textId="77777777">
        <w:trPr>
          <w:jc w:val="center"/>
        </w:trPr>
        <w:tc>
          <w:tcPr>
            <w:tcW w:w="4680" w:type="dxa"/>
            <w:shd w:val="clear" w:color="auto" w:fill="F9FAFB"/>
            <w:tcMar>
              <w:top w:w="60" w:type="dxa"/>
              <w:left w:w="120" w:type="dxa"/>
              <w:bottom w:w="60" w:type="dxa"/>
              <w:right w:w="120" w:type="dxa"/>
            </w:tcMar>
          </w:tcPr>
          <w:p w14:paraId="012A28F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4972BF7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22,00 saat</w:t>
            </w:r>
          </w:p>
        </w:tc>
      </w:tr>
      <w:tr w:rsidR="00A92924" w:rsidRPr="008E77DA" w14:paraId="42DDCCF6" w14:textId="77777777">
        <w:trPr>
          <w:jc w:val="center"/>
        </w:trPr>
        <w:tc>
          <w:tcPr>
            <w:tcW w:w="4680" w:type="dxa"/>
            <w:shd w:val="clear" w:color="auto" w:fill="FFFFFF"/>
            <w:tcMar>
              <w:top w:w="60" w:type="dxa"/>
              <w:left w:w="120" w:type="dxa"/>
              <w:bottom w:w="60" w:type="dxa"/>
              <w:right w:w="120" w:type="dxa"/>
            </w:tcMar>
          </w:tcPr>
          <w:p w14:paraId="01A17EC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2B8906F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1,00 saat</w:t>
            </w:r>
          </w:p>
        </w:tc>
      </w:tr>
      <w:tr w:rsidR="00A92924" w:rsidRPr="008E77DA" w14:paraId="167D0EF2" w14:textId="77777777">
        <w:trPr>
          <w:jc w:val="center"/>
        </w:trPr>
        <w:tc>
          <w:tcPr>
            <w:tcW w:w="4680" w:type="dxa"/>
            <w:shd w:val="clear" w:color="auto" w:fill="F9FAFB"/>
            <w:tcMar>
              <w:top w:w="60" w:type="dxa"/>
              <w:left w:w="120" w:type="dxa"/>
              <w:bottom w:w="60" w:type="dxa"/>
              <w:right w:w="120" w:type="dxa"/>
            </w:tcMar>
          </w:tcPr>
          <w:p w14:paraId="520CCF6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507E407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 saat</w:t>
            </w:r>
          </w:p>
        </w:tc>
      </w:tr>
      <w:tr w:rsidR="00A92924" w:rsidRPr="008E77DA" w14:paraId="7C80A1FA" w14:textId="77777777">
        <w:trPr>
          <w:jc w:val="center"/>
        </w:trPr>
        <w:tc>
          <w:tcPr>
            <w:tcW w:w="4680" w:type="dxa"/>
            <w:shd w:val="clear" w:color="auto" w:fill="FFFFFF"/>
            <w:tcMar>
              <w:top w:w="60" w:type="dxa"/>
              <w:left w:w="120" w:type="dxa"/>
              <w:bottom w:w="60" w:type="dxa"/>
              <w:right w:w="120" w:type="dxa"/>
            </w:tcMar>
          </w:tcPr>
          <w:p w14:paraId="56B3265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31D2BBF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8,17 saat</w:t>
            </w:r>
          </w:p>
        </w:tc>
      </w:tr>
      <w:tr w:rsidR="00A92924" w:rsidRPr="008E77DA" w14:paraId="49F4B25F" w14:textId="77777777">
        <w:trPr>
          <w:jc w:val="center"/>
        </w:trPr>
        <w:tc>
          <w:tcPr>
            <w:tcW w:w="4680" w:type="dxa"/>
            <w:shd w:val="clear" w:color="auto" w:fill="F9FAFB"/>
            <w:tcMar>
              <w:top w:w="60" w:type="dxa"/>
              <w:left w:w="120" w:type="dxa"/>
              <w:bottom w:w="60" w:type="dxa"/>
              <w:right w:w="120" w:type="dxa"/>
            </w:tcMar>
          </w:tcPr>
          <w:p w14:paraId="6DD2F21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509D9F4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0,33 saat</w:t>
            </w:r>
          </w:p>
        </w:tc>
      </w:tr>
      <w:tr w:rsidR="00A92924" w:rsidRPr="008E77DA" w14:paraId="067AA291" w14:textId="77777777">
        <w:trPr>
          <w:jc w:val="center"/>
        </w:trPr>
        <w:tc>
          <w:tcPr>
            <w:tcW w:w="4680" w:type="dxa"/>
            <w:shd w:val="clear" w:color="auto" w:fill="FFFFFF"/>
            <w:tcMar>
              <w:top w:w="60" w:type="dxa"/>
              <w:left w:w="120" w:type="dxa"/>
              <w:bottom w:w="60" w:type="dxa"/>
              <w:right w:w="120" w:type="dxa"/>
            </w:tcMar>
          </w:tcPr>
          <w:p w14:paraId="4B6BD43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02B8CC1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10,67 saat</w:t>
            </w:r>
          </w:p>
        </w:tc>
      </w:tr>
    </w:tbl>
    <w:p w14:paraId="29BB5318" w14:textId="77777777" w:rsidR="00A92924" w:rsidRPr="008E77DA" w:rsidRDefault="00A92924" w:rsidP="008E77DA">
      <w:pPr>
        <w:spacing w:after="0" w:line="240" w:lineRule="auto"/>
        <w:rPr>
          <w:rFonts w:ascii="Times New Roman" w:hAnsi="Times New Roman" w:cs="Times New Roman"/>
        </w:rPr>
      </w:pPr>
    </w:p>
    <w:p w14:paraId="126F95F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lastRenderedPageBreak/>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2704D2E7" w14:textId="77777777">
        <w:trPr>
          <w:jc w:val="center"/>
        </w:trPr>
        <w:tc>
          <w:tcPr>
            <w:tcW w:w="3120" w:type="dxa"/>
            <w:shd w:val="clear" w:color="auto" w:fill="1F4E79"/>
            <w:tcMar>
              <w:top w:w="80" w:type="dxa"/>
              <w:left w:w="120" w:type="dxa"/>
              <w:bottom w:w="80" w:type="dxa"/>
              <w:right w:w="120" w:type="dxa"/>
            </w:tcMar>
          </w:tcPr>
          <w:p w14:paraId="5DD87ED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587652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6402CD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043D0060" w14:textId="77777777">
        <w:trPr>
          <w:jc w:val="center"/>
        </w:trPr>
        <w:tc>
          <w:tcPr>
            <w:tcW w:w="3120" w:type="dxa"/>
            <w:shd w:val="clear" w:color="auto" w:fill="F9FAFB"/>
            <w:tcMar>
              <w:top w:w="60" w:type="dxa"/>
              <w:left w:w="120" w:type="dxa"/>
              <w:bottom w:w="60" w:type="dxa"/>
              <w:right w:w="120" w:type="dxa"/>
            </w:tcMar>
          </w:tcPr>
          <w:p w14:paraId="7F1BB47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4E8380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3BBAB19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A92924" w:rsidRPr="008E77DA" w14:paraId="2D91A3D7" w14:textId="77777777">
        <w:trPr>
          <w:jc w:val="center"/>
        </w:trPr>
        <w:tc>
          <w:tcPr>
            <w:tcW w:w="3120" w:type="dxa"/>
            <w:shd w:val="clear" w:color="auto" w:fill="FFFFFF"/>
            <w:tcMar>
              <w:top w:w="60" w:type="dxa"/>
              <w:left w:w="120" w:type="dxa"/>
              <w:bottom w:w="60" w:type="dxa"/>
              <w:right w:w="120" w:type="dxa"/>
            </w:tcMar>
          </w:tcPr>
          <w:p w14:paraId="33440DA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4CCDB5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5208903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A92924" w:rsidRPr="008E77DA" w14:paraId="25516DB6" w14:textId="77777777">
        <w:trPr>
          <w:jc w:val="center"/>
        </w:trPr>
        <w:tc>
          <w:tcPr>
            <w:tcW w:w="3120" w:type="dxa"/>
            <w:shd w:val="clear" w:color="auto" w:fill="F9FAFB"/>
            <w:tcMar>
              <w:top w:w="60" w:type="dxa"/>
              <w:left w:w="120" w:type="dxa"/>
              <w:bottom w:w="60" w:type="dxa"/>
              <w:right w:w="120" w:type="dxa"/>
            </w:tcMar>
          </w:tcPr>
          <w:p w14:paraId="47472D5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0A46D2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0EFD451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A92924" w:rsidRPr="008E77DA" w14:paraId="06C3438F" w14:textId="77777777">
        <w:trPr>
          <w:jc w:val="center"/>
        </w:trPr>
        <w:tc>
          <w:tcPr>
            <w:tcW w:w="3120" w:type="dxa"/>
            <w:shd w:val="clear" w:color="auto" w:fill="FFFFFF"/>
            <w:tcMar>
              <w:top w:w="60" w:type="dxa"/>
              <w:left w:w="120" w:type="dxa"/>
              <w:bottom w:w="60" w:type="dxa"/>
              <w:right w:w="120" w:type="dxa"/>
            </w:tcMar>
          </w:tcPr>
          <w:p w14:paraId="3FEAA27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768077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5CF38F0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A92924" w:rsidRPr="008E77DA" w14:paraId="48664FA6" w14:textId="77777777">
        <w:trPr>
          <w:jc w:val="center"/>
        </w:trPr>
        <w:tc>
          <w:tcPr>
            <w:tcW w:w="3120" w:type="dxa"/>
            <w:shd w:val="clear" w:color="auto" w:fill="F9FAFB"/>
            <w:tcMar>
              <w:top w:w="60" w:type="dxa"/>
              <w:left w:w="120" w:type="dxa"/>
              <w:bottom w:w="60" w:type="dxa"/>
              <w:right w:w="120" w:type="dxa"/>
            </w:tcMar>
          </w:tcPr>
          <w:p w14:paraId="0C037F0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7D2CB3E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36FDF9D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A92924" w:rsidRPr="008E77DA" w14:paraId="67E6F9F2" w14:textId="77777777">
        <w:trPr>
          <w:jc w:val="center"/>
        </w:trPr>
        <w:tc>
          <w:tcPr>
            <w:tcW w:w="3120" w:type="dxa"/>
            <w:shd w:val="clear" w:color="auto" w:fill="FFFFFF"/>
            <w:tcMar>
              <w:top w:w="60" w:type="dxa"/>
              <w:left w:w="120" w:type="dxa"/>
              <w:bottom w:w="60" w:type="dxa"/>
              <w:right w:w="120" w:type="dxa"/>
            </w:tcMar>
          </w:tcPr>
          <w:p w14:paraId="180A630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6185E79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6911B8A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A92924" w:rsidRPr="008E77DA" w14:paraId="74B55BD2" w14:textId="77777777">
        <w:trPr>
          <w:jc w:val="center"/>
        </w:trPr>
        <w:tc>
          <w:tcPr>
            <w:tcW w:w="3120" w:type="dxa"/>
            <w:shd w:val="clear" w:color="auto" w:fill="F9FAFB"/>
            <w:tcMar>
              <w:top w:w="60" w:type="dxa"/>
              <w:left w:w="120" w:type="dxa"/>
              <w:bottom w:w="60" w:type="dxa"/>
              <w:right w:w="120" w:type="dxa"/>
            </w:tcMar>
          </w:tcPr>
          <w:p w14:paraId="230FBA1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2D62E3E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45CD6C0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412946D0" w14:textId="77777777">
        <w:trPr>
          <w:jc w:val="center"/>
        </w:trPr>
        <w:tc>
          <w:tcPr>
            <w:tcW w:w="3120" w:type="dxa"/>
            <w:shd w:val="clear" w:color="auto" w:fill="FFFFFF"/>
            <w:tcMar>
              <w:top w:w="60" w:type="dxa"/>
              <w:left w:w="120" w:type="dxa"/>
              <w:bottom w:w="60" w:type="dxa"/>
              <w:right w:w="120" w:type="dxa"/>
            </w:tcMar>
          </w:tcPr>
          <w:p w14:paraId="6C9071F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7C71C38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33683E4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A92924" w:rsidRPr="008E77DA" w14:paraId="710F6A15" w14:textId="77777777">
        <w:trPr>
          <w:jc w:val="center"/>
        </w:trPr>
        <w:tc>
          <w:tcPr>
            <w:tcW w:w="3120" w:type="dxa"/>
            <w:shd w:val="clear" w:color="auto" w:fill="F9FAFB"/>
            <w:tcMar>
              <w:top w:w="60" w:type="dxa"/>
              <w:left w:w="120" w:type="dxa"/>
              <w:bottom w:w="60" w:type="dxa"/>
              <w:right w:w="120" w:type="dxa"/>
            </w:tcMar>
          </w:tcPr>
          <w:p w14:paraId="678E756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5F3BA49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0E265EC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A92924" w:rsidRPr="008E77DA" w14:paraId="47F35E6E" w14:textId="77777777">
        <w:trPr>
          <w:jc w:val="center"/>
        </w:trPr>
        <w:tc>
          <w:tcPr>
            <w:tcW w:w="3120" w:type="dxa"/>
            <w:shd w:val="clear" w:color="auto" w:fill="FFFFFF"/>
            <w:tcMar>
              <w:top w:w="60" w:type="dxa"/>
              <w:left w:w="120" w:type="dxa"/>
              <w:bottom w:w="60" w:type="dxa"/>
              <w:right w:w="120" w:type="dxa"/>
            </w:tcMar>
          </w:tcPr>
          <w:p w14:paraId="7765ADB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12C77DF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0A39014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A92924" w:rsidRPr="008E77DA" w14:paraId="73F7CD04" w14:textId="77777777">
        <w:trPr>
          <w:jc w:val="center"/>
        </w:trPr>
        <w:tc>
          <w:tcPr>
            <w:tcW w:w="3120" w:type="dxa"/>
            <w:shd w:val="clear" w:color="auto" w:fill="F9FAFB"/>
            <w:tcMar>
              <w:top w:w="60" w:type="dxa"/>
              <w:left w:w="120" w:type="dxa"/>
              <w:bottom w:w="60" w:type="dxa"/>
              <w:right w:w="120" w:type="dxa"/>
            </w:tcMar>
          </w:tcPr>
          <w:p w14:paraId="5E7A870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1D9B65B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6D9B256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A92924" w:rsidRPr="008E77DA" w14:paraId="11BEF4FD" w14:textId="77777777">
        <w:trPr>
          <w:jc w:val="center"/>
        </w:trPr>
        <w:tc>
          <w:tcPr>
            <w:tcW w:w="3120" w:type="dxa"/>
            <w:shd w:val="clear" w:color="auto" w:fill="FFFFFF"/>
            <w:tcMar>
              <w:top w:w="60" w:type="dxa"/>
              <w:left w:w="120" w:type="dxa"/>
              <w:bottom w:w="60" w:type="dxa"/>
              <w:right w:w="120" w:type="dxa"/>
            </w:tcMar>
          </w:tcPr>
          <w:p w14:paraId="04810D9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65F2119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1298FA1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A92924" w:rsidRPr="008E77DA" w14:paraId="54335EB8" w14:textId="77777777">
        <w:trPr>
          <w:jc w:val="center"/>
        </w:trPr>
        <w:tc>
          <w:tcPr>
            <w:tcW w:w="3120" w:type="dxa"/>
            <w:shd w:val="clear" w:color="auto" w:fill="F9FAFB"/>
            <w:tcMar>
              <w:top w:w="60" w:type="dxa"/>
              <w:left w:w="120" w:type="dxa"/>
              <w:bottom w:w="60" w:type="dxa"/>
              <w:right w:w="120" w:type="dxa"/>
            </w:tcMar>
          </w:tcPr>
          <w:p w14:paraId="65C93CF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7434AC4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23C1930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A92924" w:rsidRPr="008E77DA" w14:paraId="1BC4EBCE" w14:textId="77777777">
        <w:trPr>
          <w:jc w:val="center"/>
        </w:trPr>
        <w:tc>
          <w:tcPr>
            <w:tcW w:w="3120" w:type="dxa"/>
            <w:shd w:val="clear" w:color="auto" w:fill="FFFFFF"/>
            <w:tcMar>
              <w:top w:w="60" w:type="dxa"/>
              <w:left w:w="120" w:type="dxa"/>
              <w:bottom w:w="60" w:type="dxa"/>
              <w:right w:w="120" w:type="dxa"/>
            </w:tcMar>
          </w:tcPr>
          <w:p w14:paraId="51C5A27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25F799F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26DA323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bl>
    <w:p w14:paraId="6C96FB6D" w14:textId="77777777" w:rsidR="00A92924" w:rsidRPr="008E77DA" w:rsidRDefault="00A92924" w:rsidP="008E77DA">
      <w:pPr>
        <w:spacing w:after="0" w:line="240" w:lineRule="auto"/>
        <w:rPr>
          <w:rFonts w:ascii="Times New Roman" w:hAnsi="Times New Roman" w:cs="Times New Roman"/>
        </w:rPr>
      </w:pPr>
    </w:p>
    <w:p w14:paraId="77386A4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32301E88" w14:textId="77777777">
        <w:trPr>
          <w:jc w:val="center"/>
        </w:trPr>
        <w:tc>
          <w:tcPr>
            <w:tcW w:w="3120" w:type="dxa"/>
            <w:shd w:val="clear" w:color="auto" w:fill="1F4E79"/>
            <w:tcMar>
              <w:top w:w="80" w:type="dxa"/>
              <w:left w:w="120" w:type="dxa"/>
              <w:bottom w:w="80" w:type="dxa"/>
              <w:right w:w="120" w:type="dxa"/>
            </w:tcMar>
          </w:tcPr>
          <w:p w14:paraId="4A51EC0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3D79D7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1C15D9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2C99C9DE" w14:textId="77777777">
        <w:trPr>
          <w:jc w:val="center"/>
        </w:trPr>
        <w:tc>
          <w:tcPr>
            <w:tcW w:w="3120" w:type="dxa"/>
            <w:shd w:val="clear" w:color="auto" w:fill="F9FAFB"/>
            <w:tcMar>
              <w:top w:w="60" w:type="dxa"/>
              <w:left w:w="120" w:type="dxa"/>
              <w:bottom w:w="60" w:type="dxa"/>
              <w:right w:w="120" w:type="dxa"/>
            </w:tcMar>
          </w:tcPr>
          <w:p w14:paraId="7B10157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314F3D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45DC399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A92924" w:rsidRPr="008E77DA" w14:paraId="62CE8E8D" w14:textId="77777777">
        <w:trPr>
          <w:jc w:val="center"/>
        </w:trPr>
        <w:tc>
          <w:tcPr>
            <w:tcW w:w="3120" w:type="dxa"/>
            <w:shd w:val="clear" w:color="auto" w:fill="FFFFFF"/>
            <w:tcMar>
              <w:top w:w="60" w:type="dxa"/>
              <w:left w:w="120" w:type="dxa"/>
              <w:bottom w:w="60" w:type="dxa"/>
              <w:right w:w="120" w:type="dxa"/>
            </w:tcMar>
          </w:tcPr>
          <w:p w14:paraId="22E2211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81C483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500B768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A92924" w:rsidRPr="008E77DA" w14:paraId="60FB0C1E" w14:textId="77777777">
        <w:trPr>
          <w:jc w:val="center"/>
        </w:trPr>
        <w:tc>
          <w:tcPr>
            <w:tcW w:w="3120" w:type="dxa"/>
            <w:shd w:val="clear" w:color="auto" w:fill="F9FAFB"/>
            <w:tcMar>
              <w:top w:w="60" w:type="dxa"/>
              <w:left w:w="120" w:type="dxa"/>
              <w:bottom w:w="60" w:type="dxa"/>
              <w:right w:w="120" w:type="dxa"/>
            </w:tcMar>
          </w:tcPr>
          <w:p w14:paraId="293FA6F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9F43EB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7A170A8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0FCC4158" w14:textId="77777777">
        <w:trPr>
          <w:jc w:val="center"/>
        </w:trPr>
        <w:tc>
          <w:tcPr>
            <w:tcW w:w="3120" w:type="dxa"/>
            <w:shd w:val="clear" w:color="auto" w:fill="FFFFFF"/>
            <w:tcMar>
              <w:top w:w="60" w:type="dxa"/>
              <w:left w:w="120" w:type="dxa"/>
              <w:bottom w:w="60" w:type="dxa"/>
              <w:right w:w="120" w:type="dxa"/>
            </w:tcMar>
          </w:tcPr>
          <w:p w14:paraId="1A0CD48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941517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59E05FE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64D892D3" w14:textId="77777777">
        <w:trPr>
          <w:jc w:val="center"/>
        </w:trPr>
        <w:tc>
          <w:tcPr>
            <w:tcW w:w="3120" w:type="dxa"/>
            <w:shd w:val="clear" w:color="auto" w:fill="F9FAFB"/>
            <w:tcMar>
              <w:top w:w="60" w:type="dxa"/>
              <w:left w:w="120" w:type="dxa"/>
              <w:bottom w:w="60" w:type="dxa"/>
              <w:right w:w="120" w:type="dxa"/>
            </w:tcMar>
          </w:tcPr>
          <w:p w14:paraId="29F37C5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7CF54E3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69C5D06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bl>
    <w:p w14:paraId="63858436" w14:textId="77777777" w:rsidR="00A92924" w:rsidRPr="008E77DA" w:rsidRDefault="00A92924" w:rsidP="008E77DA">
      <w:pPr>
        <w:spacing w:after="0" w:line="240" w:lineRule="auto"/>
        <w:rPr>
          <w:rFonts w:ascii="Times New Roman" w:hAnsi="Times New Roman" w:cs="Times New Roman"/>
        </w:rPr>
      </w:pPr>
    </w:p>
    <w:p w14:paraId="142E0A79" w14:textId="77777777" w:rsidR="00A92924" w:rsidRPr="008E77DA" w:rsidRDefault="00A92924" w:rsidP="008E77DA">
      <w:pPr>
        <w:spacing w:after="0" w:line="240" w:lineRule="auto"/>
        <w:rPr>
          <w:rFonts w:ascii="Times New Roman" w:hAnsi="Times New Roman" w:cs="Times New Roman"/>
        </w:rPr>
      </w:pPr>
    </w:p>
    <w:p w14:paraId="45548B4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5. Ders: BES 309 - Toplumda Beslenme Durumunun Saptanması</w:t>
      </w:r>
    </w:p>
    <w:p w14:paraId="57706CB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2914CF9" w14:textId="77777777">
        <w:trPr>
          <w:jc w:val="center"/>
        </w:trPr>
        <w:tc>
          <w:tcPr>
            <w:tcW w:w="3120" w:type="dxa"/>
            <w:shd w:val="clear" w:color="auto" w:fill="1F4E79"/>
            <w:tcMar>
              <w:top w:w="80" w:type="dxa"/>
              <w:left w:w="120" w:type="dxa"/>
              <w:bottom w:w="80" w:type="dxa"/>
              <w:right w:w="120" w:type="dxa"/>
            </w:tcMar>
          </w:tcPr>
          <w:p w14:paraId="0F07E30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C9E4E8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0366A1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39D517BB" w14:textId="77777777">
        <w:trPr>
          <w:jc w:val="center"/>
        </w:trPr>
        <w:tc>
          <w:tcPr>
            <w:tcW w:w="3120" w:type="dxa"/>
            <w:shd w:val="clear" w:color="auto" w:fill="F9FAFB"/>
            <w:tcMar>
              <w:top w:w="60" w:type="dxa"/>
              <w:left w:w="120" w:type="dxa"/>
              <w:bottom w:w="60" w:type="dxa"/>
              <w:right w:w="120" w:type="dxa"/>
            </w:tcMar>
          </w:tcPr>
          <w:p w14:paraId="7B42CB0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C733B2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7BB069B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3,35</w:t>
            </w:r>
          </w:p>
        </w:tc>
      </w:tr>
      <w:tr w:rsidR="00A92924" w:rsidRPr="008E77DA" w14:paraId="24DDB6C7" w14:textId="77777777">
        <w:trPr>
          <w:jc w:val="center"/>
        </w:trPr>
        <w:tc>
          <w:tcPr>
            <w:tcW w:w="3120" w:type="dxa"/>
            <w:shd w:val="clear" w:color="auto" w:fill="FFFFFF"/>
            <w:tcMar>
              <w:top w:w="60" w:type="dxa"/>
              <w:left w:w="120" w:type="dxa"/>
              <w:bottom w:w="60" w:type="dxa"/>
              <w:right w:w="120" w:type="dxa"/>
            </w:tcMar>
          </w:tcPr>
          <w:p w14:paraId="3EFC30E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6BEC20A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5CAE46C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3,22</w:t>
            </w:r>
          </w:p>
        </w:tc>
      </w:tr>
      <w:tr w:rsidR="00A92924" w:rsidRPr="008E77DA" w14:paraId="464FC72B" w14:textId="77777777">
        <w:trPr>
          <w:jc w:val="center"/>
        </w:trPr>
        <w:tc>
          <w:tcPr>
            <w:tcW w:w="3120" w:type="dxa"/>
            <w:shd w:val="clear" w:color="auto" w:fill="F9FAFB"/>
            <w:tcMar>
              <w:top w:w="60" w:type="dxa"/>
              <w:left w:w="120" w:type="dxa"/>
              <w:bottom w:w="60" w:type="dxa"/>
              <w:right w:w="120" w:type="dxa"/>
            </w:tcMar>
          </w:tcPr>
          <w:p w14:paraId="68B9C78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A27B08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1FACE16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3,74</w:t>
            </w:r>
          </w:p>
        </w:tc>
      </w:tr>
      <w:tr w:rsidR="00A92924" w:rsidRPr="008E77DA" w14:paraId="066C7BC3" w14:textId="77777777">
        <w:trPr>
          <w:jc w:val="center"/>
        </w:trPr>
        <w:tc>
          <w:tcPr>
            <w:tcW w:w="3120" w:type="dxa"/>
            <w:shd w:val="clear" w:color="auto" w:fill="FFFFFF"/>
            <w:tcMar>
              <w:top w:w="60" w:type="dxa"/>
              <w:left w:w="120" w:type="dxa"/>
              <w:bottom w:w="60" w:type="dxa"/>
              <w:right w:w="120" w:type="dxa"/>
            </w:tcMar>
          </w:tcPr>
          <w:p w14:paraId="7D98908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0EDE8C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2207203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3,35</w:t>
            </w:r>
          </w:p>
        </w:tc>
      </w:tr>
    </w:tbl>
    <w:p w14:paraId="0AD492C7" w14:textId="77777777" w:rsidR="00A92924" w:rsidRPr="008E77DA" w:rsidRDefault="00A92924" w:rsidP="008E77DA">
      <w:pPr>
        <w:spacing w:after="0" w:line="240" w:lineRule="auto"/>
        <w:rPr>
          <w:rFonts w:ascii="Times New Roman" w:hAnsi="Times New Roman" w:cs="Times New Roman"/>
        </w:rPr>
      </w:pPr>
    </w:p>
    <w:p w14:paraId="180F92D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3964CAC3" w14:textId="77777777">
        <w:trPr>
          <w:jc w:val="center"/>
        </w:trPr>
        <w:tc>
          <w:tcPr>
            <w:tcW w:w="4680" w:type="dxa"/>
            <w:shd w:val="clear" w:color="auto" w:fill="1F4E79"/>
            <w:tcMar>
              <w:top w:w="80" w:type="dxa"/>
              <w:left w:w="120" w:type="dxa"/>
              <w:bottom w:w="80" w:type="dxa"/>
              <w:right w:w="120" w:type="dxa"/>
            </w:tcMar>
          </w:tcPr>
          <w:p w14:paraId="288124F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7D72D51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7C1A52B4" w14:textId="77777777">
        <w:trPr>
          <w:jc w:val="center"/>
        </w:trPr>
        <w:tc>
          <w:tcPr>
            <w:tcW w:w="4680" w:type="dxa"/>
            <w:shd w:val="clear" w:color="auto" w:fill="F9FAFB"/>
            <w:tcMar>
              <w:top w:w="60" w:type="dxa"/>
              <w:left w:w="120" w:type="dxa"/>
              <w:bottom w:w="60" w:type="dxa"/>
              <w:right w:w="120" w:type="dxa"/>
            </w:tcMar>
          </w:tcPr>
          <w:p w14:paraId="6AC36FB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66A2516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3,70 saat</w:t>
            </w:r>
          </w:p>
        </w:tc>
      </w:tr>
      <w:tr w:rsidR="00A92924" w:rsidRPr="008E77DA" w14:paraId="0FEB4203" w14:textId="77777777">
        <w:trPr>
          <w:jc w:val="center"/>
        </w:trPr>
        <w:tc>
          <w:tcPr>
            <w:tcW w:w="4680" w:type="dxa"/>
            <w:shd w:val="clear" w:color="auto" w:fill="FFFFFF"/>
            <w:tcMar>
              <w:top w:w="60" w:type="dxa"/>
              <w:left w:w="120" w:type="dxa"/>
              <w:bottom w:w="60" w:type="dxa"/>
              <w:right w:w="120" w:type="dxa"/>
            </w:tcMar>
          </w:tcPr>
          <w:p w14:paraId="18E3C59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75210C8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9,87 saat</w:t>
            </w:r>
          </w:p>
        </w:tc>
      </w:tr>
      <w:tr w:rsidR="00A92924" w:rsidRPr="008E77DA" w14:paraId="41C339B8" w14:textId="77777777">
        <w:trPr>
          <w:jc w:val="center"/>
        </w:trPr>
        <w:tc>
          <w:tcPr>
            <w:tcW w:w="4680" w:type="dxa"/>
            <w:shd w:val="clear" w:color="auto" w:fill="F9FAFB"/>
            <w:tcMar>
              <w:top w:w="60" w:type="dxa"/>
              <w:left w:w="120" w:type="dxa"/>
              <w:bottom w:w="60" w:type="dxa"/>
              <w:right w:w="120" w:type="dxa"/>
            </w:tcMar>
          </w:tcPr>
          <w:p w14:paraId="4F5016F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4E8E3CE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 saat</w:t>
            </w:r>
          </w:p>
        </w:tc>
      </w:tr>
      <w:tr w:rsidR="00A92924" w:rsidRPr="008E77DA" w14:paraId="62E1234B" w14:textId="77777777">
        <w:trPr>
          <w:jc w:val="center"/>
        </w:trPr>
        <w:tc>
          <w:tcPr>
            <w:tcW w:w="4680" w:type="dxa"/>
            <w:shd w:val="clear" w:color="auto" w:fill="FFFFFF"/>
            <w:tcMar>
              <w:top w:w="60" w:type="dxa"/>
              <w:left w:w="120" w:type="dxa"/>
              <w:bottom w:w="60" w:type="dxa"/>
              <w:right w:w="120" w:type="dxa"/>
            </w:tcMar>
          </w:tcPr>
          <w:p w14:paraId="798A0C7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400D8CD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1,30 saat</w:t>
            </w:r>
          </w:p>
        </w:tc>
      </w:tr>
      <w:tr w:rsidR="00A92924" w:rsidRPr="008E77DA" w14:paraId="212C01C6" w14:textId="77777777">
        <w:trPr>
          <w:jc w:val="center"/>
        </w:trPr>
        <w:tc>
          <w:tcPr>
            <w:tcW w:w="4680" w:type="dxa"/>
            <w:shd w:val="clear" w:color="auto" w:fill="F9FAFB"/>
            <w:tcMar>
              <w:top w:w="60" w:type="dxa"/>
              <w:left w:w="120" w:type="dxa"/>
              <w:bottom w:w="60" w:type="dxa"/>
              <w:right w:w="120" w:type="dxa"/>
            </w:tcMar>
          </w:tcPr>
          <w:p w14:paraId="7213D28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7D7F8C0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7,26 saat</w:t>
            </w:r>
          </w:p>
        </w:tc>
      </w:tr>
      <w:tr w:rsidR="00A92924" w:rsidRPr="008E77DA" w14:paraId="4F220CF2" w14:textId="77777777">
        <w:trPr>
          <w:jc w:val="center"/>
        </w:trPr>
        <w:tc>
          <w:tcPr>
            <w:tcW w:w="4680" w:type="dxa"/>
            <w:shd w:val="clear" w:color="auto" w:fill="FFFFFF"/>
            <w:tcMar>
              <w:top w:w="60" w:type="dxa"/>
              <w:left w:w="120" w:type="dxa"/>
              <w:bottom w:w="60" w:type="dxa"/>
              <w:right w:w="120" w:type="dxa"/>
            </w:tcMar>
          </w:tcPr>
          <w:p w14:paraId="304CCDF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0D85553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8,17 saat</w:t>
            </w:r>
          </w:p>
        </w:tc>
      </w:tr>
      <w:tr w:rsidR="00A92924" w:rsidRPr="008E77DA" w14:paraId="12EBE965" w14:textId="77777777">
        <w:trPr>
          <w:jc w:val="center"/>
        </w:trPr>
        <w:tc>
          <w:tcPr>
            <w:tcW w:w="4680" w:type="dxa"/>
            <w:shd w:val="clear" w:color="auto" w:fill="F9FAFB"/>
            <w:tcMar>
              <w:top w:w="60" w:type="dxa"/>
              <w:left w:w="120" w:type="dxa"/>
              <w:bottom w:w="60" w:type="dxa"/>
              <w:right w:w="120" w:type="dxa"/>
            </w:tcMar>
          </w:tcPr>
          <w:p w14:paraId="6857791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7ECCD3F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0,30 saat</w:t>
            </w:r>
          </w:p>
        </w:tc>
      </w:tr>
      <w:tr w:rsidR="00A92924" w:rsidRPr="008E77DA" w14:paraId="6A570EAC" w14:textId="77777777">
        <w:trPr>
          <w:jc w:val="center"/>
        </w:trPr>
        <w:tc>
          <w:tcPr>
            <w:tcW w:w="4680" w:type="dxa"/>
            <w:shd w:val="clear" w:color="auto" w:fill="FFFFFF"/>
            <w:tcMar>
              <w:top w:w="60" w:type="dxa"/>
              <w:left w:w="120" w:type="dxa"/>
              <w:bottom w:w="60" w:type="dxa"/>
              <w:right w:w="120" w:type="dxa"/>
            </w:tcMar>
          </w:tcPr>
          <w:p w14:paraId="7F65928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76B3C9F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9,22 saat</w:t>
            </w:r>
          </w:p>
        </w:tc>
      </w:tr>
    </w:tbl>
    <w:p w14:paraId="28DABA85" w14:textId="77777777" w:rsidR="00A92924" w:rsidRPr="008E77DA" w:rsidRDefault="00A92924" w:rsidP="008E77DA">
      <w:pPr>
        <w:spacing w:after="0" w:line="240" w:lineRule="auto"/>
        <w:rPr>
          <w:rFonts w:ascii="Times New Roman" w:hAnsi="Times New Roman" w:cs="Times New Roman"/>
        </w:rPr>
      </w:pPr>
    </w:p>
    <w:p w14:paraId="6A32589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2384569B" w14:textId="77777777">
        <w:trPr>
          <w:jc w:val="center"/>
        </w:trPr>
        <w:tc>
          <w:tcPr>
            <w:tcW w:w="3120" w:type="dxa"/>
            <w:shd w:val="clear" w:color="auto" w:fill="1F4E79"/>
            <w:tcMar>
              <w:top w:w="80" w:type="dxa"/>
              <w:left w:w="120" w:type="dxa"/>
              <w:bottom w:w="80" w:type="dxa"/>
              <w:right w:w="120" w:type="dxa"/>
            </w:tcMar>
          </w:tcPr>
          <w:p w14:paraId="287D24E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3FE2E9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94DAA2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64105DD3" w14:textId="77777777">
        <w:trPr>
          <w:jc w:val="center"/>
        </w:trPr>
        <w:tc>
          <w:tcPr>
            <w:tcW w:w="3120" w:type="dxa"/>
            <w:shd w:val="clear" w:color="auto" w:fill="F9FAFB"/>
            <w:tcMar>
              <w:top w:w="60" w:type="dxa"/>
              <w:left w:w="120" w:type="dxa"/>
              <w:bottom w:w="60" w:type="dxa"/>
              <w:right w:w="120" w:type="dxa"/>
            </w:tcMar>
          </w:tcPr>
          <w:p w14:paraId="26FB4F0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121292E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6D9ABB4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3,61</w:t>
            </w:r>
          </w:p>
        </w:tc>
      </w:tr>
      <w:tr w:rsidR="00A92924" w:rsidRPr="008E77DA" w14:paraId="79EDE628" w14:textId="77777777">
        <w:trPr>
          <w:jc w:val="center"/>
        </w:trPr>
        <w:tc>
          <w:tcPr>
            <w:tcW w:w="3120" w:type="dxa"/>
            <w:shd w:val="clear" w:color="auto" w:fill="FFFFFF"/>
            <w:tcMar>
              <w:top w:w="60" w:type="dxa"/>
              <w:left w:w="120" w:type="dxa"/>
              <w:bottom w:w="60" w:type="dxa"/>
              <w:right w:w="120" w:type="dxa"/>
            </w:tcMar>
          </w:tcPr>
          <w:p w14:paraId="62EC545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F6DAFD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4E003B4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4,39</w:t>
            </w:r>
          </w:p>
        </w:tc>
      </w:tr>
      <w:tr w:rsidR="00A92924" w:rsidRPr="008E77DA" w14:paraId="1E3C1142" w14:textId="77777777">
        <w:trPr>
          <w:jc w:val="center"/>
        </w:trPr>
        <w:tc>
          <w:tcPr>
            <w:tcW w:w="3120" w:type="dxa"/>
            <w:shd w:val="clear" w:color="auto" w:fill="F9FAFB"/>
            <w:tcMar>
              <w:top w:w="60" w:type="dxa"/>
              <w:left w:w="120" w:type="dxa"/>
              <w:bottom w:w="60" w:type="dxa"/>
              <w:right w:w="120" w:type="dxa"/>
            </w:tcMar>
          </w:tcPr>
          <w:p w14:paraId="36A3798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87AFB2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6101D45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4,39</w:t>
            </w:r>
          </w:p>
        </w:tc>
      </w:tr>
      <w:tr w:rsidR="00A92924" w:rsidRPr="008E77DA" w14:paraId="33309C2C" w14:textId="77777777">
        <w:trPr>
          <w:jc w:val="center"/>
        </w:trPr>
        <w:tc>
          <w:tcPr>
            <w:tcW w:w="3120" w:type="dxa"/>
            <w:shd w:val="clear" w:color="auto" w:fill="FFFFFF"/>
            <w:tcMar>
              <w:top w:w="60" w:type="dxa"/>
              <w:left w:w="120" w:type="dxa"/>
              <w:bottom w:w="60" w:type="dxa"/>
              <w:right w:w="120" w:type="dxa"/>
            </w:tcMar>
          </w:tcPr>
          <w:p w14:paraId="016EC9E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12453E6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0576A1F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3,39</w:t>
            </w:r>
          </w:p>
        </w:tc>
      </w:tr>
      <w:tr w:rsidR="00A92924" w:rsidRPr="008E77DA" w14:paraId="5593D941" w14:textId="77777777">
        <w:trPr>
          <w:jc w:val="center"/>
        </w:trPr>
        <w:tc>
          <w:tcPr>
            <w:tcW w:w="3120" w:type="dxa"/>
            <w:shd w:val="clear" w:color="auto" w:fill="F9FAFB"/>
            <w:tcMar>
              <w:top w:w="60" w:type="dxa"/>
              <w:left w:w="120" w:type="dxa"/>
              <w:bottom w:w="60" w:type="dxa"/>
              <w:right w:w="120" w:type="dxa"/>
            </w:tcMar>
          </w:tcPr>
          <w:p w14:paraId="6AE4037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486696C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22B35A1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3,52</w:t>
            </w:r>
          </w:p>
        </w:tc>
      </w:tr>
      <w:tr w:rsidR="00A92924" w:rsidRPr="008E77DA" w14:paraId="54EE329A" w14:textId="77777777">
        <w:trPr>
          <w:jc w:val="center"/>
        </w:trPr>
        <w:tc>
          <w:tcPr>
            <w:tcW w:w="3120" w:type="dxa"/>
            <w:shd w:val="clear" w:color="auto" w:fill="FFFFFF"/>
            <w:tcMar>
              <w:top w:w="60" w:type="dxa"/>
              <w:left w:w="120" w:type="dxa"/>
              <w:bottom w:w="60" w:type="dxa"/>
              <w:right w:w="120" w:type="dxa"/>
            </w:tcMar>
          </w:tcPr>
          <w:p w14:paraId="2402759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0D66200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21E7CE9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3,70</w:t>
            </w:r>
          </w:p>
        </w:tc>
      </w:tr>
      <w:tr w:rsidR="00A92924" w:rsidRPr="008E77DA" w14:paraId="2113478B" w14:textId="77777777">
        <w:trPr>
          <w:jc w:val="center"/>
        </w:trPr>
        <w:tc>
          <w:tcPr>
            <w:tcW w:w="3120" w:type="dxa"/>
            <w:shd w:val="clear" w:color="auto" w:fill="F9FAFB"/>
            <w:tcMar>
              <w:top w:w="60" w:type="dxa"/>
              <w:left w:w="120" w:type="dxa"/>
              <w:bottom w:w="60" w:type="dxa"/>
              <w:right w:w="120" w:type="dxa"/>
            </w:tcMar>
          </w:tcPr>
          <w:p w14:paraId="5118286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26D36EF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1855726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3,39</w:t>
            </w:r>
          </w:p>
        </w:tc>
      </w:tr>
      <w:tr w:rsidR="00A92924" w:rsidRPr="008E77DA" w14:paraId="1D591CD3" w14:textId="77777777">
        <w:trPr>
          <w:jc w:val="center"/>
        </w:trPr>
        <w:tc>
          <w:tcPr>
            <w:tcW w:w="3120" w:type="dxa"/>
            <w:shd w:val="clear" w:color="auto" w:fill="FFFFFF"/>
            <w:tcMar>
              <w:top w:w="60" w:type="dxa"/>
              <w:left w:w="120" w:type="dxa"/>
              <w:bottom w:w="60" w:type="dxa"/>
              <w:right w:w="120" w:type="dxa"/>
            </w:tcMar>
          </w:tcPr>
          <w:p w14:paraId="7BAC5CB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1E6D9B5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6DEC4D2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3,78</w:t>
            </w:r>
          </w:p>
        </w:tc>
      </w:tr>
      <w:tr w:rsidR="00A92924" w:rsidRPr="008E77DA" w14:paraId="2EC202FC" w14:textId="77777777">
        <w:trPr>
          <w:jc w:val="center"/>
        </w:trPr>
        <w:tc>
          <w:tcPr>
            <w:tcW w:w="3120" w:type="dxa"/>
            <w:shd w:val="clear" w:color="auto" w:fill="F9FAFB"/>
            <w:tcMar>
              <w:top w:w="60" w:type="dxa"/>
              <w:left w:w="120" w:type="dxa"/>
              <w:bottom w:w="60" w:type="dxa"/>
              <w:right w:w="120" w:type="dxa"/>
            </w:tcMar>
          </w:tcPr>
          <w:p w14:paraId="7EB3991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4B055B1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2784DA9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4,04</w:t>
            </w:r>
          </w:p>
        </w:tc>
      </w:tr>
      <w:tr w:rsidR="00A92924" w:rsidRPr="008E77DA" w14:paraId="1AED6752" w14:textId="77777777">
        <w:trPr>
          <w:jc w:val="center"/>
        </w:trPr>
        <w:tc>
          <w:tcPr>
            <w:tcW w:w="3120" w:type="dxa"/>
            <w:shd w:val="clear" w:color="auto" w:fill="FFFFFF"/>
            <w:tcMar>
              <w:top w:w="60" w:type="dxa"/>
              <w:left w:w="120" w:type="dxa"/>
              <w:bottom w:w="60" w:type="dxa"/>
              <w:right w:w="120" w:type="dxa"/>
            </w:tcMar>
          </w:tcPr>
          <w:p w14:paraId="63F93F4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6BFCAC4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576A0FC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3,09</w:t>
            </w:r>
          </w:p>
        </w:tc>
      </w:tr>
      <w:tr w:rsidR="00A92924" w:rsidRPr="008E77DA" w14:paraId="28C53BA9" w14:textId="77777777">
        <w:trPr>
          <w:jc w:val="center"/>
        </w:trPr>
        <w:tc>
          <w:tcPr>
            <w:tcW w:w="3120" w:type="dxa"/>
            <w:shd w:val="clear" w:color="auto" w:fill="F9FAFB"/>
            <w:tcMar>
              <w:top w:w="60" w:type="dxa"/>
              <w:left w:w="120" w:type="dxa"/>
              <w:bottom w:w="60" w:type="dxa"/>
              <w:right w:w="120" w:type="dxa"/>
            </w:tcMar>
          </w:tcPr>
          <w:p w14:paraId="20A1769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6D4ED1A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03CE9F6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3,57</w:t>
            </w:r>
          </w:p>
        </w:tc>
      </w:tr>
      <w:tr w:rsidR="00A92924" w:rsidRPr="008E77DA" w14:paraId="5D0CBB4C" w14:textId="77777777">
        <w:trPr>
          <w:jc w:val="center"/>
        </w:trPr>
        <w:tc>
          <w:tcPr>
            <w:tcW w:w="3120" w:type="dxa"/>
            <w:shd w:val="clear" w:color="auto" w:fill="FFFFFF"/>
            <w:tcMar>
              <w:top w:w="60" w:type="dxa"/>
              <w:left w:w="120" w:type="dxa"/>
              <w:bottom w:w="60" w:type="dxa"/>
              <w:right w:w="120" w:type="dxa"/>
            </w:tcMar>
          </w:tcPr>
          <w:p w14:paraId="318E79B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41DF571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301CD46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3,65</w:t>
            </w:r>
          </w:p>
        </w:tc>
      </w:tr>
      <w:tr w:rsidR="00A92924" w:rsidRPr="008E77DA" w14:paraId="7B9F1CC6" w14:textId="77777777">
        <w:trPr>
          <w:jc w:val="center"/>
        </w:trPr>
        <w:tc>
          <w:tcPr>
            <w:tcW w:w="3120" w:type="dxa"/>
            <w:shd w:val="clear" w:color="auto" w:fill="F9FAFB"/>
            <w:tcMar>
              <w:top w:w="60" w:type="dxa"/>
              <w:left w:w="120" w:type="dxa"/>
              <w:bottom w:w="60" w:type="dxa"/>
              <w:right w:w="120" w:type="dxa"/>
            </w:tcMar>
          </w:tcPr>
          <w:p w14:paraId="4C7A2A9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05C02CB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387F02E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3,13</w:t>
            </w:r>
          </w:p>
        </w:tc>
      </w:tr>
      <w:tr w:rsidR="00A92924" w:rsidRPr="008E77DA" w14:paraId="0032408C" w14:textId="77777777">
        <w:trPr>
          <w:jc w:val="center"/>
        </w:trPr>
        <w:tc>
          <w:tcPr>
            <w:tcW w:w="3120" w:type="dxa"/>
            <w:shd w:val="clear" w:color="auto" w:fill="FFFFFF"/>
            <w:tcMar>
              <w:top w:w="60" w:type="dxa"/>
              <w:left w:w="120" w:type="dxa"/>
              <w:bottom w:w="60" w:type="dxa"/>
              <w:right w:w="120" w:type="dxa"/>
            </w:tcMar>
          </w:tcPr>
          <w:p w14:paraId="221FD55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3A4906F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1E9CCB5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3,09</w:t>
            </w:r>
          </w:p>
        </w:tc>
      </w:tr>
    </w:tbl>
    <w:p w14:paraId="22E2F036" w14:textId="77777777" w:rsidR="00A92924" w:rsidRPr="008E77DA" w:rsidRDefault="00A92924" w:rsidP="008E77DA">
      <w:pPr>
        <w:spacing w:after="0" w:line="240" w:lineRule="auto"/>
        <w:rPr>
          <w:rFonts w:ascii="Times New Roman" w:hAnsi="Times New Roman" w:cs="Times New Roman"/>
        </w:rPr>
      </w:pPr>
    </w:p>
    <w:p w14:paraId="772607A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0CB34600" w14:textId="77777777">
        <w:trPr>
          <w:jc w:val="center"/>
        </w:trPr>
        <w:tc>
          <w:tcPr>
            <w:tcW w:w="3120" w:type="dxa"/>
            <w:shd w:val="clear" w:color="auto" w:fill="1F4E79"/>
            <w:tcMar>
              <w:top w:w="80" w:type="dxa"/>
              <w:left w:w="120" w:type="dxa"/>
              <w:bottom w:w="80" w:type="dxa"/>
              <w:right w:w="120" w:type="dxa"/>
            </w:tcMar>
          </w:tcPr>
          <w:p w14:paraId="0901920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1C4CCFA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9C7AFE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5B03EE19" w14:textId="77777777">
        <w:trPr>
          <w:jc w:val="center"/>
        </w:trPr>
        <w:tc>
          <w:tcPr>
            <w:tcW w:w="3120" w:type="dxa"/>
            <w:shd w:val="clear" w:color="auto" w:fill="F9FAFB"/>
            <w:tcMar>
              <w:top w:w="60" w:type="dxa"/>
              <w:left w:w="120" w:type="dxa"/>
              <w:bottom w:w="60" w:type="dxa"/>
              <w:right w:w="120" w:type="dxa"/>
            </w:tcMar>
          </w:tcPr>
          <w:p w14:paraId="549119C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D96045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F304CE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26DDFF56" w14:textId="77777777">
        <w:trPr>
          <w:jc w:val="center"/>
        </w:trPr>
        <w:tc>
          <w:tcPr>
            <w:tcW w:w="3120" w:type="dxa"/>
            <w:shd w:val="clear" w:color="auto" w:fill="FFFFFF"/>
            <w:tcMar>
              <w:top w:w="60" w:type="dxa"/>
              <w:left w:w="120" w:type="dxa"/>
              <w:bottom w:w="60" w:type="dxa"/>
              <w:right w:w="120" w:type="dxa"/>
            </w:tcMar>
          </w:tcPr>
          <w:p w14:paraId="40D2124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6149F9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703B1D3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4,09</w:t>
            </w:r>
          </w:p>
        </w:tc>
      </w:tr>
      <w:tr w:rsidR="00A92924" w:rsidRPr="008E77DA" w14:paraId="74D3F094" w14:textId="77777777">
        <w:trPr>
          <w:jc w:val="center"/>
        </w:trPr>
        <w:tc>
          <w:tcPr>
            <w:tcW w:w="3120" w:type="dxa"/>
            <w:shd w:val="clear" w:color="auto" w:fill="F9FAFB"/>
            <w:tcMar>
              <w:top w:w="60" w:type="dxa"/>
              <w:left w:w="120" w:type="dxa"/>
              <w:bottom w:w="60" w:type="dxa"/>
              <w:right w:w="120" w:type="dxa"/>
            </w:tcMar>
          </w:tcPr>
          <w:p w14:paraId="2D994D0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6D2DB82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0DFE6E2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A92924" w:rsidRPr="008E77DA" w14:paraId="3D4BB9E4" w14:textId="77777777">
        <w:trPr>
          <w:jc w:val="center"/>
        </w:trPr>
        <w:tc>
          <w:tcPr>
            <w:tcW w:w="3120" w:type="dxa"/>
            <w:shd w:val="clear" w:color="auto" w:fill="FFFFFF"/>
            <w:tcMar>
              <w:top w:w="60" w:type="dxa"/>
              <w:left w:w="120" w:type="dxa"/>
              <w:bottom w:w="60" w:type="dxa"/>
              <w:right w:w="120" w:type="dxa"/>
            </w:tcMar>
          </w:tcPr>
          <w:p w14:paraId="01C162F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2FF5C3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4982E30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A92924" w:rsidRPr="008E77DA" w14:paraId="73934A8E" w14:textId="77777777">
        <w:trPr>
          <w:jc w:val="center"/>
        </w:trPr>
        <w:tc>
          <w:tcPr>
            <w:tcW w:w="3120" w:type="dxa"/>
            <w:shd w:val="clear" w:color="auto" w:fill="F9FAFB"/>
            <w:tcMar>
              <w:top w:w="60" w:type="dxa"/>
              <w:left w:w="120" w:type="dxa"/>
              <w:bottom w:w="60" w:type="dxa"/>
              <w:right w:w="120" w:type="dxa"/>
            </w:tcMar>
          </w:tcPr>
          <w:p w14:paraId="1D27247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01AEAB6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24F2041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3,30</w:t>
            </w:r>
          </w:p>
        </w:tc>
      </w:tr>
    </w:tbl>
    <w:p w14:paraId="74A031E1" w14:textId="77777777" w:rsidR="00A92924" w:rsidRPr="008E77DA" w:rsidRDefault="00A92924" w:rsidP="008E77DA">
      <w:pPr>
        <w:spacing w:after="0" w:line="240" w:lineRule="auto"/>
        <w:rPr>
          <w:rFonts w:ascii="Times New Roman" w:hAnsi="Times New Roman" w:cs="Times New Roman"/>
        </w:rPr>
      </w:pPr>
    </w:p>
    <w:p w14:paraId="40A66E2A" w14:textId="77777777" w:rsidR="00A92924" w:rsidRPr="008E77DA" w:rsidRDefault="00A92924" w:rsidP="008E77DA">
      <w:pPr>
        <w:spacing w:after="0" w:line="240" w:lineRule="auto"/>
        <w:rPr>
          <w:rFonts w:ascii="Times New Roman" w:hAnsi="Times New Roman" w:cs="Times New Roman"/>
        </w:rPr>
      </w:pPr>
    </w:p>
    <w:p w14:paraId="4BDD0A9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6. Ders: BES 403 - Beslenme ve Diyetetik Uygulamaları-I</w:t>
      </w:r>
    </w:p>
    <w:p w14:paraId="79ECFC3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7357519F" w14:textId="77777777">
        <w:trPr>
          <w:jc w:val="center"/>
        </w:trPr>
        <w:tc>
          <w:tcPr>
            <w:tcW w:w="3120" w:type="dxa"/>
            <w:shd w:val="clear" w:color="auto" w:fill="1F4E79"/>
            <w:tcMar>
              <w:top w:w="80" w:type="dxa"/>
              <w:left w:w="120" w:type="dxa"/>
              <w:bottom w:w="80" w:type="dxa"/>
              <w:right w:w="120" w:type="dxa"/>
            </w:tcMar>
          </w:tcPr>
          <w:p w14:paraId="1394488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AB05E8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B2847C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15BF231A" w14:textId="77777777">
        <w:trPr>
          <w:jc w:val="center"/>
        </w:trPr>
        <w:tc>
          <w:tcPr>
            <w:tcW w:w="3120" w:type="dxa"/>
            <w:shd w:val="clear" w:color="auto" w:fill="F9FAFB"/>
            <w:tcMar>
              <w:top w:w="60" w:type="dxa"/>
              <w:left w:w="120" w:type="dxa"/>
              <w:bottom w:w="60" w:type="dxa"/>
              <w:right w:w="120" w:type="dxa"/>
            </w:tcMar>
          </w:tcPr>
          <w:p w14:paraId="77E32BE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11859E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7E3D6E5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4,78</w:t>
            </w:r>
          </w:p>
        </w:tc>
      </w:tr>
      <w:tr w:rsidR="00A92924" w:rsidRPr="008E77DA" w14:paraId="3C144EE6" w14:textId="77777777">
        <w:trPr>
          <w:jc w:val="center"/>
        </w:trPr>
        <w:tc>
          <w:tcPr>
            <w:tcW w:w="3120" w:type="dxa"/>
            <w:shd w:val="clear" w:color="auto" w:fill="FFFFFF"/>
            <w:tcMar>
              <w:top w:w="60" w:type="dxa"/>
              <w:left w:w="120" w:type="dxa"/>
              <w:bottom w:w="60" w:type="dxa"/>
              <w:right w:w="120" w:type="dxa"/>
            </w:tcMar>
          </w:tcPr>
          <w:p w14:paraId="60B25D1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2</w:t>
            </w:r>
          </w:p>
        </w:tc>
        <w:tc>
          <w:tcPr>
            <w:tcW w:w="3120" w:type="dxa"/>
            <w:shd w:val="clear" w:color="auto" w:fill="FFFFFF"/>
            <w:tcMar>
              <w:top w:w="60" w:type="dxa"/>
              <w:left w:w="120" w:type="dxa"/>
              <w:bottom w:w="60" w:type="dxa"/>
              <w:right w:w="120" w:type="dxa"/>
            </w:tcMar>
          </w:tcPr>
          <w:p w14:paraId="35AACBA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745355E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4,44</w:t>
            </w:r>
          </w:p>
        </w:tc>
      </w:tr>
      <w:tr w:rsidR="00A92924" w:rsidRPr="008E77DA" w14:paraId="2C0731F9" w14:textId="77777777">
        <w:trPr>
          <w:jc w:val="center"/>
        </w:trPr>
        <w:tc>
          <w:tcPr>
            <w:tcW w:w="3120" w:type="dxa"/>
            <w:shd w:val="clear" w:color="auto" w:fill="F9FAFB"/>
            <w:tcMar>
              <w:top w:w="60" w:type="dxa"/>
              <w:left w:w="120" w:type="dxa"/>
              <w:bottom w:w="60" w:type="dxa"/>
              <w:right w:w="120" w:type="dxa"/>
            </w:tcMar>
          </w:tcPr>
          <w:p w14:paraId="7223934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59D7420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320CB1A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4,78</w:t>
            </w:r>
          </w:p>
        </w:tc>
      </w:tr>
      <w:tr w:rsidR="00A92924" w:rsidRPr="008E77DA" w14:paraId="1368921E" w14:textId="77777777">
        <w:trPr>
          <w:jc w:val="center"/>
        </w:trPr>
        <w:tc>
          <w:tcPr>
            <w:tcW w:w="3120" w:type="dxa"/>
            <w:shd w:val="clear" w:color="auto" w:fill="FFFFFF"/>
            <w:tcMar>
              <w:top w:w="60" w:type="dxa"/>
              <w:left w:w="120" w:type="dxa"/>
              <w:bottom w:w="60" w:type="dxa"/>
              <w:right w:w="120" w:type="dxa"/>
            </w:tcMar>
          </w:tcPr>
          <w:p w14:paraId="2B14F80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5E7CAEF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7051F67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4,39</w:t>
            </w:r>
          </w:p>
        </w:tc>
      </w:tr>
    </w:tbl>
    <w:p w14:paraId="2DBA3196" w14:textId="77777777" w:rsidR="00A92924" w:rsidRPr="008E77DA" w:rsidRDefault="00A92924" w:rsidP="008E77DA">
      <w:pPr>
        <w:spacing w:after="0" w:line="240" w:lineRule="auto"/>
        <w:rPr>
          <w:rFonts w:ascii="Times New Roman" w:hAnsi="Times New Roman" w:cs="Times New Roman"/>
        </w:rPr>
      </w:pPr>
    </w:p>
    <w:p w14:paraId="5B0D132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653113EF" w14:textId="77777777">
        <w:trPr>
          <w:jc w:val="center"/>
        </w:trPr>
        <w:tc>
          <w:tcPr>
            <w:tcW w:w="4680" w:type="dxa"/>
            <w:shd w:val="clear" w:color="auto" w:fill="1F4E79"/>
            <w:tcMar>
              <w:top w:w="80" w:type="dxa"/>
              <w:left w:w="120" w:type="dxa"/>
              <w:bottom w:w="80" w:type="dxa"/>
              <w:right w:w="120" w:type="dxa"/>
            </w:tcMar>
          </w:tcPr>
          <w:p w14:paraId="1FA543F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222E4C4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6A077C5A" w14:textId="77777777">
        <w:trPr>
          <w:jc w:val="center"/>
        </w:trPr>
        <w:tc>
          <w:tcPr>
            <w:tcW w:w="4680" w:type="dxa"/>
            <w:shd w:val="clear" w:color="auto" w:fill="F9FAFB"/>
            <w:tcMar>
              <w:top w:w="60" w:type="dxa"/>
              <w:left w:w="120" w:type="dxa"/>
              <w:bottom w:w="60" w:type="dxa"/>
              <w:right w:w="120" w:type="dxa"/>
            </w:tcMar>
          </w:tcPr>
          <w:p w14:paraId="26D6B75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1644D76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8,78 saat</w:t>
            </w:r>
          </w:p>
        </w:tc>
      </w:tr>
      <w:tr w:rsidR="00A92924" w:rsidRPr="008E77DA" w14:paraId="51731D54" w14:textId="77777777">
        <w:trPr>
          <w:jc w:val="center"/>
        </w:trPr>
        <w:tc>
          <w:tcPr>
            <w:tcW w:w="4680" w:type="dxa"/>
            <w:shd w:val="clear" w:color="auto" w:fill="FFFFFF"/>
            <w:tcMar>
              <w:top w:w="60" w:type="dxa"/>
              <w:left w:w="120" w:type="dxa"/>
              <w:bottom w:w="60" w:type="dxa"/>
              <w:right w:w="120" w:type="dxa"/>
            </w:tcMar>
          </w:tcPr>
          <w:p w14:paraId="3C3A79E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2A63CB1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9,41 saat</w:t>
            </w:r>
          </w:p>
        </w:tc>
      </w:tr>
      <w:tr w:rsidR="00A92924" w:rsidRPr="008E77DA" w14:paraId="7E8554A5" w14:textId="77777777">
        <w:trPr>
          <w:jc w:val="center"/>
        </w:trPr>
        <w:tc>
          <w:tcPr>
            <w:tcW w:w="4680" w:type="dxa"/>
            <w:shd w:val="clear" w:color="auto" w:fill="F9FAFB"/>
            <w:tcMar>
              <w:top w:w="60" w:type="dxa"/>
              <w:left w:w="120" w:type="dxa"/>
              <w:bottom w:w="60" w:type="dxa"/>
              <w:right w:w="120" w:type="dxa"/>
            </w:tcMar>
          </w:tcPr>
          <w:p w14:paraId="4838EF8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4B4A5AA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9,17 saat</w:t>
            </w:r>
          </w:p>
        </w:tc>
      </w:tr>
      <w:tr w:rsidR="00A92924" w:rsidRPr="008E77DA" w14:paraId="1BC24561" w14:textId="77777777">
        <w:trPr>
          <w:jc w:val="center"/>
        </w:trPr>
        <w:tc>
          <w:tcPr>
            <w:tcW w:w="4680" w:type="dxa"/>
            <w:shd w:val="clear" w:color="auto" w:fill="FFFFFF"/>
            <w:tcMar>
              <w:top w:w="60" w:type="dxa"/>
              <w:left w:w="120" w:type="dxa"/>
              <w:bottom w:w="60" w:type="dxa"/>
              <w:right w:w="120" w:type="dxa"/>
            </w:tcMar>
          </w:tcPr>
          <w:p w14:paraId="5C0D27D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7FBD49B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5,17 saat</w:t>
            </w:r>
          </w:p>
        </w:tc>
      </w:tr>
      <w:tr w:rsidR="00A92924" w:rsidRPr="008E77DA" w14:paraId="30FE9E82" w14:textId="77777777">
        <w:trPr>
          <w:jc w:val="center"/>
        </w:trPr>
        <w:tc>
          <w:tcPr>
            <w:tcW w:w="4680" w:type="dxa"/>
            <w:shd w:val="clear" w:color="auto" w:fill="F9FAFB"/>
            <w:tcMar>
              <w:top w:w="60" w:type="dxa"/>
              <w:left w:w="120" w:type="dxa"/>
              <w:bottom w:w="60" w:type="dxa"/>
              <w:right w:w="120" w:type="dxa"/>
            </w:tcMar>
          </w:tcPr>
          <w:p w14:paraId="06EC67C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36568A2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12,65 saat</w:t>
            </w:r>
          </w:p>
        </w:tc>
      </w:tr>
      <w:tr w:rsidR="00A92924" w:rsidRPr="008E77DA" w14:paraId="03973EDE" w14:textId="77777777">
        <w:trPr>
          <w:jc w:val="center"/>
        </w:trPr>
        <w:tc>
          <w:tcPr>
            <w:tcW w:w="4680" w:type="dxa"/>
            <w:shd w:val="clear" w:color="auto" w:fill="FFFFFF"/>
            <w:tcMar>
              <w:top w:w="60" w:type="dxa"/>
              <w:left w:w="120" w:type="dxa"/>
              <w:bottom w:w="60" w:type="dxa"/>
              <w:right w:w="120" w:type="dxa"/>
            </w:tcMar>
          </w:tcPr>
          <w:p w14:paraId="3313BEB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1789268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6,61 saat</w:t>
            </w:r>
          </w:p>
        </w:tc>
      </w:tr>
      <w:tr w:rsidR="00A92924" w:rsidRPr="008E77DA" w14:paraId="76216E28" w14:textId="77777777">
        <w:trPr>
          <w:jc w:val="center"/>
        </w:trPr>
        <w:tc>
          <w:tcPr>
            <w:tcW w:w="4680" w:type="dxa"/>
            <w:shd w:val="clear" w:color="auto" w:fill="F9FAFB"/>
            <w:tcMar>
              <w:top w:w="60" w:type="dxa"/>
              <w:left w:w="120" w:type="dxa"/>
              <w:bottom w:w="60" w:type="dxa"/>
              <w:right w:w="120" w:type="dxa"/>
            </w:tcMar>
          </w:tcPr>
          <w:p w14:paraId="5C5384D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0B1D17A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 saat</w:t>
            </w:r>
          </w:p>
        </w:tc>
      </w:tr>
      <w:tr w:rsidR="00A92924" w:rsidRPr="008E77DA" w14:paraId="75007E06" w14:textId="77777777">
        <w:trPr>
          <w:jc w:val="center"/>
        </w:trPr>
        <w:tc>
          <w:tcPr>
            <w:tcW w:w="4680" w:type="dxa"/>
            <w:shd w:val="clear" w:color="auto" w:fill="FFFFFF"/>
            <w:tcMar>
              <w:top w:w="60" w:type="dxa"/>
              <w:left w:w="120" w:type="dxa"/>
              <w:bottom w:w="60" w:type="dxa"/>
              <w:right w:w="120" w:type="dxa"/>
            </w:tcMar>
          </w:tcPr>
          <w:p w14:paraId="7B8BE47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40C8DE2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13,67 saat</w:t>
            </w:r>
          </w:p>
        </w:tc>
      </w:tr>
    </w:tbl>
    <w:p w14:paraId="2EEF9AED" w14:textId="77777777" w:rsidR="00A92924" w:rsidRPr="008E77DA" w:rsidRDefault="00A92924" w:rsidP="008E77DA">
      <w:pPr>
        <w:spacing w:after="0" w:line="240" w:lineRule="auto"/>
        <w:rPr>
          <w:rFonts w:ascii="Times New Roman" w:hAnsi="Times New Roman" w:cs="Times New Roman"/>
        </w:rPr>
      </w:pPr>
    </w:p>
    <w:p w14:paraId="39173B8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08A14D46" w14:textId="77777777">
        <w:trPr>
          <w:jc w:val="center"/>
        </w:trPr>
        <w:tc>
          <w:tcPr>
            <w:tcW w:w="3120" w:type="dxa"/>
            <w:shd w:val="clear" w:color="auto" w:fill="1F4E79"/>
            <w:tcMar>
              <w:top w:w="80" w:type="dxa"/>
              <w:left w:w="120" w:type="dxa"/>
              <w:bottom w:w="80" w:type="dxa"/>
              <w:right w:w="120" w:type="dxa"/>
            </w:tcMar>
          </w:tcPr>
          <w:p w14:paraId="4B549F0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0865FE0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BD0142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78E26159" w14:textId="77777777">
        <w:trPr>
          <w:jc w:val="center"/>
        </w:trPr>
        <w:tc>
          <w:tcPr>
            <w:tcW w:w="3120" w:type="dxa"/>
            <w:shd w:val="clear" w:color="auto" w:fill="F9FAFB"/>
            <w:tcMar>
              <w:top w:w="60" w:type="dxa"/>
              <w:left w:w="120" w:type="dxa"/>
              <w:bottom w:w="60" w:type="dxa"/>
              <w:right w:w="120" w:type="dxa"/>
            </w:tcMar>
          </w:tcPr>
          <w:p w14:paraId="2F1E1FA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1B0ACA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61DD110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A92924" w:rsidRPr="008E77DA" w14:paraId="53817EC1" w14:textId="77777777">
        <w:trPr>
          <w:jc w:val="center"/>
        </w:trPr>
        <w:tc>
          <w:tcPr>
            <w:tcW w:w="3120" w:type="dxa"/>
            <w:shd w:val="clear" w:color="auto" w:fill="FFFFFF"/>
            <w:tcMar>
              <w:top w:w="60" w:type="dxa"/>
              <w:left w:w="120" w:type="dxa"/>
              <w:bottom w:w="60" w:type="dxa"/>
              <w:right w:w="120" w:type="dxa"/>
            </w:tcMar>
          </w:tcPr>
          <w:p w14:paraId="1FBD9B8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80552C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0F448A7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4,11</w:t>
            </w:r>
          </w:p>
        </w:tc>
      </w:tr>
      <w:tr w:rsidR="00A92924" w:rsidRPr="008E77DA" w14:paraId="003B55BB" w14:textId="77777777">
        <w:trPr>
          <w:jc w:val="center"/>
        </w:trPr>
        <w:tc>
          <w:tcPr>
            <w:tcW w:w="3120" w:type="dxa"/>
            <w:shd w:val="clear" w:color="auto" w:fill="F9FAFB"/>
            <w:tcMar>
              <w:top w:w="60" w:type="dxa"/>
              <w:left w:w="120" w:type="dxa"/>
              <w:bottom w:w="60" w:type="dxa"/>
              <w:right w:w="120" w:type="dxa"/>
            </w:tcMar>
          </w:tcPr>
          <w:p w14:paraId="29E8856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5853CC9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21DB96F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1B0AF727" w14:textId="77777777">
        <w:trPr>
          <w:jc w:val="center"/>
        </w:trPr>
        <w:tc>
          <w:tcPr>
            <w:tcW w:w="3120" w:type="dxa"/>
            <w:shd w:val="clear" w:color="auto" w:fill="FFFFFF"/>
            <w:tcMar>
              <w:top w:w="60" w:type="dxa"/>
              <w:left w:w="120" w:type="dxa"/>
              <w:bottom w:w="60" w:type="dxa"/>
              <w:right w:w="120" w:type="dxa"/>
            </w:tcMar>
          </w:tcPr>
          <w:p w14:paraId="7F548BC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983F90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06F5B41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552EF7F5" w14:textId="77777777">
        <w:trPr>
          <w:jc w:val="center"/>
        </w:trPr>
        <w:tc>
          <w:tcPr>
            <w:tcW w:w="3120" w:type="dxa"/>
            <w:shd w:val="clear" w:color="auto" w:fill="F9FAFB"/>
            <w:tcMar>
              <w:top w:w="60" w:type="dxa"/>
              <w:left w:w="120" w:type="dxa"/>
              <w:bottom w:w="60" w:type="dxa"/>
              <w:right w:w="120" w:type="dxa"/>
            </w:tcMar>
          </w:tcPr>
          <w:p w14:paraId="0EB8655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5315849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7B8C6C9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A92924" w:rsidRPr="008E77DA" w14:paraId="6A0E76D1" w14:textId="77777777">
        <w:trPr>
          <w:jc w:val="center"/>
        </w:trPr>
        <w:tc>
          <w:tcPr>
            <w:tcW w:w="3120" w:type="dxa"/>
            <w:shd w:val="clear" w:color="auto" w:fill="FFFFFF"/>
            <w:tcMar>
              <w:top w:w="60" w:type="dxa"/>
              <w:left w:w="120" w:type="dxa"/>
              <w:bottom w:w="60" w:type="dxa"/>
              <w:right w:w="120" w:type="dxa"/>
            </w:tcMar>
          </w:tcPr>
          <w:p w14:paraId="05EB4BD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2EC96F2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00B9917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A92924" w:rsidRPr="008E77DA" w14:paraId="5EBA5765" w14:textId="77777777">
        <w:trPr>
          <w:jc w:val="center"/>
        </w:trPr>
        <w:tc>
          <w:tcPr>
            <w:tcW w:w="3120" w:type="dxa"/>
            <w:shd w:val="clear" w:color="auto" w:fill="F9FAFB"/>
            <w:tcMar>
              <w:top w:w="60" w:type="dxa"/>
              <w:left w:w="120" w:type="dxa"/>
              <w:bottom w:w="60" w:type="dxa"/>
              <w:right w:w="120" w:type="dxa"/>
            </w:tcMar>
          </w:tcPr>
          <w:p w14:paraId="47F1220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08B3D77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765CBC8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4,22</w:t>
            </w:r>
          </w:p>
        </w:tc>
      </w:tr>
      <w:tr w:rsidR="00A92924" w:rsidRPr="008E77DA" w14:paraId="7B43797A" w14:textId="77777777">
        <w:trPr>
          <w:jc w:val="center"/>
        </w:trPr>
        <w:tc>
          <w:tcPr>
            <w:tcW w:w="3120" w:type="dxa"/>
            <w:shd w:val="clear" w:color="auto" w:fill="FFFFFF"/>
            <w:tcMar>
              <w:top w:w="60" w:type="dxa"/>
              <w:left w:w="120" w:type="dxa"/>
              <w:bottom w:w="60" w:type="dxa"/>
              <w:right w:w="120" w:type="dxa"/>
            </w:tcMar>
          </w:tcPr>
          <w:p w14:paraId="2DB7A65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8</w:t>
            </w:r>
          </w:p>
        </w:tc>
        <w:tc>
          <w:tcPr>
            <w:tcW w:w="3120" w:type="dxa"/>
            <w:shd w:val="clear" w:color="auto" w:fill="FFFFFF"/>
            <w:tcMar>
              <w:top w:w="60" w:type="dxa"/>
              <w:left w:w="120" w:type="dxa"/>
              <w:bottom w:w="60" w:type="dxa"/>
              <w:right w:w="120" w:type="dxa"/>
            </w:tcMar>
          </w:tcPr>
          <w:p w14:paraId="7976347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46C7D50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3,89</w:t>
            </w:r>
          </w:p>
        </w:tc>
      </w:tr>
      <w:tr w:rsidR="00A92924" w:rsidRPr="008E77DA" w14:paraId="3F0FFDA3" w14:textId="77777777">
        <w:trPr>
          <w:jc w:val="center"/>
        </w:trPr>
        <w:tc>
          <w:tcPr>
            <w:tcW w:w="3120" w:type="dxa"/>
            <w:shd w:val="clear" w:color="auto" w:fill="F9FAFB"/>
            <w:tcMar>
              <w:top w:w="60" w:type="dxa"/>
              <w:left w:w="120" w:type="dxa"/>
              <w:bottom w:w="60" w:type="dxa"/>
              <w:right w:w="120" w:type="dxa"/>
            </w:tcMar>
          </w:tcPr>
          <w:p w14:paraId="66982FA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7769476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1CE6030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3,44</w:t>
            </w:r>
          </w:p>
        </w:tc>
      </w:tr>
      <w:tr w:rsidR="00A92924" w:rsidRPr="008E77DA" w14:paraId="3D80CBAC" w14:textId="77777777">
        <w:trPr>
          <w:jc w:val="center"/>
        </w:trPr>
        <w:tc>
          <w:tcPr>
            <w:tcW w:w="3120" w:type="dxa"/>
            <w:shd w:val="clear" w:color="auto" w:fill="FFFFFF"/>
            <w:tcMar>
              <w:top w:w="60" w:type="dxa"/>
              <w:left w:w="120" w:type="dxa"/>
              <w:bottom w:w="60" w:type="dxa"/>
              <w:right w:w="120" w:type="dxa"/>
            </w:tcMar>
          </w:tcPr>
          <w:p w14:paraId="63822FF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14777AE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46B233F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3,83</w:t>
            </w:r>
          </w:p>
        </w:tc>
      </w:tr>
      <w:tr w:rsidR="00A92924" w:rsidRPr="008E77DA" w14:paraId="2A62C3A2" w14:textId="77777777">
        <w:trPr>
          <w:jc w:val="center"/>
        </w:trPr>
        <w:tc>
          <w:tcPr>
            <w:tcW w:w="3120" w:type="dxa"/>
            <w:shd w:val="clear" w:color="auto" w:fill="F9FAFB"/>
            <w:tcMar>
              <w:top w:w="60" w:type="dxa"/>
              <w:left w:w="120" w:type="dxa"/>
              <w:bottom w:w="60" w:type="dxa"/>
              <w:right w:w="120" w:type="dxa"/>
            </w:tcMar>
          </w:tcPr>
          <w:p w14:paraId="111254C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074A771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4EC6597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4,22</w:t>
            </w:r>
          </w:p>
        </w:tc>
      </w:tr>
      <w:tr w:rsidR="00A92924" w:rsidRPr="008E77DA" w14:paraId="08BA5E10" w14:textId="77777777">
        <w:trPr>
          <w:jc w:val="center"/>
        </w:trPr>
        <w:tc>
          <w:tcPr>
            <w:tcW w:w="3120" w:type="dxa"/>
            <w:shd w:val="clear" w:color="auto" w:fill="FFFFFF"/>
            <w:tcMar>
              <w:top w:w="60" w:type="dxa"/>
              <w:left w:w="120" w:type="dxa"/>
              <w:bottom w:w="60" w:type="dxa"/>
              <w:right w:w="120" w:type="dxa"/>
            </w:tcMar>
          </w:tcPr>
          <w:p w14:paraId="29F7E76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26764F0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23C2F19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4,39</w:t>
            </w:r>
          </w:p>
        </w:tc>
      </w:tr>
      <w:tr w:rsidR="00A92924" w:rsidRPr="008E77DA" w14:paraId="61F0697B" w14:textId="77777777">
        <w:trPr>
          <w:jc w:val="center"/>
        </w:trPr>
        <w:tc>
          <w:tcPr>
            <w:tcW w:w="3120" w:type="dxa"/>
            <w:shd w:val="clear" w:color="auto" w:fill="F9FAFB"/>
            <w:tcMar>
              <w:top w:w="60" w:type="dxa"/>
              <w:left w:w="120" w:type="dxa"/>
              <w:bottom w:w="60" w:type="dxa"/>
              <w:right w:w="120" w:type="dxa"/>
            </w:tcMar>
          </w:tcPr>
          <w:p w14:paraId="70B72E2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3E71892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24A8271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47E0C7FE" w14:textId="77777777">
        <w:trPr>
          <w:jc w:val="center"/>
        </w:trPr>
        <w:tc>
          <w:tcPr>
            <w:tcW w:w="3120" w:type="dxa"/>
            <w:shd w:val="clear" w:color="auto" w:fill="FFFFFF"/>
            <w:tcMar>
              <w:top w:w="60" w:type="dxa"/>
              <w:left w:w="120" w:type="dxa"/>
              <w:bottom w:w="60" w:type="dxa"/>
              <w:right w:w="120" w:type="dxa"/>
            </w:tcMar>
          </w:tcPr>
          <w:p w14:paraId="5F0B828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579A5B2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57A74A7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3,94</w:t>
            </w:r>
          </w:p>
        </w:tc>
      </w:tr>
    </w:tbl>
    <w:p w14:paraId="1565326B" w14:textId="77777777" w:rsidR="00A92924" w:rsidRPr="008E77DA" w:rsidRDefault="00A92924" w:rsidP="008E77DA">
      <w:pPr>
        <w:spacing w:after="0" w:line="240" w:lineRule="auto"/>
        <w:rPr>
          <w:rFonts w:ascii="Times New Roman" w:hAnsi="Times New Roman" w:cs="Times New Roman"/>
        </w:rPr>
      </w:pPr>
    </w:p>
    <w:p w14:paraId="664BEFD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4764044C" w14:textId="77777777">
        <w:trPr>
          <w:jc w:val="center"/>
        </w:trPr>
        <w:tc>
          <w:tcPr>
            <w:tcW w:w="3120" w:type="dxa"/>
            <w:shd w:val="clear" w:color="auto" w:fill="1F4E79"/>
            <w:tcMar>
              <w:top w:w="80" w:type="dxa"/>
              <w:left w:w="120" w:type="dxa"/>
              <w:bottom w:w="80" w:type="dxa"/>
              <w:right w:w="120" w:type="dxa"/>
            </w:tcMar>
          </w:tcPr>
          <w:p w14:paraId="0A3DC59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7ED1A5D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BD50D1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46C99217" w14:textId="77777777">
        <w:trPr>
          <w:jc w:val="center"/>
        </w:trPr>
        <w:tc>
          <w:tcPr>
            <w:tcW w:w="3120" w:type="dxa"/>
            <w:shd w:val="clear" w:color="auto" w:fill="F9FAFB"/>
            <w:tcMar>
              <w:top w:w="60" w:type="dxa"/>
              <w:left w:w="120" w:type="dxa"/>
              <w:bottom w:w="60" w:type="dxa"/>
              <w:right w:w="120" w:type="dxa"/>
            </w:tcMar>
          </w:tcPr>
          <w:p w14:paraId="6305A26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A33947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7D2A32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4,56</w:t>
            </w:r>
          </w:p>
        </w:tc>
      </w:tr>
      <w:tr w:rsidR="00A92924" w:rsidRPr="008E77DA" w14:paraId="705B734B" w14:textId="77777777">
        <w:trPr>
          <w:jc w:val="center"/>
        </w:trPr>
        <w:tc>
          <w:tcPr>
            <w:tcW w:w="3120" w:type="dxa"/>
            <w:shd w:val="clear" w:color="auto" w:fill="FFFFFF"/>
            <w:tcMar>
              <w:top w:w="60" w:type="dxa"/>
              <w:left w:w="120" w:type="dxa"/>
              <w:bottom w:w="60" w:type="dxa"/>
              <w:right w:w="120" w:type="dxa"/>
            </w:tcMar>
          </w:tcPr>
          <w:p w14:paraId="3DF6596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ED1284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2902ED6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4,39</w:t>
            </w:r>
          </w:p>
        </w:tc>
      </w:tr>
      <w:tr w:rsidR="00A92924" w:rsidRPr="008E77DA" w14:paraId="06F06CDB" w14:textId="77777777">
        <w:trPr>
          <w:jc w:val="center"/>
        </w:trPr>
        <w:tc>
          <w:tcPr>
            <w:tcW w:w="3120" w:type="dxa"/>
            <w:shd w:val="clear" w:color="auto" w:fill="F9FAFB"/>
            <w:tcMar>
              <w:top w:w="60" w:type="dxa"/>
              <w:left w:w="120" w:type="dxa"/>
              <w:bottom w:w="60" w:type="dxa"/>
              <w:right w:w="120" w:type="dxa"/>
            </w:tcMar>
          </w:tcPr>
          <w:p w14:paraId="7F62F86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2DFB66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2B66199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4,44</w:t>
            </w:r>
          </w:p>
        </w:tc>
      </w:tr>
      <w:tr w:rsidR="00A92924" w:rsidRPr="008E77DA" w14:paraId="09A30A70" w14:textId="77777777">
        <w:trPr>
          <w:jc w:val="center"/>
        </w:trPr>
        <w:tc>
          <w:tcPr>
            <w:tcW w:w="3120" w:type="dxa"/>
            <w:shd w:val="clear" w:color="auto" w:fill="FFFFFF"/>
            <w:tcMar>
              <w:top w:w="60" w:type="dxa"/>
              <w:left w:w="120" w:type="dxa"/>
              <w:bottom w:w="60" w:type="dxa"/>
              <w:right w:w="120" w:type="dxa"/>
            </w:tcMar>
          </w:tcPr>
          <w:p w14:paraId="508CCD7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4B3727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333B6BC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4,39</w:t>
            </w:r>
          </w:p>
        </w:tc>
      </w:tr>
      <w:tr w:rsidR="00A92924" w:rsidRPr="008E77DA" w14:paraId="06B7EB62" w14:textId="77777777">
        <w:trPr>
          <w:jc w:val="center"/>
        </w:trPr>
        <w:tc>
          <w:tcPr>
            <w:tcW w:w="3120" w:type="dxa"/>
            <w:shd w:val="clear" w:color="auto" w:fill="F9FAFB"/>
            <w:tcMar>
              <w:top w:w="60" w:type="dxa"/>
              <w:left w:w="120" w:type="dxa"/>
              <w:bottom w:w="60" w:type="dxa"/>
              <w:right w:w="120" w:type="dxa"/>
            </w:tcMar>
          </w:tcPr>
          <w:p w14:paraId="4ED42D4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3CDAA8C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2B8ACBC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bl>
    <w:p w14:paraId="58CDC586" w14:textId="77777777" w:rsidR="00A92924" w:rsidRPr="008E77DA" w:rsidRDefault="00A92924" w:rsidP="008E77DA">
      <w:pPr>
        <w:spacing w:after="0" w:line="240" w:lineRule="auto"/>
        <w:rPr>
          <w:rFonts w:ascii="Times New Roman" w:hAnsi="Times New Roman" w:cs="Times New Roman"/>
        </w:rPr>
      </w:pPr>
    </w:p>
    <w:p w14:paraId="691F84FC" w14:textId="77777777" w:rsidR="00A92924" w:rsidRPr="008E77DA" w:rsidRDefault="00A92924" w:rsidP="008E77DA">
      <w:pPr>
        <w:spacing w:after="0" w:line="240" w:lineRule="auto"/>
        <w:rPr>
          <w:rFonts w:ascii="Times New Roman" w:hAnsi="Times New Roman" w:cs="Times New Roman"/>
        </w:rPr>
      </w:pPr>
    </w:p>
    <w:p w14:paraId="793DB98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7. Ders: BES 404 - Beslenme ve Diyetetik Uygulamaları-II</w:t>
      </w:r>
    </w:p>
    <w:p w14:paraId="50040F5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31EF7EA" w14:textId="77777777">
        <w:trPr>
          <w:jc w:val="center"/>
        </w:trPr>
        <w:tc>
          <w:tcPr>
            <w:tcW w:w="3120" w:type="dxa"/>
            <w:shd w:val="clear" w:color="auto" w:fill="1F4E79"/>
            <w:tcMar>
              <w:top w:w="80" w:type="dxa"/>
              <w:left w:w="120" w:type="dxa"/>
              <w:bottom w:w="80" w:type="dxa"/>
              <w:right w:w="120" w:type="dxa"/>
            </w:tcMar>
          </w:tcPr>
          <w:p w14:paraId="46CC802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E5D16F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446971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6E5592AE" w14:textId="77777777">
        <w:trPr>
          <w:jc w:val="center"/>
        </w:trPr>
        <w:tc>
          <w:tcPr>
            <w:tcW w:w="3120" w:type="dxa"/>
            <w:shd w:val="clear" w:color="auto" w:fill="F9FAFB"/>
            <w:tcMar>
              <w:top w:w="60" w:type="dxa"/>
              <w:left w:w="120" w:type="dxa"/>
              <w:bottom w:w="60" w:type="dxa"/>
              <w:right w:w="120" w:type="dxa"/>
            </w:tcMar>
          </w:tcPr>
          <w:p w14:paraId="3619AC7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11F93C2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21845FA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1D629A7C" w14:textId="77777777">
        <w:trPr>
          <w:jc w:val="center"/>
        </w:trPr>
        <w:tc>
          <w:tcPr>
            <w:tcW w:w="3120" w:type="dxa"/>
            <w:shd w:val="clear" w:color="auto" w:fill="FFFFFF"/>
            <w:tcMar>
              <w:top w:w="60" w:type="dxa"/>
              <w:left w:w="120" w:type="dxa"/>
              <w:bottom w:w="60" w:type="dxa"/>
              <w:right w:w="120" w:type="dxa"/>
            </w:tcMar>
          </w:tcPr>
          <w:p w14:paraId="63E90C5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7E8ADAB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2FF677E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59869965" w14:textId="77777777">
        <w:trPr>
          <w:jc w:val="center"/>
        </w:trPr>
        <w:tc>
          <w:tcPr>
            <w:tcW w:w="3120" w:type="dxa"/>
            <w:shd w:val="clear" w:color="auto" w:fill="F9FAFB"/>
            <w:tcMar>
              <w:top w:w="60" w:type="dxa"/>
              <w:left w:w="120" w:type="dxa"/>
              <w:bottom w:w="60" w:type="dxa"/>
              <w:right w:w="120" w:type="dxa"/>
            </w:tcMar>
          </w:tcPr>
          <w:p w14:paraId="6ACD380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5DEC1C9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4612C7C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4,47</w:t>
            </w:r>
          </w:p>
        </w:tc>
      </w:tr>
      <w:tr w:rsidR="00A92924" w:rsidRPr="008E77DA" w14:paraId="46364CEB" w14:textId="77777777">
        <w:trPr>
          <w:jc w:val="center"/>
        </w:trPr>
        <w:tc>
          <w:tcPr>
            <w:tcW w:w="3120" w:type="dxa"/>
            <w:shd w:val="clear" w:color="auto" w:fill="FFFFFF"/>
            <w:tcMar>
              <w:top w:w="60" w:type="dxa"/>
              <w:left w:w="120" w:type="dxa"/>
              <w:bottom w:w="60" w:type="dxa"/>
              <w:right w:w="120" w:type="dxa"/>
            </w:tcMar>
          </w:tcPr>
          <w:p w14:paraId="1BB7A6D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F873B5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31FCB19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4,63</w:t>
            </w:r>
          </w:p>
        </w:tc>
      </w:tr>
    </w:tbl>
    <w:p w14:paraId="2C31A365" w14:textId="77777777" w:rsidR="00A92924" w:rsidRPr="008E77DA" w:rsidRDefault="00A92924" w:rsidP="008E77DA">
      <w:pPr>
        <w:spacing w:after="0" w:line="240" w:lineRule="auto"/>
        <w:rPr>
          <w:rFonts w:ascii="Times New Roman" w:hAnsi="Times New Roman" w:cs="Times New Roman"/>
        </w:rPr>
      </w:pPr>
    </w:p>
    <w:p w14:paraId="0756333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lastRenderedPageBreak/>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1F053C73" w14:textId="77777777">
        <w:trPr>
          <w:jc w:val="center"/>
        </w:trPr>
        <w:tc>
          <w:tcPr>
            <w:tcW w:w="4680" w:type="dxa"/>
            <w:shd w:val="clear" w:color="auto" w:fill="1F4E79"/>
            <w:tcMar>
              <w:top w:w="80" w:type="dxa"/>
              <w:left w:w="120" w:type="dxa"/>
              <w:bottom w:w="80" w:type="dxa"/>
              <w:right w:w="120" w:type="dxa"/>
            </w:tcMar>
          </w:tcPr>
          <w:p w14:paraId="10F83A9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1DECC31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26718FE9" w14:textId="77777777">
        <w:trPr>
          <w:jc w:val="center"/>
        </w:trPr>
        <w:tc>
          <w:tcPr>
            <w:tcW w:w="4680" w:type="dxa"/>
            <w:shd w:val="clear" w:color="auto" w:fill="F9FAFB"/>
            <w:tcMar>
              <w:top w:w="60" w:type="dxa"/>
              <w:left w:w="120" w:type="dxa"/>
              <w:bottom w:w="60" w:type="dxa"/>
              <w:right w:w="120" w:type="dxa"/>
            </w:tcMar>
          </w:tcPr>
          <w:p w14:paraId="26ECBB4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62D87E4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8,68 saat</w:t>
            </w:r>
          </w:p>
        </w:tc>
      </w:tr>
      <w:tr w:rsidR="00A92924" w:rsidRPr="008E77DA" w14:paraId="07370C42" w14:textId="77777777">
        <w:trPr>
          <w:jc w:val="center"/>
        </w:trPr>
        <w:tc>
          <w:tcPr>
            <w:tcW w:w="4680" w:type="dxa"/>
            <w:shd w:val="clear" w:color="auto" w:fill="FFFFFF"/>
            <w:tcMar>
              <w:top w:w="60" w:type="dxa"/>
              <w:left w:w="120" w:type="dxa"/>
              <w:bottom w:w="60" w:type="dxa"/>
              <w:right w:w="120" w:type="dxa"/>
            </w:tcMar>
          </w:tcPr>
          <w:p w14:paraId="6DAAABD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479055C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7,37 saat</w:t>
            </w:r>
          </w:p>
        </w:tc>
      </w:tr>
      <w:tr w:rsidR="00A92924" w:rsidRPr="008E77DA" w14:paraId="22D0B082" w14:textId="77777777">
        <w:trPr>
          <w:jc w:val="center"/>
        </w:trPr>
        <w:tc>
          <w:tcPr>
            <w:tcW w:w="4680" w:type="dxa"/>
            <w:shd w:val="clear" w:color="auto" w:fill="F9FAFB"/>
            <w:tcMar>
              <w:top w:w="60" w:type="dxa"/>
              <w:left w:w="120" w:type="dxa"/>
              <w:bottom w:w="60" w:type="dxa"/>
              <w:right w:w="120" w:type="dxa"/>
            </w:tcMar>
          </w:tcPr>
          <w:p w14:paraId="65DE017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10EB02A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7,26 saat</w:t>
            </w:r>
          </w:p>
        </w:tc>
      </w:tr>
      <w:tr w:rsidR="00A92924" w:rsidRPr="008E77DA" w14:paraId="7A2A66E5" w14:textId="77777777">
        <w:trPr>
          <w:jc w:val="center"/>
        </w:trPr>
        <w:tc>
          <w:tcPr>
            <w:tcW w:w="4680" w:type="dxa"/>
            <w:shd w:val="clear" w:color="auto" w:fill="FFFFFF"/>
            <w:tcMar>
              <w:top w:w="60" w:type="dxa"/>
              <w:left w:w="120" w:type="dxa"/>
              <w:bottom w:w="60" w:type="dxa"/>
              <w:right w:w="120" w:type="dxa"/>
            </w:tcMar>
          </w:tcPr>
          <w:p w14:paraId="3B1032C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77790E6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5,68 saat</w:t>
            </w:r>
          </w:p>
        </w:tc>
      </w:tr>
      <w:tr w:rsidR="00A92924" w:rsidRPr="008E77DA" w14:paraId="2D83E656" w14:textId="77777777">
        <w:trPr>
          <w:jc w:val="center"/>
        </w:trPr>
        <w:tc>
          <w:tcPr>
            <w:tcW w:w="4680" w:type="dxa"/>
            <w:shd w:val="clear" w:color="auto" w:fill="F9FAFB"/>
            <w:tcMar>
              <w:top w:w="60" w:type="dxa"/>
              <w:left w:w="120" w:type="dxa"/>
              <w:bottom w:w="60" w:type="dxa"/>
              <w:right w:w="120" w:type="dxa"/>
            </w:tcMar>
          </w:tcPr>
          <w:p w14:paraId="47BA6B8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55BC227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9,74 saat</w:t>
            </w:r>
          </w:p>
        </w:tc>
      </w:tr>
      <w:tr w:rsidR="00A92924" w:rsidRPr="008E77DA" w14:paraId="75F19FB8" w14:textId="77777777">
        <w:trPr>
          <w:jc w:val="center"/>
        </w:trPr>
        <w:tc>
          <w:tcPr>
            <w:tcW w:w="4680" w:type="dxa"/>
            <w:shd w:val="clear" w:color="auto" w:fill="FFFFFF"/>
            <w:tcMar>
              <w:top w:w="60" w:type="dxa"/>
              <w:left w:w="120" w:type="dxa"/>
              <w:bottom w:w="60" w:type="dxa"/>
              <w:right w:w="120" w:type="dxa"/>
            </w:tcMar>
          </w:tcPr>
          <w:p w14:paraId="38282B5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78126D2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5,58 saat</w:t>
            </w:r>
          </w:p>
        </w:tc>
      </w:tr>
      <w:tr w:rsidR="00A92924" w:rsidRPr="008E77DA" w14:paraId="53FD5CE0" w14:textId="77777777">
        <w:trPr>
          <w:jc w:val="center"/>
        </w:trPr>
        <w:tc>
          <w:tcPr>
            <w:tcW w:w="4680" w:type="dxa"/>
            <w:shd w:val="clear" w:color="auto" w:fill="F9FAFB"/>
            <w:tcMar>
              <w:top w:w="60" w:type="dxa"/>
              <w:left w:w="120" w:type="dxa"/>
              <w:bottom w:w="60" w:type="dxa"/>
              <w:right w:w="120" w:type="dxa"/>
            </w:tcMar>
          </w:tcPr>
          <w:p w14:paraId="5189451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1A2D395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4,26 saat</w:t>
            </w:r>
          </w:p>
        </w:tc>
      </w:tr>
      <w:tr w:rsidR="00A92924" w:rsidRPr="008E77DA" w14:paraId="593334A0" w14:textId="77777777">
        <w:trPr>
          <w:jc w:val="center"/>
        </w:trPr>
        <w:tc>
          <w:tcPr>
            <w:tcW w:w="4680" w:type="dxa"/>
            <w:shd w:val="clear" w:color="auto" w:fill="FFFFFF"/>
            <w:tcMar>
              <w:top w:w="60" w:type="dxa"/>
              <w:left w:w="120" w:type="dxa"/>
              <w:bottom w:w="60" w:type="dxa"/>
              <w:right w:w="120" w:type="dxa"/>
            </w:tcMar>
          </w:tcPr>
          <w:p w14:paraId="39E0E5E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03E0914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13,21 saat</w:t>
            </w:r>
          </w:p>
        </w:tc>
      </w:tr>
    </w:tbl>
    <w:p w14:paraId="1C76CF6B" w14:textId="77777777" w:rsidR="00A92924" w:rsidRPr="008E77DA" w:rsidRDefault="00A92924" w:rsidP="008E77DA">
      <w:pPr>
        <w:spacing w:after="0" w:line="240" w:lineRule="auto"/>
        <w:rPr>
          <w:rFonts w:ascii="Times New Roman" w:hAnsi="Times New Roman" w:cs="Times New Roman"/>
        </w:rPr>
      </w:pPr>
    </w:p>
    <w:p w14:paraId="150007E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2C477664" w14:textId="77777777">
        <w:trPr>
          <w:jc w:val="center"/>
        </w:trPr>
        <w:tc>
          <w:tcPr>
            <w:tcW w:w="3120" w:type="dxa"/>
            <w:shd w:val="clear" w:color="auto" w:fill="1F4E79"/>
            <w:tcMar>
              <w:top w:w="80" w:type="dxa"/>
              <w:left w:w="120" w:type="dxa"/>
              <w:bottom w:w="80" w:type="dxa"/>
              <w:right w:w="120" w:type="dxa"/>
            </w:tcMar>
          </w:tcPr>
          <w:p w14:paraId="3D3CD09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11ADAE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E4C32D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48EAD116" w14:textId="77777777">
        <w:trPr>
          <w:jc w:val="center"/>
        </w:trPr>
        <w:tc>
          <w:tcPr>
            <w:tcW w:w="3120" w:type="dxa"/>
            <w:shd w:val="clear" w:color="auto" w:fill="F9FAFB"/>
            <w:tcMar>
              <w:top w:w="60" w:type="dxa"/>
              <w:left w:w="120" w:type="dxa"/>
              <w:bottom w:w="60" w:type="dxa"/>
              <w:right w:w="120" w:type="dxa"/>
            </w:tcMar>
          </w:tcPr>
          <w:p w14:paraId="4C959FB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231CEA9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2760D57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4,26</w:t>
            </w:r>
          </w:p>
        </w:tc>
      </w:tr>
      <w:tr w:rsidR="00A92924" w:rsidRPr="008E77DA" w14:paraId="419CB1CC" w14:textId="77777777">
        <w:trPr>
          <w:jc w:val="center"/>
        </w:trPr>
        <w:tc>
          <w:tcPr>
            <w:tcW w:w="3120" w:type="dxa"/>
            <w:shd w:val="clear" w:color="auto" w:fill="FFFFFF"/>
            <w:tcMar>
              <w:top w:w="60" w:type="dxa"/>
              <w:left w:w="120" w:type="dxa"/>
              <w:bottom w:w="60" w:type="dxa"/>
              <w:right w:w="120" w:type="dxa"/>
            </w:tcMar>
          </w:tcPr>
          <w:p w14:paraId="7364071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F6FFB5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660AA65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7A3EA9DB" w14:textId="77777777">
        <w:trPr>
          <w:jc w:val="center"/>
        </w:trPr>
        <w:tc>
          <w:tcPr>
            <w:tcW w:w="3120" w:type="dxa"/>
            <w:shd w:val="clear" w:color="auto" w:fill="F9FAFB"/>
            <w:tcMar>
              <w:top w:w="60" w:type="dxa"/>
              <w:left w:w="120" w:type="dxa"/>
              <w:bottom w:w="60" w:type="dxa"/>
              <w:right w:w="120" w:type="dxa"/>
            </w:tcMar>
          </w:tcPr>
          <w:p w14:paraId="335DB68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D31181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4F75EE2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4,58</w:t>
            </w:r>
          </w:p>
        </w:tc>
      </w:tr>
      <w:tr w:rsidR="00A92924" w:rsidRPr="008E77DA" w14:paraId="6D8422B0" w14:textId="77777777">
        <w:trPr>
          <w:jc w:val="center"/>
        </w:trPr>
        <w:tc>
          <w:tcPr>
            <w:tcW w:w="3120" w:type="dxa"/>
            <w:shd w:val="clear" w:color="auto" w:fill="FFFFFF"/>
            <w:tcMar>
              <w:top w:w="60" w:type="dxa"/>
              <w:left w:w="120" w:type="dxa"/>
              <w:bottom w:w="60" w:type="dxa"/>
              <w:right w:w="120" w:type="dxa"/>
            </w:tcMar>
          </w:tcPr>
          <w:p w14:paraId="5107264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1A54450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2DE962E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4,58</w:t>
            </w:r>
          </w:p>
        </w:tc>
      </w:tr>
      <w:tr w:rsidR="00A92924" w:rsidRPr="008E77DA" w14:paraId="4F8A08F0" w14:textId="77777777">
        <w:trPr>
          <w:jc w:val="center"/>
        </w:trPr>
        <w:tc>
          <w:tcPr>
            <w:tcW w:w="3120" w:type="dxa"/>
            <w:shd w:val="clear" w:color="auto" w:fill="F9FAFB"/>
            <w:tcMar>
              <w:top w:w="60" w:type="dxa"/>
              <w:left w:w="120" w:type="dxa"/>
              <w:bottom w:w="60" w:type="dxa"/>
              <w:right w:w="120" w:type="dxa"/>
            </w:tcMar>
          </w:tcPr>
          <w:p w14:paraId="0133B3E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378A337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4BE5F23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5FAB3532" w14:textId="77777777">
        <w:trPr>
          <w:jc w:val="center"/>
        </w:trPr>
        <w:tc>
          <w:tcPr>
            <w:tcW w:w="3120" w:type="dxa"/>
            <w:shd w:val="clear" w:color="auto" w:fill="FFFFFF"/>
            <w:tcMar>
              <w:top w:w="60" w:type="dxa"/>
              <w:left w:w="120" w:type="dxa"/>
              <w:bottom w:w="60" w:type="dxa"/>
              <w:right w:w="120" w:type="dxa"/>
            </w:tcMar>
          </w:tcPr>
          <w:p w14:paraId="7D85BAA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0E57505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46B317F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4,42</w:t>
            </w:r>
          </w:p>
        </w:tc>
      </w:tr>
      <w:tr w:rsidR="00A92924" w:rsidRPr="008E77DA" w14:paraId="7FDA6049" w14:textId="77777777">
        <w:trPr>
          <w:jc w:val="center"/>
        </w:trPr>
        <w:tc>
          <w:tcPr>
            <w:tcW w:w="3120" w:type="dxa"/>
            <w:shd w:val="clear" w:color="auto" w:fill="F9FAFB"/>
            <w:tcMar>
              <w:top w:w="60" w:type="dxa"/>
              <w:left w:w="120" w:type="dxa"/>
              <w:bottom w:w="60" w:type="dxa"/>
              <w:right w:w="120" w:type="dxa"/>
            </w:tcMar>
          </w:tcPr>
          <w:p w14:paraId="4624B08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0895246E"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5CA34D5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0F2B6D1B" w14:textId="77777777">
        <w:trPr>
          <w:jc w:val="center"/>
        </w:trPr>
        <w:tc>
          <w:tcPr>
            <w:tcW w:w="3120" w:type="dxa"/>
            <w:shd w:val="clear" w:color="auto" w:fill="FFFFFF"/>
            <w:tcMar>
              <w:top w:w="60" w:type="dxa"/>
              <w:left w:w="120" w:type="dxa"/>
              <w:bottom w:w="60" w:type="dxa"/>
              <w:right w:w="120" w:type="dxa"/>
            </w:tcMar>
          </w:tcPr>
          <w:p w14:paraId="77ACC96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3AB667A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02B259C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42F2309D" w14:textId="77777777">
        <w:trPr>
          <w:jc w:val="center"/>
        </w:trPr>
        <w:tc>
          <w:tcPr>
            <w:tcW w:w="3120" w:type="dxa"/>
            <w:shd w:val="clear" w:color="auto" w:fill="F9FAFB"/>
            <w:tcMar>
              <w:top w:w="60" w:type="dxa"/>
              <w:left w:w="120" w:type="dxa"/>
              <w:bottom w:w="60" w:type="dxa"/>
              <w:right w:w="120" w:type="dxa"/>
            </w:tcMar>
          </w:tcPr>
          <w:p w14:paraId="10056CA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3B26AE0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55EEBDB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4,47</w:t>
            </w:r>
          </w:p>
        </w:tc>
      </w:tr>
      <w:tr w:rsidR="00A92924" w:rsidRPr="008E77DA" w14:paraId="00A91CE7" w14:textId="77777777">
        <w:trPr>
          <w:jc w:val="center"/>
        </w:trPr>
        <w:tc>
          <w:tcPr>
            <w:tcW w:w="3120" w:type="dxa"/>
            <w:shd w:val="clear" w:color="auto" w:fill="FFFFFF"/>
            <w:tcMar>
              <w:top w:w="60" w:type="dxa"/>
              <w:left w:w="120" w:type="dxa"/>
              <w:bottom w:w="60" w:type="dxa"/>
              <w:right w:w="120" w:type="dxa"/>
            </w:tcMar>
          </w:tcPr>
          <w:p w14:paraId="603FC3E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094BA96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36AF5DA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08C7200B" w14:textId="77777777">
        <w:trPr>
          <w:jc w:val="center"/>
        </w:trPr>
        <w:tc>
          <w:tcPr>
            <w:tcW w:w="3120" w:type="dxa"/>
            <w:shd w:val="clear" w:color="auto" w:fill="F9FAFB"/>
            <w:tcMar>
              <w:top w:w="60" w:type="dxa"/>
              <w:left w:w="120" w:type="dxa"/>
              <w:bottom w:w="60" w:type="dxa"/>
              <w:right w:w="120" w:type="dxa"/>
            </w:tcMar>
          </w:tcPr>
          <w:p w14:paraId="72C66AB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40F99D9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431E9F0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4,47</w:t>
            </w:r>
          </w:p>
        </w:tc>
      </w:tr>
      <w:tr w:rsidR="00A92924" w:rsidRPr="008E77DA" w14:paraId="3815F256" w14:textId="77777777">
        <w:trPr>
          <w:jc w:val="center"/>
        </w:trPr>
        <w:tc>
          <w:tcPr>
            <w:tcW w:w="3120" w:type="dxa"/>
            <w:shd w:val="clear" w:color="auto" w:fill="FFFFFF"/>
            <w:tcMar>
              <w:top w:w="60" w:type="dxa"/>
              <w:left w:w="120" w:type="dxa"/>
              <w:bottom w:w="60" w:type="dxa"/>
              <w:right w:w="120" w:type="dxa"/>
            </w:tcMar>
          </w:tcPr>
          <w:p w14:paraId="5A24F35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12</w:t>
            </w:r>
          </w:p>
        </w:tc>
        <w:tc>
          <w:tcPr>
            <w:tcW w:w="3120" w:type="dxa"/>
            <w:shd w:val="clear" w:color="auto" w:fill="FFFFFF"/>
            <w:tcMar>
              <w:top w:w="60" w:type="dxa"/>
              <w:left w:w="120" w:type="dxa"/>
              <w:bottom w:w="60" w:type="dxa"/>
              <w:right w:w="120" w:type="dxa"/>
            </w:tcMar>
          </w:tcPr>
          <w:p w14:paraId="5697B33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14C3D6D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3A6F97A3" w14:textId="77777777">
        <w:trPr>
          <w:jc w:val="center"/>
        </w:trPr>
        <w:tc>
          <w:tcPr>
            <w:tcW w:w="3120" w:type="dxa"/>
            <w:shd w:val="clear" w:color="auto" w:fill="F9FAFB"/>
            <w:tcMar>
              <w:top w:w="60" w:type="dxa"/>
              <w:left w:w="120" w:type="dxa"/>
              <w:bottom w:w="60" w:type="dxa"/>
              <w:right w:w="120" w:type="dxa"/>
            </w:tcMar>
          </w:tcPr>
          <w:p w14:paraId="3CFEAD3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114857B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1F59286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62E8C0E5" w14:textId="77777777">
        <w:trPr>
          <w:jc w:val="center"/>
        </w:trPr>
        <w:tc>
          <w:tcPr>
            <w:tcW w:w="3120" w:type="dxa"/>
            <w:shd w:val="clear" w:color="auto" w:fill="FFFFFF"/>
            <w:tcMar>
              <w:top w:w="60" w:type="dxa"/>
              <w:left w:w="120" w:type="dxa"/>
              <w:bottom w:w="60" w:type="dxa"/>
              <w:right w:w="120" w:type="dxa"/>
            </w:tcMar>
          </w:tcPr>
          <w:p w14:paraId="6619261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6DD77DC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7F00F5F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bl>
    <w:p w14:paraId="163D0C00" w14:textId="77777777" w:rsidR="00A92924" w:rsidRPr="008E77DA" w:rsidRDefault="00A92924" w:rsidP="008E77DA">
      <w:pPr>
        <w:spacing w:after="0" w:line="240" w:lineRule="auto"/>
        <w:rPr>
          <w:rFonts w:ascii="Times New Roman" w:hAnsi="Times New Roman" w:cs="Times New Roman"/>
        </w:rPr>
      </w:pPr>
    </w:p>
    <w:p w14:paraId="3F022AA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78E6A3E" w14:textId="77777777">
        <w:trPr>
          <w:jc w:val="center"/>
        </w:trPr>
        <w:tc>
          <w:tcPr>
            <w:tcW w:w="3120" w:type="dxa"/>
            <w:shd w:val="clear" w:color="auto" w:fill="1F4E79"/>
            <w:tcMar>
              <w:top w:w="80" w:type="dxa"/>
              <w:left w:w="120" w:type="dxa"/>
              <w:bottom w:w="80" w:type="dxa"/>
              <w:right w:w="120" w:type="dxa"/>
            </w:tcMar>
          </w:tcPr>
          <w:p w14:paraId="512BFE0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1FBDEBF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412929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7E8948C2" w14:textId="77777777">
        <w:trPr>
          <w:jc w:val="center"/>
        </w:trPr>
        <w:tc>
          <w:tcPr>
            <w:tcW w:w="3120" w:type="dxa"/>
            <w:shd w:val="clear" w:color="auto" w:fill="F9FAFB"/>
            <w:tcMar>
              <w:top w:w="60" w:type="dxa"/>
              <w:left w:w="120" w:type="dxa"/>
              <w:bottom w:w="60" w:type="dxa"/>
              <w:right w:w="120" w:type="dxa"/>
            </w:tcMar>
          </w:tcPr>
          <w:p w14:paraId="5D8EBFF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868233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E1C4B8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4,53</w:t>
            </w:r>
          </w:p>
        </w:tc>
      </w:tr>
      <w:tr w:rsidR="00A92924" w:rsidRPr="008E77DA" w14:paraId="54B4D37F" w14:textId="77777777">
        <w:trPr>
          <w:jc w:val="center"/>
        </w:trPr>
        <w:tc>
          <w:tcPr>
            <w:tcW w:w="3120" w:type="dxa"/>
            <w:shd w:val="clear" w:color="auto" w:fill="FFFFFF"/>
            <w:tcMar>
              <w:top w:w="60" w:type="dxa"/>
              <w:left w:w="120" w:type="dxa"/>
              <w:bottom w:w="60" w:type="dxa"/>
              <w:right w:w="120" w:type="dxa"/>
            </w:tcMar>
          </w:tcPr>
          <w:p w14:paraId="73B943D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56BA72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2DF96C1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4,47</w:t>
            </w:r>
          </w:p>
        </w:tc>
      </w:tr>
      <w:tr w:rsidR="00A92924" w:rsidRPr="008E77DA" w14:paraId="3F311B5C" w14:textId="77777777">
        <w:trPr>
          <w:jc w:val="center"/>
        </w:trPr>
        <w:tc>
          <w:tcPr>
            <w:tcW w:w="3120" w:type="dxa"/>
            <w:shd w:val="clear" w:color="auto" w:fill="F9FAFB"/>
            <w:tcMar>
              <w:top w:w="60" w:type="dxa"/>
              <w:left w:w="120" w:type="dxa"/>
              <w:bottom w:w="60" w:type="dxa"/>
              <w:right w:w="120" w:type="dxa"/>
            </w:tcMar>
          </w:tcPr>
          <w:p w14:paraId="382295D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1DC1A4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13E7D05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4,68</w:t>
            </w:r>
          </w:p>
        </w:tc>
      </w:tr>
      <w:tr w:rsidR="00A92924" w:rsidRPr="008E77DA" w14:paraId="1292BEB1" w14:textId="77777777">
        <w:trPr>
          <w:jc w:val="center"/>
        </w:trPr>
        <w:tc>
          <w:tcPr>
            <w:tcW w:w="3120" w:type="dxa"/>
            <w:shd w:val="clear" w:color="auto" w:fill="FFFFFF"/>
            <w:tcMar>
              <w:top w:w="60" w:type="dxa"/>
              <w:left w:w="120" w:type="dxa"/>
              <w:bottom w:w="60" w:type="dxa"/>
              <w:right w:w="120" w:type="dxa"/>
            </w:tcMar>
          </w:tcPr>
          <w:p w14:paraId="59F36C4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A8D505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4A50A33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4,68</w:t>
            </w:r>
          </w:p>
        </w:tc>
      </w:tr>
      <w:tr w:rsidR="00A92924" w:rsidRPr="008E77DA" w14:paraId="42C53021" w14:textId="77777777">
        <w:trPr>
          <w:jc w:val="center"/>
        </w:trPr>
        <w:tc>
          <w:tcPr>
            <w:tcW w:w="3120" w:type="dxa"/>
            <w:shd w:val="clear" w:color="auto" w:fill="F9FAFB"/>
            <w:tcMar>
              <w:top w:w="60" w:type="dxa"/>
              <w:left w:w="120" w:type="dxa"/>
              <w:bottom w:w="60" w:type="dxa"/>
              <w:right w:w="120" w:type="dxa"/>
            </w:tcMar>
          </w:tcPr>
          <w:p w14:paraId="22AA3EE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783B088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0BC2946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3,74</w:t>
            </w:r>
          </w:p>
        </w:tc>
      </w:tr>
    </w:tbl>
    <w:p w14:paraId="21D4389C" w14:textId="77777777" w:rsidR="00A92924" w:rsidRPr="008E77DA" w:rsidRDefault="00A92924" w:rsidP="008E77DA">
      <w:pPr>
        <w:spacing w:after="0" w:line="240" w:lineRule="auto"/>
        <w:rPr>
          <w:rFonts w:ascii="Times New Roman" w:hAnsi="Times New Roman" w:cs="Times New Roman"/>
        </w:rPr>
      </w:pPr>
    </w:p>
    <w:p w14:paraId="658C6B3F" w14:textId="77777777" w:rsidR="00A92924" w:rsidRPr="008E77DA" w:rsidRDefault="00A92924" w:rsidP="008E77DA">
      <w:pPr>
        <w:spacing w:after="0" w:line="240" w:lineRule="auto"/>
        <w:rPr>
          <w:rFonts w:ascii="Times New Roman" w:hAnsi="Times New Roman" w:cs="Times New Roman"/>
        </w:rPr>
      </w:pPr>
    </w:p>
    <w:p w14:paraId="56FB410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8. Ders: BES 407 - Beslenme Durumu Tarama Testleri</w:t>
      </w:r>
    </w:p>
    <w:p w14:paraId="7FFA8E0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12D761A" w14:textId="77777777">
        <w:trPr>
          <w:jc w:val="center"/>
        </w:trPr>
        <w:tc>
          <w:tcPr>
            <w:tcW w:w="3120" w:type="dxa"/>
            <w:shd w:val="clear" w:color="auto" w:fill="1F4E79"/>
            <w:tcMar>
              <w:top w:w="80" w:type="dxa"/>
              <w:left w:w="120" w:type="dxa"/>
              <w:bottom w:w="80" w:type="dxa"/>
              <w:right w:w="120" w:type="dxa"/>
            </w:tcMar>
          </w:tcPr>
          <w:p w14:paraId="4A2745E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FB1CB4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2D0D94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580B8C59" w14:textId="77777777">
        <w:trPr>
          <w:jc w:val="center"/>
        </w:trPr>
        <w:tc>
          <w:tcPr>
            <w:tcW w:w="3120" w:type="dxa"/>
            <w:shd w:val="clear" w:color="auto" w:fill="F9FAFB"/>
            <w:tcMar>
              <w:top w:w="60" w:type="dxa"/>
              <w:left w:w="120" w:type="dxa"/>
              <w:bottom w:w="60" w:type="dxa"/>
              <w:right w:w="120" w:type="dxa"/>
            </w:tcMar>
          </w:tcPr>
          <w:p w14:paraId="2818AB7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57612B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2DBA1D8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3,39</w:t>
            </w:r>
          </w:p>
        </w:tc>
      </w:tr>
      <w:tr w:rsidR="00A92924" w:rsidRPr="008E77DA" w14:paraId="7C914602" w14:textId="77777777">
        <w:trPr>
          <w:jc w:val="center"/>
        </w:trPr>
        <w:tc>
          <w:tcPr>
            <w:tcW w:w="3120" w:type="dxa"/>
            <w:shd w:val="clear" w:color="auto" w:fill="FFFFFF"/>
            <w:tcMar>
              <w:top w:w="60" w:type="dxa"/>
              <w:left w:w="120" w:type="dxa"/>
              <w:bottom w:w="60" w:type="dxa"/>
              <w:right w:w="120" w:type="dxa"/>
            </w:tcMar>
          </w:tcPr>
          <w:p w14:paraId="4E14170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73C492E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5744919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3,22</w:t>
            </w:r>
          </w:p>
        </w:tc>
      </w:tr>
      <w:tr w:rsidR="00A92924" w:rsidRPr="008E77DA" w14:paraId="01091542" w14:textId="77777777">
        <w:trPr>
          <w:jc w:val="center"/>
        </w:trPr>
        <w:tc>
          <w:tcPr>
            <w:tcW w:w="3120" w:type="dxa"/>
            <w:shd w:val="clear" w:color="auto" w:fill="F9FAFB"/>
            <w:tcMar>
              <w:top w:w="60" w:type="dxa"/>
              <w:left w:w="120" w:type="dxa"/>
              <w:bottom w:w="60" w:type="dxa"/>
              <w:right w:w="120" w:type="dxa"/>
            </w:tcMar>
          </w:tcPr>
          <w:p w14:paraId="6C37AED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F3C431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35E72F2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3,70</w:t>
            </w:r>
          </w:p>
        </w:tc>
      </w:tr>
      <w:tr w:rsidR="00A92924" w:rsidRPr="008E77DA" w14:paraId="0D9DC3BE" w14:textId="77777777">
        <w:trPr>
          <w:jc w:val="center"/>
        </w:trPr>
        <w:tc>
          <w:tcPr>
            <w:tcW w:w="3120" w:type="dxa"/>
            <w:shd w:val="clear" w:color="auto" w:fill="FFFFFF"/>
            <w:tcMar>
              <w:top w:w="60" w:type="dxa"/>
              <w:left w:w="120" w:type="dxa"/>
              <w:bottom w:w="60" w:type="dxa"/>
              <w:right w:w="120" w:type="dxa"/>
            </w:tcMar>
          </w:tcPr>
          <w:p w14:paraId="548144E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E3CB65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7A2C394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3,22</w:t>
            </w:r>
          </w:p>
        </w:tc>
      </w:tr>
    </w:tbl>
    <w:p w14:paraId="786B01FF" w14:textId="77777777" w:rsidR="00A92924" w:rsidRPr="008E77DA" w:rsidRDefault="00A92924" w:rsidP="008E77DA">
      <w:pPr>
        <w:spacing w:after="0" w:line="240" w:lineRule="auto"/>
        <w:rPr>
          <w:rFonts w:ascii="Times New Roman" w:hAnsi="Times New Roman" w:cs="Times New Roman"/>
        </w:rPr>
      </w:pPr>
    </w:p>
    <w:p w14:paraId="3C3899C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0616AA9A" w14:textId="77777777">
        <w:trPr>
          <w:jc w:val="center"/>
        </w:trPr>
        <w:tc>
          <w:tcPr>
            <w:tcW w:w="4680" w:type="dxa"/>
            <w:shd w:val="clear" w:color="auto" w:fill="1F4E79"/>
            <w:tcMar>
              <w:top w:w="80" w:type="dxa"/>
              <w:left w:w="120" w:type="dxa"/>
              <w:bottom w:w="80" w:type="dxa"/>
              <w:right w:w="120" w:type="dxa"/>
            </w:tcMar>
          </w:tcPr>
          <w:p w14:paraId="626F86B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6B8FC8C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22A56426" w14:textId="77777777">
        <w:trPr>
          <w:jc w:val="center"/>
        </w:trPr>
        <w:tc>
          <w:tcPr>
            <w:tcW w:w="4680" w:type="dxa"/>
            <w:shd w:val="clear" w:color="auto" w:fill="F9FAFB"/>
            <w:tcMar>
              <w:top w:w="60" w:type="dxa"/>
              <w:left w:w="120" w:type="dxa"/>
              <w:bottom w:w="60" w:type="dxa"/>
              <w:right w:w="120" w:type="dxa"/>
            </w:tcMar>
          </w:tcPr>
          <w:p w14:paraId="2E9B98D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2243EB4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3,04 saat</w:t>
            </w:r>
          </w:p>
        </w:tc>
      </w:tr>
      <w:tr w:rsidR="00A92924" w:rsidRPr="008E77DA" w14:paraId="51F754B7" w14:textId="77777777">
        <w:trPr>
          <w:jc w:val="center"/>
        </w:trPr>
        <w:tc>
          <w:tcPr>
            <w:tcW w:w="4680" w:type="dxa"/>
            <w:shd w:val="clear" w:color="auto" w:fill="FFFFFF"/>
            <w:tcMar>
              <w:top w:w="60" w:type="dxa"/>
              <w:left w:w="120" w:type="dxa"/>
              <w:bottom w:w="60" w:type="dxa"/>
              <w:right w:w="120" w:type="dxa"/>
            </w:tcMar>
          </w:tcPr>
          <w:p w14:paraId="3DFFD47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1A8741E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2,78 saat</w:t>
            </w:r>
          </w:p>
        </w:tc>
      </w:tr>
      <w:tr w:rsidR="00A92924" w:rsidRPr="008E77DA" w14:paraId="6F1C3BB2" w14:textId="77777777">
        <w:trPr>
          <w:jc w:val="center"/>
        </w:trPr>
        <w:tc>
          <w:tcPr>
            <w:tcW w:w="4680" w:type="dxa"/>
            <w:shd w:val="clear" w:color="auto" w:fill="F9FAFB"/>
            <w:tcMar>
              <w:top w:w="60" w:type="dxa"/>
              <w:left w:w="120" w:type="dxa"/>
              <w:bottom w:w="60" w:type="dxa"/>
              <w:right w:w="120" w:type="dxa"/>
            </w:tcMar>
          </w:tcPr>
          <w:p w14:paraId="1879D39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14B7ED6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2,17 saat</w:t>
            </w:r>
          </w:p>
        </w:tc>
      </w:tr>
      <w:tr w:rsidR="00A92924" w:rsidRPr="008E77DA" w14:paraId="5DF4E351" w14:textId="77777777">
        <w:trPr>
          <w:jc w:val="center"/>
        </w:trPr>
        <w:tc>
          <w:tcPr>
            <w:tcW w:w="4680" w:type="dxa"/>
            <w:shd w:val="clear" w:color="auto" w:fill="FFFFFF"/>
            <w:tcMar>
              <w:top w:w="60" w:type="dxa"/>
              <w:left w:w="120" w:type="dxa"/>
              <w:bottom w:w="60" w:type="dxa"/>
              <w:right w:w="120" w:type="dxa"/>
            </w:tcMar>
          </w:tcPr>
          <w:p w14:paraId="292B185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lastRenderedPageBreak/>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7551CB6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0,83 saat</w:t>
            </w:r>
          </w:p>
        </w:tc>
      </w:tr>
      <w:tr w:rsidR="00A92924" w:rsidRPr="008E77DA" w14:paraId="036654B6" w14:textId="77777777">
        <w:trPr>
          <w:jc w:val="center"/>
        </w:trPr>
        <w:tc>
          <w:tcPr>
            <w:tcW w:w="4680" w:type="dxa"/>
            <w:shd w:val="clear" w:color="auto" w:fill="F9FAFB"/>
            <w:tcMar>
              <w:top w:w="60" w:type="dxa"/>
              <w:left w:w="120" w:type="dxa"/>
              <w:bottom w:w="60" w:type="dxa"/>
              <w:right w:w="120" w:type="dxa"/>
            </w:tcMar>
          </w:tcPr>
          <w:p w14:paraId="16C17D8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17FA965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6,09 saat</w:t>
            </w:r>
          </w:p>
        </w:tc>
      </w:tr>
      <w:tr w:rsidR="00A92924" w:rsidRPr="008E77DA" w14:paraId="5B96F05B" w14:textId="77777777">
        <w:trPr>
          <w:jc w:val="center"/>
        </w:trPr>
        <w:tc>
          <w:tcPr>
            <w:tcW w:w="4680" w:type="dxa"/>
            <w:shd w:val="clear" w:color="auto" w:fill="FFFFFF"/>
            <w:tcMar>
              <w:top w:w="60" w:type="dxa"/>
              <w:left w:w="120" w:type="dxa"/>
              <w:bottom w:w="60" w:type="dxa"/>
              <w:right w:w="120" w:type="dxa"/>
            </w:tcMar>
          </w:tcPr>
          <w:p w14:paraId="07CC7A1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4A73E7F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2,30 saat</w:t>
            </w:r>
          </w:p>
        </w:tc>
      </w:tr>
      <w:tr w:rsidR="00A92924" w:rsidRPr="008E77DA" w14:paraId="6C71921E" w14:textId="77777777">
        <w:trPr>
          <w:jc w:val="center"/>
        </w:trPr>
        <w:tc>
          <w:tcPr>
            <w:tcW w:w="4680" w:type="dxa"/>
            <w:shd w:val="clear" w:color="auto" w:fill="F9FAFB"/>
            <w:tcMar>
              <w:top w:w="60" w:type="dxa"/>
              <w:left w:w="120" w:type="dxa"/>
              <w:bottom w:w="60" w:type="dxa"/>
              <w:right w:w="120" w:type="dxa"/>
            </w:tcMar>
          </w:tcPr>
          <w:p w14:paraId="488FB60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4C47757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0,17 saat</w:t>
            </w:r>
          </w:p>
        </w:tc>
      </w:tr>
      <w:tr w:rsidR="00A92924" w:rsidRPr="008E77DA" w14:paraId="786D9042" w14:textId="77777777">
        <w:trPr>
          <w:jc w:val="center"/>
        </w:trPr>
        <w:tc>
          <w:tcPr>
            <w:tcW w:w="4680" w:type="dxa"/>
            <w:shd w:val="clear" w:color="auto" w:fill="FFFFFF"/>
            <w:tcMar>
              <w:top w:w="60" w:type="dxa"/>
              <w:left w:w="120" w:type="dxa"/>
              <w:bottom w:w="60" w:type="dxa"/>
              <w:right w:w="120" w:type="dxa"/>
            </w:tcMar>
          </w:tcPr>
          <w:p w14:paraId="5BFF84D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7497A3A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7,74 saat</w:t>
            </w:r>
          </w:p>
        </w:tc>
      </w:tr>
    </w:tbl>
    <w:p w14:paraId="1E44317C" w14:textId="77777777" w:rsidR="00A92924" w:rsidRPr="008E77DA" w:rsidRDefault="00A92924" w:rsidP="008E77DA">
      <w:pPr>
        <w:spacing w:after="0" w:line="240" w:lineRule="auto"/>
        <w:rPr>
          <w:rFonts w:ascii="Times New Roman" w:hAnsi="Times New Roman" w:cs="Times New Roman"/>
        </w:rPr>
      </w:pPr>
    </w:p>
    <w:p w14:paraId="392B1F1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76557A53" w14:textId="77777777">
        <w:trPr>
          <w:jc w:val="center"/>
        </w:trPr>
        <w:tc>
          <w:tcPr>
            <w:tcW w:w="3120" w:type="dxa"/>
            <w:shd w:val="clear" w:color="auto" w:fill="1F4E79"/>
            <w:tcMar>
              <w:top w:w="80" w:type="dxa"/>
              <w:left w:w="120" w:type="dxa"/>
              <w:bottom w:w="80" w:type="dxa"/>
              <w:right w:w="120" w:type="dxa"/>
            </w:tcMar>
          </w:tcPr>
          <w:p w14:paraId="465576C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7BB531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86F712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7CE21799" w14:textId="77777777">
        <w:trPr>
          <w:jc w:val="center"/>
        </w:trPr>
        <w:tc>
          <w:tcPr>
            <w:tcW w:w="3120" w:type="dxa"/>
            <w:shd w:val="clear" w:color="auto" w:fill="F9FAFB"/>
            <w:tcMar>
              <w:top w:w="60" w:type="dxa"/>
              <w:left w:w="120" w:type="dxa"/>
              <w:bottom w:w="60" w:type="dxa"/>
              <w:right w:w="120" w:type="dxa"/>
            </w:tcMar>
          </w:tcPr>
          <w:p w14:paraId="4842BE1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383164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16F9814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3,52</w:t>
            </w:r>
          </w:p>
        </w:tc>
      </w:tr>
      <w:tr w:rsidR="00A92924" w:rsidRPr="008E77DA" w14:paraId="619033B6" w14:textId="77777777">
        <w:trPr>
          <w:jc w:val="center"/>
        </w:trPr>
        <w:tc>
          <w:tcPr>
            <w:tcW w:w="3120" w:type="dxa"/>
            <w:shd w:val="clear" w:color="auto" w:fill="FFFFFF"/>
            <w:tcMar>
              <w:top w:w="60" w:type="dxa"/>
              <w:left w:w="120" w:type="dxa"/>
              <w:bottom w:w="60" w:type="dxa"/>
              <w:right w:w="120" w:type="dxa"/>
            </w:tcMar>
          </w:tcPr>
          <w:p w14:paraId="08B0445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6D3B805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1EB6B02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4,35</w:t>
            </w:r>
          </w:p>
        </w:tc>
      </w:tr>
      <w:tr w:rsidR="00A92924" w:rsidRPr="008E77DA" w14:paraId="4D03E10A" w14:textId="77777777">
        <w:trPr>
          <w:jc w:val="center"/>
        </w:trPr>
        <w:tc>
          <w:tcPr>
            <w:tcW w:w="3120" w:type="dxa"/>
            <w:shd w:val="clear" w:color="auto" w:fill="F9FAFB"/>
            <w:tcMar>
              <w:top w:w="60" w:type="dxa"/>
              <w:left w:w="120" w:type="dxa"/>
              <w:bottom w:w="60" w:type="dxa"/>
              <w:right w:w="120" w:type="dxa"/>
            </w:tcMar>
          </w:tcPr>
          <w:p w14:paraId="741CB6C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C9C5B6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656ACB3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4,39</w:t>
            </w:r>
          </w:p>
        </w:tc>
      </w:tr>
      <w:tr w:rsidR="00A92924" w:rsidRPr="008E77DA" w14:paraId="15A14430" w14:textId="77777777">
        <w:trPr>
          <w:jc w:val="center"/>
        </w:trPr>
        <w:tc>
          <w:tcPr>
            <w:tcW w:w="3120" w:type="dxa"/>
            <w:shd w:val="clear" w:color="auto" w:fill="FFFFFF"/>
            <w:tcMar>
              <w:top w:w="60" w:type="dxa"/>
              <w:left w:w="120" w:type="dxa"/>
              <w:bottom w:w="60" w:type="dxa"/>
              <w:right w:w="120" w:type="dxa"/>
            </w:tcMar>
          </w:tcPr>
          <w:p w14:paraId="28DD1C7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599E74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3C4A9E2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3,57</w:t>
            </w:r>
          </w:p>
        </w:tc>
      </w:tr>
      <w:tr w:rsidR="00A92924" w:rsidRPr="008E77DA" w14:paraId="0068662F" w14:textId="77777777">
        <w:trPr>
          <w:jc w:val="center"/>
        </w:trPr>
        <w:tc>
          <w:tcPr>
            <w:tcW w:w="3120" w:type="dxa"/>
            <w:shd w:val="clear" w:color="auto" w:fill="F9FAFB"/>
            <w:tcMar>
              <w:top w:w="60" w:type="dxa"/>
              <w:left w:w="120" w:type="dxa"/>
              <w:bottom w:w="60" w:type="dxa"/>
              <w:right w:w="120" w:type="dxa"/>
            </w:tcMar>
          </w:tcPr>
          <w:p w14:paraId="66C1A40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2DBD878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5B05966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3,61</w:t>
            </w:r>
          </w:p>
        </w:tc>
      </w:tr>
      <w:tr w:rsidR="00A92924" w:rsidRPr="008E77DA" w14:paraId="5C39CE63" w14:textId="77777777">
        <w:trPr>
          <w:jc w:val="center"/>
        </w:trPr>
        <w:tc>
          <w:tcPr>
            <w:tcW w:w="3120" w:type="dxa"/>
            <w:shd w:val="clear" w:color="auto" w:fill="FFFFFF"/>
            <w:tcMar>
              <w:top w:w="60" w:type="dxa"/>
              <w:left w:w="120" w:type="dxa"/>
              <w:bottom w:w="60" w:type="dxa"/>
              <w:right w:w="120" w:type="dxa"/>
            </w:tcMar>
          </w:tcPr>
          <w:p w14:paraId="4024CE5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5F0D0BC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128A3C5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3,70</w:t>
            </w:r>
          </w:p>
        </w:tc>
      </w:tr>
      <w:tr w:rsidR="00A92924" w:rsidRPr="008E77DA" w14:paraId="29BEDC2A" w14:textId="77777777">
        <w:trPr>
          <w:jc w:val="center"/>
        </w:trPr>
        <w:tc>
          <w:tcPr>
            <w:tcW w:w="3120" w:type="dxa"/>
            <w:shd w:val="clear" w:color="auto" w:fill="F9FAFB"/>
            <w:tcMar>
              <w:top w:w="60" w:type="dxa"/>
              <w:left w:w="120" w:type="dxa"/>
              <w:bottom w:w="60" w:type="dxa"/>
              <w:right w:w="120" w:type="dxa"/>
            </w:tcMar>
          </w:tcPr>
          <w:p w14:paraId="30AFA4A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5D4D4C39"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79721C9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3,61</w:t>
            </w:r>
          </w:p>
        </w:tc>
      </w:tr>
      <w:tr w:rsidR="00A92924" w:rsidRPr="008E77DA" w14:paraId="34DB05A0" w14:textId="77777777">
        <w:trPr>
          <w:jc w:val="center"/>
        </w:trPr>
        <w:tc>
          <w:tcPr>
            <w:tcW w:w="3120" w:type="dxa"/>
            <w:shd w:val="clear" w:color="auto" w:fill="FFFFFF"/>
            <w:tcMar>
              <w:top w:w="60" w:type="dxa"/>
              <w:left w:w="120" w:type="dxa"/>
              <w:bottom w:w="60" w:type="dxa"/>
              <w:right w:w="120" w:type="dxa"/>
            </w:tcMar>
          </w:tcPr>
          <w:p w14:paraId="1A1109E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1AB5CA2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4B19B90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3,57</w:t>
            </w:r>
          </w:p>
        </w:tc>
      </w:tr>
      <w:tr w:rsidR="00A92924" w:rsidRPr="008E77DA" w14:paraId="293C72D7" w14:textId="77777777">
        <w:trPr>
          <w:jc w:val="center"/>
        </w:trPr>
        <w:tc>
          <w:tcPr>
            <w:tcW w:w="3120" w:type="dxa"/>
            <w:shd w:val="clear" w:color="auto" w:fill="F9FAFB"/>
            <w:tcMar>
              <w:top w:w="60" w:type="dxa"/>
              <w:left w:w="120" w:type="dxa"/>
              <w:bottom w:w="60" w:type="dxa"/>
              <w:right w:w="120" w:type="dxa"/>
            </w:tcMar>
          </w:tcPr>
          <w:p w14:paraId="51738FA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595C0E2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3B96F4D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4,09</w:t>
            </w:r>
          </w:p>
        </w:tc>
      </w:tr>
      <w:tr w:rsidR="00A92924" w:rsidRPr="008E77DA" w14:paraId="7D711881" w14:textId="77777777">
        <w:trPr>
          <w:jc w:val="center"/>
        </w:trPr>
        <w:tc>
          <w:tcPr>
            <w:tcW w:w="3120" w:type="dxa"/>
            <w:shd w:val="clear" w:color="auto" w:fill="FFFFFF"/>
            <w:tcMar>
              <w:top w:w="60" w:type="dxa"/>
              <w:left w:w="120" w:type="dxa"/>
              <w:bottom w:w="60" w:type="dxa"/>
              <w:right w:w="120" w:type="dxa"/>
            </w:tcMar>
          </w:tcPr>
          <w:p w14:paraId="0F0E708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3800D83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1374A88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3,48</w:t>
            </w:r>
          </w:p>
        </w:tc>
      </w:tr>
      <w:tr w:rsidR="00A92924" w:rsidRPr="008E77DA" w14:paraId="265AA3B5" w14:textId="77777777">
        <w:trPr>
          <w:jc w:val="center"/>
        </w:trPr>
        <w:tc>
          <w:tcPr>
            <w:tcW w:w="3120" w:type="dxa"/>
            <w:shd w:val="clear" w:color="auto" w:fill="F9FAFB"/>
            <w:tcMar>
              <w:top w:w="60" w:type="dxa"/>
              <w:left w:w="120" w:type="dxa"/>
              <w:bottom w:w="60" w:type="dxa"/>
              <w:right w:w="120" w:type="dxa"/>
            </w:tcMar>
          </w:tcPr>
          <w:p w14:paraId="76C5FD2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248EB25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115C8B5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3,52</w:t>
            </w:r>
          </w:p>
        </w:tc>
      </w:tr>
      <w:tr w:rsidR="00A92924" w:rsidRPr="008E77DA" w14:paraId="12374E2B" w14:textId="77777777">
        <w:trPr>
          <w:jc w:val="center"/>
        </w:trPr>
        <w:tc>
          <w:tcPr>
            <w:tcW w:w="3120" w:type="dxa"/>
            <w:shd w:val="clear" w:color="auto" w:fill="FFFFFF"/>
            <w:tcMar>
              <w:top w:w="60" w:type="dxa"/>
              <w:left w:w="120" w:type="dxa"/>
              <w:bottom w:w="60" w:type="dxa"/>
              <w:right w:w="120" w:type="dxa"/>
            </w:tcMar>
          </w:tcPr>
          <w:p w14:paraId="7E47307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0C1A492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6775186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3,61</w:t>
            </w:r>
          </w:p>
        </w:tc>
      </w:tr>
      <w:tr w:rsidR="00A92924" w:rsidRPr="008E77DA" w14:paraId="3BA6B807" w14:textId="77777777">
        <w:trPr>
          <w:jc w:val="center"/>
        </w:trPr>
        <w:tc>
          <w:tcPr>
            <w:tcW w:w="3120" w:type="dxa"/>
            <w:shd w:val="clear" w:color="auto" w:fill="F9FAFB"/>
            <w:tcMar>
              <w:top w:w="60" w:type="dxa"/>
              <w:left w:w="120" w:type="dxa"/>
              <w:bottom w:w="60" w:type="dxa"/>
              <w:right w:w="120" w:type="dxa"/>
            </w:tcMar>
          </w:tcPr>
          <w:p w14:paraId="6EBE740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1B770BE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4110C6C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3,48</w:t>
            </w:r>
          </w:p>
        </w:tc>
      </w:tr>
      <w:tr w:rsidR="00A92924" w:rsidRPr="008E77DA" w14:paraId="354B7EB0" w14:textId="77777777">
        <w:trPr>
          <w:jc w:val="center"/>
        </w:trPr>
        <w:tc>
          <w:tcPr>
            <w:tcW w:w="3120" w:type="dxa"/>
            <w:shd w:val="clear" w:color="auto" w:fill="FFFFFF"/>
            <w:tcMar>
              <w:top w:w="60" w:type="dxa"/>
              <w:left w:w="120" w:type="dxa"/>
              <w:bottom w:w="60" w:type="dxa"/>
              <w:right w:w="120" w:type="dxa"/>
            </w:tcMar>
          </w:tcPr>
          <w:p w14:paraId="05EEC86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348BB5F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6ECFCF2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3,17</w:t>
            </w:r>
          </w:p>
        </w:tc>
      </w:tr>
    </w:tbl>
    <w:p w14:paraId="2C47E64D" w14:textId="77777777" w:rsidR="00A92924" w:rsidRPr="008E77DA" w:rsidRDefault="00A92924" w:rsidP="008E77DA">
      <w:pPr>
        <w:spacing w:after="0" w:line="240" w:lineRule="auto"/>
        <w:rPr>
          <w:rFonts w:ascii="Times New Roman" w:hAnsi="Times New Roman" w:cs="Times New Roman"/>
        </w:rPr>
      </w:pPr>
    </w:p>
    <w:p w14:paraId="5D5AF2E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744B080B" w14:textId="77777777">
        <w:trPr>
          <w:jc w:val="center"/>
        </w:trPr>
        <w:tc>
          <w:tcPr>
            <w:tcW w:w="3120" w:type="dxa"/>
            <w:shd w:val="clear" w:color="auto" w:fill="1F4E79"/>
            <w:tcMar>
              <w:top w:w="80" w:type="dxa"/>
              <w:left w:w="120" w:type="dxa"/>
              <w:bottom w:w="80" w:type="dxa"/>
              <w:right w:w="120" w:type="dxa"/>
            </w:tcMar>
          </w:tcPr>
          <w:p w14:paraId="0526A84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lastRenderedPageBreak/>
              <w:t>#</w:t>
            </w:r>
          </w:p>
        </w:tc>
        <w:tc>
          <w:tcPr>
            <w:tcW w:w="3120" w:type="dxa"/>
            <w:shd w:val="clear" w:color="auto" w:fill="1F4E79"/>
            <w:tcMar>
              <w:top w:w="80" w:type="dxa"/>
              <w:left w:w="120" w:type="dxa"/>
              <w:bottom w:w="80" w:type="dxa"/>
              <w:right w:w="120" w:type="dxa"/>
            </w:tcMar>
          </w:tcPr>
          <w:p w14:paraId="37132D8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5C727B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03E7B960" w14:textId="77777777">
        <w:trPr>
          <w:jc w:val="center"/>
        </w:trPr>
        <w:tc>
          <w:tcPr>
            <w:tcW w:w="3120" w:type="dxa"/>
            <w:shd w:val="clear" w:color="auto" w:fill="F9FAFB"/>
            <w:tcMar>
              <w:top w:w="60" w:type="dxa"/>
              <w:left w:w="120" w:type="dxa"/>
              <w:bottom w:w="60" w:type="dxa"/>
              <w:right w:w="120" w:type="dxa"/>
            </w:tcMar>
          </w:tcPr>
          <w:p w14:paraId="7D807E4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57AA7B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0D80090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305D63F4" w14:textId="77777777">
        <w:trPr>
          <w:jc w:val="center"/>
        </w:trPr>
        <w:tc>
          <w:tcPr>
            <w:tcW w:w="3120" w:type="dxa"/>
            <w:shd w:val="clear" w:color="auto" w:fill="FFFFFF"/>
            <w:tcMar>
              <w:top w:w="60" w:type="dxa"/>
              <w:left w:w="120" w:type="dxa"/>
              <w:bottom w:w="60" w:type="dxa"/>
              <w:right w:w="120" w:type="dxa"/>
            </w:tcMar>
          </w:tcPr>
          <w:p w14:paraId="6BBF4B3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4B4CDA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474154C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A92924" w:rsidRPr="008E77DA" w14:paraId="39C2C7F1" w14:textId="77777777">
        <w:trPr>
          <w:jc w:val="center"/>
        </w:trPr>
        <w:tc>
          <w:tcPr>
            <w:tcW w:w="3120" w:type="dxa"/>
            <w:shd w:val="clear" w:color="auto" w:fill="F9FAFB"/>
            <w:tcMar>
              <w:top w:w="60" w:type="dxa"/>
              <w:left w:w="120" w:type="dxa"/>
              <w:bottom w:w="60" w:type="dxa"/>
              <w:right w:w="120" w:type="dxa"/>
            </w:tcMar>
          </w:tcPr>
          <w:p w14:paraId="09D05A7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92A498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065303B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4,22</w:t>
            </w:r>
          </w:p>
        </w:tc>
      </w:tr>
      <w:tr w:rsidR="00A92924" w:rsidRPr="008E77DA" w14:paraId="56DBAE30" w14:textId="77777777">
        <w:trPr>
          <w:jc w:val="center"/>
        </w:trPr>
        <w:tc>
          <w:tcPr>
            <w:tcW w:w="3120" w:type="dxa"/>
            <w:shd w:val="clear" w:color="auto" w:fill="FFFFFF"/>
            <w:tcMar>
              <w:top w:w="60" w:type="dxa"/>
              <w:left w:w="120" w:type="dxa"/>
              <w:bottom w:w="60" w:type="dxa"/>
              <w:right w:w="120" w:type="dxa"/>
            </w:tcMar>
          </w:tcPr>
          <w:p w14:paraId="007D4C6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1E9F6A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67A8EEB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4,09</w:t>
            </w:r>
          </w:p>
        </w:tc>
      </w:tr>
      <w:tr w:rsidR="00A92924" w:rsidRPr="008E77DA" w14:paraId="0208B6C4" w14:textId="77777777">
        <w:trPr>
          <w:jc w:val="center"/>
        </w:trPr>
        <w:tc>
          <w:tcPr>
            <w:tcW w:w="3120" w:type="dxa"/>
            <w:shd w:val="clear" w:color="auto" w:fill="F9FAFB"/>
            <w:tcMar>
              <w:top w:w="60" w:type="dxa"/>
              <w:left w:w="120" w:type="dxa"/>
              <w:bottom w:w="60" w:type="dxa"/>
              <w:right w:w="120" w:type="dxa"/>
            </w:tcMar>
          </w:tcPr>
          <w:p w14:paraId="44B645F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1FA82A5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116C47B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3,43</w:t>
            </w:r>
          </w:p>
        </w:tc>
      </w:tr>
    </w:tbl>
    <w:p w14:paraId="23582AE9" w14:textId="77777777" w:rsidR="00A92924" w:rsidRPr="008E77DA" w:rsidRDefault="00A92924" w:rsidP="008E77DA">
      <w:pPr>
        <w:spacing w:after="0" w:line="240" w:lineRule="auto"/>
        <w:rPr>
          <w:rFonts w:ascii="Times New Roman" w:hAnsi="Times New Roman" w:cs="Times New Roman"/>
        </w:rPr>
      </w:pPr>
    </w:p>
    <w:p w14:paraId="0872FED9" w14:textId="77777777" w:rsidR="00A92924" w:rsidRPr="008E77DA" w:rsidRDefault="00A92924" w:rsidP="008E77DA">
      <w:pPr>
        <w:spacing w:after="0" w:line="240" w:lineRule="auto"/>
        <w:rPr>
          <w:rFonts w:ascii="Times New Roman" w:hAnsi="Times New Roman" w:cs="Times New Roman"/>
        </w:rPr>
      </w:pPr>
    </w:p>
    <w:p w14:paraId="3EA778E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9. Ders: BES 112 - Beslenme Antropolojisi</w:t>
      </w:r>
    </w:p>
    <w:p w14:paraId="39D677A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B1D16E0" w14:textId="77777777">
        <w:trPr>
          <w:jc w:val="center"/>
        </w:trPr>
        <w:tc>
          <w:tcPr>
            <w:tcW w:w="3120" w:type="dxa"/>
            <w:shd w:val="clear" w:color="auto" w:fill="1F4E79"/>
            <w:tcMar>
              <w:top w:w="80" w:type="dxa"/>
              <w:left w:w="120" w:type="dxa"/>
              <w:bottom w:w="80" w:type="dxa"/>
              <w:right w:w="120" w:type="dxa"/>
            </w:tcMar>
          </w:tcPr>
          <w:p w14:paraId="73BA43C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BC6DC8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707A3A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50FFD0E9" w14:textId="77777777">
        <w:trPr>
          <w:jc w:val="center"/>
        </w:trPr>
        <w:tc>
          <w:tcPr>
            <w:tcW w:w="3120" w:type="dxa"/>
            <w:shd w:val="clear" w:color="auto" w:fill="F9FAFB"/>
            <w:tcMar>
              <w:top w:w="60" w:type="dxa"/>
              <w:left w:w="120" w:type="dxa"/>
              <w:bottom w:w="60" w:type="dxa"/>
              <w:right w:w="120" w:type="dxa"/>
            </w:tcMar>
          </w:tcPr>
          <w:p w14:paraId="560382D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FBF487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484D1A8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3,05</w:t>
            </w:r>
          </w:p>
        </w:tc>
      </w:tr>
      <w:tr w:rsidR="00A92924" w:rsidRPr="008E77DA" w14:paraId="2235973D" w14:textId="77777777">
        <w:trPr>
          <w:jc w:val="center"/>
        </w:trPr>
        <w:tc>
          <w:tcPr>
            <w:tcW w:w="3120" w:type="dxa"/>
            <w:shd w:val="clear" w:color="auto" w:fill="FFFFFF"/>
            <w:tcMar>
              <w:top w:w="60" w:type="dxa"/>
              <w:left w:w="120" w:type="dxa"/>
              <w:bottom w:w="60" w:type="dxa"/>
              <w:right w:w="120" w:type="dxa"/>
            </w:tcMar>
          </w:tcPr>
          <w:p w14:paraId="00FE5E0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968FA4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0B56F65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A92924" w:rsidRPr="008E77DA" w14:paraId="37CCA003" w14:textId="77777777">
        <w:trPr>
          <w:jc w:val="center"/>
        </w:trPr>
        <w:tc>
          <w:tcPr>
            <w:tcW w:w="3120" w:type="dxa"/>
            <w:shd w:val="clear" w:color="auto" w:fill="F9FAFB"/>
            <w:tcMar>
              <w:top w:w="60" w:type="dxa"/>
              <w:left w:w="120" w:type="dxa"/>
              <w:bottom w:w="60" w:type="dxa"/>
              <w:right w:w="120" w:type="dxa"/>
            </w:tcMar>
          </w:tcPr>
          <w:p w14:paraId="7CF7D00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9F3B63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25A14B2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3,05</w:t>
            </w:r>
          </w:p>
        </w:tc>
      </w:tr>
      <w:tr w:rsidR="00A92924" w:rsidRPr="008E77DA" w14:paraId="77AF7171" w14:textId="77777777">
        <w:trPr>
          <w:jc w:val="center"/>
        </w:trPr>
        <w:tc>
          <w:tcPr>
            <w:tcW w:w="3120" w:type="dxa"/>
            <w:shd w:val="clear" w:color="auto" w:fill="FFFFFF"/>
            <w:tcMar>
              <w:top w:w="60" w:type="dxa"/>
              <w:left w:w="120" w:type="dxa"/>
              <w:bottom w:w="60" w:type="dxa"/>
              <w:right w:w="120" w:type="dxa"/>
            </w:tcMar>
          </w:tcPr>
          <w:p w14:paraId="4023573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6D51DA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58DED57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3,10</w:t>
            </w:r>
          </w:p>
        </w:tc>
      </w:tr>
    </w:tbl>
    <w:p w14:paraId="20A005FF" w14:textId="77777777" w:rsidR="00A92924" w:rsidRPr="008E77DA" w:rsidRDefault="00A92924" w:rsidP="008E77DA">
      <w:pPr>
        <w:spacing w:after="0" w:line="240" w:lineRule="auto"/>
        <w:rPr>
          <w:rFonts w:ascii="Times New Roman" w:hAnsi="Times New Roman" w:cs="Times New Roman"/>
        </w:rPr>
      </w:pPr>
    </w:p>
    <w:p w14:paraId="3612CA8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430914F0" w14:textId="77777777">
        <w:trPr>
          <w:jc w:val="center"/>
        </w:trPr>
        <w:tc>
          <w:tcPr>
            <w:tcW w:w="4680" w:type="dxa"/>
            <w:shd w:val="clear" w:color="auto" w:fill="1F4E79"/>
            <w:tcMar>
              <w:top w:w="80" w:type="dxa"/>
              <w:left w:w="120" w:type="dxa"/>
              <w:bottom w:w="80" w:type="dxa"/>
              <w:right w:w="120" w:type="dxa"/>
            </w:tcMar>
          </w:tcPr>
          <w:p w14:paraId="09F13E9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06FA152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08727DE6" w14:textId="77777777">
        <w:trPr>
          <w:jc w:val="center"/>
        </w:trPr>
        <w:tc>
          <w:tcPr>
            <w:tcW w:w="4680" w:type="dxa"/>
            <w:shd w:val="clear" w:color="auto" w:fill="F9FAFB"/>
            <w:tcMar>
              <w:top w:w="60" w:type="dxa"/>
              <w:left w:w="120" w:type="dxa"/>
              <w:bottom w:w="60" w:type="dxa"/>
              <w:right w:w="120" w:type="dxa"/>
            </w:tcMar>
          </w:tcPr>
          <w:p w14:paraId="4E750A6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7B1C519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2,19 saat</w:t>
            </w:r>
          </w:p>
        </w:tc>
      </w:tr>
      <w:tr w:rsidR="00A92924" w:rsidRPr="008E77DA" w14:paraId="5280DDA9" w14:textId="77777777">
        <w:trPr>
          <w:jc w:val="center"/>
        </w:trPr>
        <w:tc>
          <w:tcPr>
            <w:tcW w:w="4680" w:type="dxa"/>
            <w:shd w:val="clear" w:color="auto" w:fill="FFFFFF"/>
            <w:tcMar>
              <w:top w:w="60" w:type="dxa"/>
              <w:left w:w="120" w:type="dxa"/>
              <w:bottom w:w="60" w:type="dxa"/>
              <w:right w:w="120" w:type="dxa"/>
            </w:tcMar>
          </w:tcPr>
          <w:p w14:paraId="2B54A00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688BB3E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2,38 saat</w:t>
            </w:r>
          </w:p>
        </w:tc>
      </w:tr>
      <w:tr w:rsidR="00A92924" w:rsidRPr="008E77DA" w14:paraId="7CB8B170" w14:textId="77777777">
        <w:trPr>
          <w:jc w:val="center"/>
        </w:trPr>
        <w:tc>
          <w:tcPr>
            <w:tcW w:w="4680" w:type="dxa"/>
            <w:shd w:val="clear" w:color="auto" w:fill="F9FAFB"/>
            <w:tcMar>
              <w:top w:w="60" w:type="dxa"/>
              <w:left w:w="120" w:type="dxa"/>
              <w:bottom w:w="60" w:type="dxa"/>
              <w:right w:w="120" w:type="dxa"/>
            </w:tcMar>
          </w:tcPr>
          <w:p w14:paraId="34C4803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7176FC4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0,76 saat</w:t>
            </w:r>
          </w:p>
        </w:tc>
      </w:tr>
      <w:tr w:rsidR="00A92924" w:rsidRPr="008E77DA" w14:paraId="1089F0C3" w14:textId="77777777">
        <w:trPr>
          <w:jc w:val="center"/>
        </w:trPr>
        <w:tc>
          <w:tcPr>
            <w:tcW w:w="4680" w:type="dxa"/>
            <w:shd w:val="clear" w:color="auto" w:fill="FFFFFF"/>
            <w:tcMar>
              <w:top w:w="60" w:type="dxa"/>
              <w:left w:w="120" w:type="dxa"/>
              <w:bottom w:w="60" w:type="dxa"/>
              <w:right w:w="120" w:type="dxa"/>
            </w:tcMar>
          </w:tcPr>
          <w:p w14:paraId="547C15E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37609D9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0,90 saat</w:t>
            </w:r>
          </w:p>
        </w:tc>
      </w:tr>
      <w:tr w:rsidR="00A92924" w:rsidRPr="008E77DA" w14:paraId="7FE88073" w14:textId="77777777">
        <w:trPr>
          <w:jc w:val="center"/>
        </w:trPr>
        <w:tc>
          <w:tcPr>
            <w:tcW w:w="4680" w:type="dxa"/>
            <w:shd w:val="clear" w:color="auto" w:fill="F9FAFB"/>
            <w:tcMar>
              <w:top w:w="60" w:type="dxa"/>
              <w:left w:w="120" w:type="dxa"/>
              <w:bottom w:w="60" w:type="dxa"/>
              <w:right w:w="120" w:type="dxa"/>
            </w:tcMar>
          </w:tcPr>
          <w:p w14:paraId="16E632F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183D3A0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3,06 saat</w:t>
            </w:r>
          </w:p>
        </w:tc>
      </w:tr>
      <w:tr w:rsidR="00A92924" w:rsidRPr="008E77DA" w14:paraId="45E6557B" w14:textId="77777777">
        <w:trPr>
          <w:jc w:val="center"/>
        </w:trPr>
        <w:tc>
          <w:tcPr>
            <w:tcW w:w="4680" w:type="dxa"/>
            <w:shd w:val="clear" w:color="auto" w:fill="FFFFFF"/>
            <w:tcMar>
              <w:top w:w="60" w:type="dxa"/>
              <w:left w:w="120" w:type="dxa"/>
              <w:bottom w:w="60" w:type="dxa"/>
              <w:right w:w="120" w:type="dxa"/>
            </w:tcMar>
          </w:tcPr>
          <w:p w14:paraId="1594AE6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03F4156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0,62 saat</w:t>
            </w:r>
          </w:p>
        </w:tc>
      </w:tr>
      <w:tr w:rsidR="00A92924" w:rsidRPr="008E77DA" w14:paraId="6EA8B10C" w14:textId="77777777">
        <w:trPr>
          <w:jc w:val="center"/>
        </w:trPr>
        <w:tc>
          <w:tcPr>
            <w:tcW w:w="4680" w:type="dxa"/>
            <w:shd w:val="clear" w:color="auto" w:fill="F9FAFB"/>
            <w:tcMar>
              <w:top w:w="60" w:type="dxa"/>
              <w:left w:w="120" w:type="dxa"/>
              <w:bottom w:w="60" w:type="dxa"/>
              <w:right w:w="120" w:type="dxa"/>
            </w:tcMar>
          </w:tcPr>
          <w:p w14:paraId="306A1E9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72241E3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0,05 saat</w:t>
            </w:r>
          </w:p>
        </w:tc>
      </w:tr>
      <w:tr w:rsidR="00A92924" w:rsidRPr="008E77DA" w14:paraId="092DEF7C" w14:textId="77777777">
        <w:trPr>
          <w:jc w:val="center"/>
        </w:trPr>
        <w:tc>
          <w:tcPr>
            <w:tcW w:w="4680" w:type="dxa"/>
            <w:shd w:val="clear" w:color="auto" w:fill="FFFFFF"/>
            <w:tcMar>
              <w:top w:w="60" w:type="dxa"/>
              <w:left w:w="120" w:type="dxa"/>
              <w:bottom w:w="60" w:type="dxa"/>
              <w:right w:w="120" w:type="dxa"/>
            </w:tcMar>
          </w:tcPr>
          <w:p w14:paraId="589CFDB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19BD2B2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3,26 saat</w:t>
            </w:r>
          </w:p>
        </w:tc>
      </w:tr>
    </w:tbl>
    <w:p w14:paraId="424919E0" w14:textId="77777777" w:rsidR="00A92924" w:rsidRPr="008E77DA" w:rsidRDefault="00A92924" w:rsidP="008E77DA">
      <w:pPr>
        <w:spacing w:after="0" w:line="240" w:lineRule="auto"/>
        <w:rPr>
          <w:rFonts w:ascii="Times New Roman" w:hAnsi="Times New Roman" w:cs="Times New Roman"/>
        </w:rPr>
      </w:pPr>
    </w:p>
    <w:p w14:paraId="0972783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lastRenderedPageBreak/>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D8B1831" w14:textId="77777777">
        <w:trPr>
          <w:jc w:val="center"/>
        </w:trPr>
        <w:tc>
          <w:tcPr>
            <w:tcW w:w="3120" w:type="dxa"/>
            <w:shd w:val="clear" w:color="auto" w:fill="1F4E79"/>
            <w:tcMar>
              <w:top w:w="80" w:type="dxa"/>
              <w:left w:w="120" w:type="dxa"/>
              <w:bottom w:w="80" w:type="dxa"/>
              <w:right w:w="120" w:type="dxa"/>
            </w:tcMar>
          </w:tcPr>
          <w:p w14:paraId="0779FD7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DFE90C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A042EF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0F279A05" w14:textId="77777777">
        <w:trPr>
          <w:jc w:val="center"/>
        </w:trPr>
        <w:tc>
          <w:tcPr>
            <w:tcW w:w="3120" w:type="dxa"/>
            <w:shd w:val="clear" w:color="auto" w:fill="F9FAFB"/>
            <w:tcMar>
              <w:top w:w="60" w:type="dxa"/>
              <w:left w:w="120" w:type="dxa"/>
              <w:bottom w:w="60" w:type="dxa"/>
              <w:right w:w="120" w:type="dxa"/>
            </w:tcMar>
          </w:tcPr>
          <w:p w14:paraId="0C2BF4C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0D5B56F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0424B45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4,52</w:t>
            </w:r>
          </w:p>
        </w:tc>
      </w:tr>
      <w:tr w:rsidR="00A92924" w:rsidRPr="008E77DA" w14:paraId="2CC67959" w14:textId="77777777">
        <w:trPr>
          <w:jc w:val="center"/>
        </w:trPr>
        <w:tc>
          <w:tcPr>
            <w:tcW w:w="3120" w:type="dxa"/>
            <w:shd w:val="clear" w:color="auto" w:fill="FFFFFF"/>
            <w:tcMar>
              <w:top w:w="60" w:type="dxa"/>
              <w:left w:w="120" w:type="dxa"/>
              <w:bottom w:w="60" w:type="dxa"/>
              <w:right w:w="120" w:type="dxa"/>
            </w:tcMar>
          </w:tcPr>
          <w:p w14:paraId="7D4C639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7694A2E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3F39F05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4,38</w:t>
            </w:r>
          </w:p>
        </w:tc>
      </w:tr>
      <w:tr w:rsidR="00A92924" w:rsidRPr="008E77DA" w14:paraId="6D95329A" w14:textId="77777777">
        <w:trPr>
          <w:jc w:val="center"/>
        </w:trPr>
        <w:tc>
          <w:tcPr>
            <w:tcW w:w="3120" w:type="dxa"/>
            <w:shd w:val="clear" w:color="auto" w:fill="F9FAFB"/>
            <w:tcMar>
              <w:top w:w="60" w:type="dxa"/>
              <w:left w:w="120" w:type="dxa"/>
              <w:bottom w:w="60" w:type="dxa"/>
              <w:right w:w="120" w:type="dxa"/>
            </w:tcMar>
          </w:tcPr>
          <w:p w14:paraId="552A1E3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BD586A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599CC09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4,38</w:t>
            </w:r>
          </w:p>
        </w:tc>
      </w:tr>
      <w:tr w:rsidR="00A92924" w:rsidRPr="008E77DA" w14:paraId="11B8CFF3" w14:textId="77777777">
        <w:trPr>
          <w:jc w:val="center"/>
        </w:trPr>
        <w:tc>
          <w:tcPr>
            <w:tcW w:w="3120" w:type="dxa"/>
            <w:shd w:val="clear" w:color="auto" w:fill="FFFFFF"/>
            <w:tcMar>
              <w:top w:w="60" w:type="dxa"/>
              <w:left w:w="120" w:type="dxa"/>
              <w:bottom w:w="60" w:type="dxa"/>
              <w:right w:w="120" w:type="dxa"/>
            </w:tcMar>
          </w:tcPr>
          <w:p w14:paraId="0FC31E4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B6E609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647C5AE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4,14</w:t>
            </w:r>
          </w:p>
        </w:tc>
      </w:tr>
      <w:tr w:rsidR="00A92924" w:rsidRPr="008E77DA" w14:paraId="67484C62" w14:textId="77777777">
        <w:trPr>
          <w:jc w:val="center"/>
        </w:trPr>
        <w:tc>
          <w:tcPr>
            <w:tcW w:w="3120" w:type="dxa"/>
            <w:shd w:val="clear" w:color="auto" w:fill="F9FAFB"/>
            <w:tcMar>
              <w:top w:w="60" w:type="dxa"/>
              <w:left w:w="120" w:type="dxa"/>
              <w:bottom w:w="60" w:type="dxa"/>
              <w:right w:w="120" w:type="dxa"/>
            </w:tcMar>
          </w:tcPr>
          <w:p w14:paraId="7A0E6A4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161101B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257A7E3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3,76</w:t>
            </w:r>
          </w:p>
        </w:tc>
      </w:tr>
      <w:tr w:rsidR="00A92924" w:rsidRPr="008E77DA" w14:paraId="55CFF5EC" w14:textId="77777777">
        <w:trPr>
          <w:jc w:val="center"/>
        </w:trPr>
        <w:tc>
          <w:tcPr>
            <w:tcW w:w="3120" w:type="dxa"/>
            <w:shd w:val="clear" w:color="auto" w:fill="FFFFFF"/>
            <w:tcMar>
              <w:top w:w="60" w:type="dxa"/>
              <w:left w:w="120" w:type="dxa"/>
              <w:bottom w:w="60" w:type="dxa"/>
              <w:right w:w="120" w:type="dxa"/>
            </w:tcMar>
          </w:tcPr>
          <w:p w14:paraId="5BA72DF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379BE2F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725F872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3,62</w:t>
            </w:r>
          </w:p>
        </w:tc>
      </w:tr>
      <w:tr w:rsidR="00A92924" w:rsidRPr="008E77DA" w14:paraId="3847C051" w14:textId="77777777">
        <w:trPr>
          <w:jc w:val="center"/>
        </w:trPr>
        <w:tc>
          <w:tcPr>
            <w:tcW w:w="3120" w:type="dxa"/>
            <w:shd w:val="clear" w:color="auto" w:fill="F9FAFB"/>
            <w:tcMar>
              <w:top w:w="60" w:type="dxa"/>
              <w:left w:w="120" w:type="dxa"/>
              <w:bottom w:w="60" w:type="dxa"/>
              <w:right w:w="120" w:type="dxa"/>
            </w:tcMar>
          </w:tcPr>
          <w:p w14:paraId="261A3F2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57F625B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1910E5A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r w:rsidR="00A92924" w:rsidRPr="008E77DA" w14:paraId="336F9FB3" w14:textId="77777777">
        <w:trPr>
          <w:jc w:val="center"/>
        </w:trPr>
        <w:tc>
          <w:tcPr>
            <w:tcW w:w="3120" w:type="dxa"/>
            <w:shd w:val="clear" w:color="auto" w:fill="FFFFFF"/>
            <w:tcMar>
              <w:top w:w="60" w:type="dxa"/>
              <w:left w:w="120" w:type="dxa"/>
              <w:bottom w:w="60" w:type="dxa"/>
              <w:right w:w="120" w:type="dxa"/>
            </w:tcMar>
          </w:tcPr>
          <w:p w14:paraId="33A9AC2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0F3F48D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09DB0C3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3,14</w:t>
            </w:r>
          </w:p>
        </w:tc>
      </w:tr>
      <w:tr w:rsidR="00A92924" w:rsidRPr="008E77DA" w14:paraId="244EAD85" w14:textId="77777777">
        <w:trPr>
          <w:jc w:val="center"/>
        </w:trPr>
        <w:tc>
          <w:tcPr>
            <w:tcW w:w="3120" w:type="dxa"/>
            <w:shd w:val="clear" w:color="auto" w:fill="F9FAFB"/>
            <w:tcMar>
              <w:top w:w="60" w:type="dxa"/>
              <w:left w:w="120" w:type="dxa"/>
              <w:bottom w:w="60" w:type="dxa"/>
              <w:right w:w="120" w:type="dxa"/>
            </w:tcMar>
          </w:tcPr>
          <w:p w14:paraId="5C4E5F1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45A2864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0706A0A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3,24</w:t>
            </w:r>
          </w:p>
        </w:tc>
      </w:tr>
      <w:tr w:rsidR="00A92924" w:rsidRPr="008E77DA" w14:paraId="70334DA8" w14:textId="77777777">
        <w:trPr>
          <w:jc w:val="center"/>
        </w:trPr>
        <w:tc>
          <w:tcPr>
            <w:tcW w:w="3120" w:type="dxa"/>
            <w:shd w:val="clear" w:color="auto" w:fill="FFFFFF"/>
            <w:tcMar>
              <w:top w:w="60" w:type="dxa"/>
              <w:left w:w="120" w:type="dxa"/>
              <w:bottom w:w="60" w:type="dxa"/>
              <w:right w:w="120" w:type="dxa"/>
            </w:tcMar>
          </w:tcPr>
          <w:p w14:paraId="7963824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798A027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3E8E327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3,57</w:t>
            </w:r>
          </w:p>
        </w:tc>
      </w:tr>
      <w:tr w:rsidR="00A92924" w:rsidRPr="008E77DA" w14:paraId="309A8234" w14:textId="77777777">
        <w:trPr>
          <w:jc w:val="center"/>
        </w:trPr>
        <w:tc>
          <w:tcPr>
            <w:tcW w:w="3120" w:type="dxa"/>
            <w:shd w:val="clear" w:color="auto" w:fill="F9FAFB"/>
            <w:tcMar>
              <w:top w:w="60" w:type="dxa"/>
              <w:left w:w="120" w:type="dxa"/>
              <w:bottom w:w="60" w:type="dxa"/>
              <w:right w:w="120" w:type="dxa"/>
            </w:tcMar>
          </w:tcPr>
          <w:p w14:paraId="7B370FF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0A6CE40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0E74C44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3,81</w:t>
            </w:r>
          </w:p>
        </w:tc>
      </w:tr>
      <w:tr w:rsidR="00A92924" w:rsidRPr="008E77DA" w14:paraId="5DA2F961" w14:textId="77777777">
        <w:trPr>
          <w:jc w:val="center"/>
        </w:trPr>
        <w:tc>
          <w:tcPr>
            <w:tcW w:w="3120" w:type="dxa"/>
            <w:shd w:val="clear" w:color="auto" w:fill="FFFFFF"/>
            <w:tcMar>
              <w:top w:w="60" w:type="dxa"/>
              <w:left w:w="120" w:type="dxa"/>
              <w:bottom w:w="60" w:type="dxa"/>
              <w:right w:w="120" w:type="dxa"/>
            </w:tcMar>
          </w:tcPr>
          <w:p w14:paraId="3281D76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3A30CA4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7CCCF36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3,95</w:t>
            </w:r>
          </w:p>
        </w:tc>
      </w:tr>
      <w:tr w:rsidR="00A92924" w:rsidRPr="008E77DA" w14:paraId="2D6B95B0" w14:textId="77777777">
        <w:trPr>
          <w:jc w:val="center"/>
        </w:trPr>
        <w:tc>
          <w:tcPr>
            <w:tcW w:w="3120" w:type="dxa"/>
            <w:shd w:val="clear" w:color="auto" w:fill="F9FAFB"/>
            <w:tcMar>
              <w:top w:w="60" w:type="dxa"/>
              <w:left w:w="120" w:type="dxa"/>
              <w:bottom w:w="60" w:type="dxa"/>
              <w:right w:w="120" w:type="dxa"/>
            </w:tcMar>
          </w:tcPr>
          <w:p w14:paraId="5045F05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26229F0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193BFD2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3,05</w:t>
            </w:r>
          </w:p>
        </w:tc>
      </w:tr>
      <w:tr w:rsidR="00A92924" w:rsidRPr="008E77DA" w14:paraId="3B2FEE22" w14:textId="77777777">
        <w:trPr>
          <w:jc w:val="center"/>
        </w:trPr>
        <w:tc>
          <w:tcPr>
            <w:tcW w:w="3120" w:type="dxa"/>
            <w:shd w:val="clear" w:color="auto" w:fill="FFFFFF"/>
            <w:tcMar>
              <w:top w:w="60" w:type="dxa"/>
              <w:left w:w="120" w:type="dxa"/>
              <w:bottom w:w="60" w:type="dxa"/>
              <w:right w:w="120" w:type="dxa"/>
            </w:tcMar>
          </w:tcPr>
          <w:p w14:paraId="135A569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0BB85D3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3ADC943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3,10</w:t>
            </w:r>
          </w:p>
        </w:tc>
      </w:tr>
    </w:tbl>
    <w:p w14:paraId="38CF5F80" w14:textId="77777777" w:rsidR="00A92924" w:rsidRPr="008E77DA" w:rsidRDefault="00A92924" w:rsidP="008E77DA">
      <w:pPr>
        <w:spacing w:after="0" w:line="240" w:lineRule="auto"/>
        <w:rPr>
          <w:rFonts w:ascii="Times New Roman" w:hAnsi="Times New Roman" w:cs="Times New Roman"/>
        </w:rPr>
      </w:pPr>
    </w:p>
    <w:p w14:paraId="068F807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39DB1539" w14:textId="77777777">
        <w:trPr>
          <w:jc w:val="center"/>
        </w:trPr>
        <w:tc>
          <w:tcPr>
            <w:tcW w:w="3120" w:type="dxa"/>
            <w:shd w:val="clear" w:color="auto" w:fill="1F4E79"/>
            <w:tcMar>
              <w:top w:w="80" w:type="dxa"/>
              <w:left w:w="120" w:type="dxa"/>
              <w:bottom w:w="80" w:type="dxa"/>
              <w:right w:w="120" w:type="dxa"/>
            </w:tcMar>
          </w:tcPr>
          <w:p w14:paraId="4A408D0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96F350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A527EE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5983A587" w14:textId="77777777">
        <w:trPr>
          <w:jc w:val="center"/>
        </w:trPr>
        <w:tc>
          <w:tcPr>
            <w:tcW w:w="3120" w:type="dxa"/>
            <w:shd w:val="clear" w:color="auto" w:fill="F9FAFB"/>
            <w:tcMar>
              <w:top w:w="60" w:type="dxa"/>
              <w:left w:w="120" w:type="dxa"/>
              <w:bottom w:w="60" w:type="dxa"/>
              <w:right w:w="120" w:type="dxa"/>
            </w:tcMar>
          </w:tcPr>
          <w:p w14:paraId="24C9F31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72807D5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465582B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3,43</w:t>
            </w:r>
          </w:p>
        </w:tc>
      </w:tr>
      <w:tr w:rsidR="00A92924" w:rsidRPr="008E77DA" w14:paraId="4DC9822D" w14:textId="77777777">
        <w:trPr>
          <w:jc w:val="center"/>
        </w:trPr>
        <w:tc>
          <w:tcPr>
            <w:tcW w:w="3120" w:type="dxa"/>
            <w:shd w:val="clear" w:color="auto" w:fill="FFFFFF"/>
            <w:tcMar>
              <w:top w:w="60" w:type="dxa"/>
              <w:left w:w="120" w:type="dxa"/>
              <w:bottom w:w="60" w:type="dxa"/>
              <w:right w:w="120" w:type="dxa"/>
            </w:tcMar>
          </w:tcPr>
          <w:p w14:paraId="2A72151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75A0068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1726FD2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2D898656" w14:textId="77777777">
        <w:trPr>
          <w:jc w:val="center"/>
        </w:trPr>
        <w:tc>
          <w:tcPr>
            <w:tcW w:w="3120" w:type="dxa"/>
            <w:shd w:val="clear" w:color="auto" w:fill="F9FAFB"/>
            <w:tcMar>
              <w:top w:w="60" w:type="dxa"/>
              <w:left w:w="120" w:type="dxa"/>
              <w:bottom w:w="60" w:type="dxa"/>
              <w:right w:w="120" w:type="dxa"/>
            </w:tcMar>
          </w:tcPr>
          <w:p w14:paraId="4693D21D"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FF06D3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359B9AA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3,52</w:t>
            </w:r>
          </w:p>
        </w:tc>
      </w:tr>
      <w:tr w:rsidR="00A92924" w:rsidRPr="008E77DA" w14:paraId="3EDD8E6C" w14:textId="77777777">
        <w:trPr>
          <w:jc w:val="center"/>
        </w:trPr>
        <w:tc>
          <w:tcPr>
            <w:tcW w:w="3120" w:type="dxa"/>
            <w:shd w:val="clear" w:color="auto" w:fill="FFFFFF"/>
            <w:tcMar>
              <w:top w:w="60" w:type="dxa"/>
              <w:left w:w="120" w:type="dxa"/>
              <w:bottom w:w="60" w:type="dxa"/>
              <w:right w:w="120" w:type="dxa"/>
            </w:tcMar>
          </w:tcPr>
          <w:p w14:paraId="0FF3608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06CA888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22E4CEC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3,10</w:t>
            </w:r>
          </w:p>
        </w:tc>
      </w:tr>
      <w:tr w:rsidR="00A92924" w:rsidRPr="008E77DA" w14:paraId="56D132F8" w14:textId="77777777">
        <w:trPr>
          <w:jc w:val="center"/>
        </w:trPr>
        <w:tc>
          <w:tcPr>
            <w:tcW w:w="3120" w:type="dxa"/>
            <w:shd w:val="clear" w:color="auto" w:fill="F9FAFB"/>
            <w:tcMar>
              <w:top w:w="60" w:type="dxa"/>
              <w:left w:w="120" w:type="dxa"/>
              <w:bottom w:w="60" w:type="dxa"/>
              <w:right w:w="120" w:type="dxa"/>
            </w:tcMar>
          </w:tcPr>
          <w:p w14:paraId="54AD8ED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214CA9A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1514B78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3,67</w:t>
            </w:r>
          </w:p>
        </w:tc>
      </w:tr>
    </w:tbl>
    <w:p w14:paraId="329D4323" w14:textId="77777777" w:rsidR="00A92924" w:rsidRPr="008E77DA" w:rsidRDefault="00A92924" w:rsidP="008E77DA">
      <w:pPr>
        <w:spacing w:after="0" w:line="240" w:lineRule="auto"/>
        <w:rPr>
          <w:rFonts w:ascii="Times New Roman" w:hAnsi="Times New Roman" w:cs="Times New Roman"/>
        </w:rPr>
      </w:pPr>
    </w:p>
    <w:p w14:paraId="562576E5" w14:textId="77777777" w:rsidR="00A92924" w:rsidRPr="008E77DA" w:rsidRDefault="00A92924" w:rsidP="008E77DA">
      <w:pPr>
        <w:spacing w:after="0" w:line="240" w:lineRule="auto"/>
        <w:rPr>
          <w:rFonts w:ascii="Times New Roman" w:hAnsi="Times New Roman" w:cs="Times New Roman"/>
        </w:rPr>
      </w:pPr>
    </w:p>
    <w:p w14:paraId="764F1F9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10. Ders: BES 113 - Beslenme İlkeleri I</w:t>
      </w:r>
    </w:p>
    <w:p w14:paraId="547B82A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3E222C74" w14:textId="77777777">
        <w:trPr>
          <w:jc w:val="center"/>
        </w:trPr>
        <w:tc>
          <w:tcPr>
            <w:tcW w:w="3120" w:type="dxa"/>
            <w:shd w:val="clear" w:color="auto" w:fill="1F4E79"/>
            <w:tcMar>
              <w:top w:w="80" w:type="dxa"/>
              <w:left w:w="120" w:type="dxa"/>
              <w:bottom w:w="80" w:type="dxa"/>
              <w:right w:w="120" w:type="dxa"/>
            </w:tcMar>
          </w:tcPr>
          <w:p w14:paraId="21500D5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171BD5AA"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1E08A3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45E9959B" w14:textId="77777777">
        <w:trPr>
          <w:jc w:val="center"/>
        </w:trPr>
        <w:tc>
          <w:tcPr>
            <w:tcW w:w="3120" w:type="dxa"/>
            <w:shd w:val="clear" w:color="auto" w:fill="F9FAFB"/>
            <w:tcMar>
              <w:top w:w="60" w:type="dxa"/>
              <w:left w:w="120" w:type="dxa"/>
              <w:bottom w:w="60" w:type="dxa"/>
              <w:right w:w="120" w:type="dxa"/>
            </w:tcMar>
          </w:tcPr>
          <w:p w14:paraId="40102FE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809F7D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417523C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4,57</w:t>
            </w:r>
          </w:p>
        </w:tc>
      </w:tr>
      <w:tr w:rsidR="00A92924" w:rsidRPr="008E77DA" w14:paraId="226E464D" w14:textId="77777777">
        <w:trPr>
          <w:jc w:val="center"/>
        </w:trPr>
        <w:tc>
          <w:tcPr>
            <w:tcW w:w="3120" w:type="dxa"/>
            <w:shd w:val="clear" w:color="auto" w:fill="FFFFFF"/>
            <w:tcMar>
              <w:top w:w="60" w:type="dxa"/>
              <w:left w:w="120" w:type="dxa"/>
              <w:bottom w:w="60" w:type="dxa"/>
              <w:right w:w="120" w:type="dxa"/>
            </w:tcMar>
          </w:tcPr>
          <w:p w14:paraId="2D1D23C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1F1E27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478A5F1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A92924" w:rsidRPr="008E77DA" w14:paraId="338D4D1B" w14:textId="77777777">
        <w:trPr>
          <w:jc w:val="center"/>
        </w:trPr>
        <w:tc>
          <w:tcPr>
            <w:tcW w:w="3120" w:type="dxa"/>
            <w:shd w:val="clear" w:color="auto" w:fill="F9FAFB"/>
            <w:tcMar>
              <w:top w:w="60" w:type="dxa"/>
              <w:left w:w="120" w:type="dxa"/>
              <w:bottom w:w="60" w:type="dxa"/>
              <w:right w:w="120" w:type="dxa"/>
            </w:tcMar>
          </w:tcPr>
          <w:p w14:paraId="7B8BCF1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D956EE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28CBF54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A92924" w:rsidRPr="008E77DA" w14:paraId="5CBFC80C" w14:textId="77777777">
        <w:trPr>
          <w:jc w:val="center"/>
        </w:trPr>
        <w:tc>
          <w:tcPr>
            <w:tcW w:w="3120" w:type="dxa"/>
            <w:shd w:val="clear" w:color="auto" w:fill="FFFFFF"/>
            <w:tcMar>
              <w:top w:w="60" w:type="dxa"/>
              <w:left w:w="120" w:type="dxa"/>
              <w:bottom w:w="60" w:type="dxa"/>
              <w:right w:w="120" w:type="dxa"/>
            </w:tcMar>
          </w:tcPr>
          <w:p w14:paraId="4ED3D40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F792A5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565A2EB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4,36</w:t>
            </w:r>
          </w:p>
        </w:tc>
      </w:tr>
    </w:tbl>
    <w:p w14:paraId="446A67D3" w14:textId="77777777" w:rsidR="00A92924" w:rsidRPr="008E77DA" w:rsidRDefault="00A92924" w:rsidP="008E77DA">
      <w:pPr>
        <w:spacing w:after="0" w:line="240" w:lineRule="auto"/>
        <w:rPr>
          <w:rFonts w:ascii="Times New Roman" w:hAnsi="Times New Roman" w:cs="Times New Roman"/>
        </w:rPr>
      </w:pPr>
    </w:p>
    <w:p w14:paraId="411DDFF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A92924" w:rsidRPr="008E77DA" w14:paraId="43546388" w14:textId="77777777">
        <w:trPr>
          <w:jc w:val="center"/>
        </w:trPr>
        <w:tc>
          <w:tcPr>
            <w:tcW w:w="4680" w:type="dxa"/>
            <w:shd w:val="clear" w:color="auto" w:fill="1F4E79"/>
            <w:tcMar>
              <w:top w:w="80" w:type="dxa"/>
              <w:left w:w="120" w:type="dxa"/>
              <w:bottom w:w="80" w:type="dxa"/>
              <w:right w:w="120" w:type="dxa"/>
            </w:tcMar>
          </w:tcPr>
          <w:p w14:paraId="3226108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7954BFF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A92924" w:rsidRPr="008E77DA" w14:paraId="3E81C22F" w14:textId="77777777">
        <w:trPr>
          <w:jc w:val="center"/>
        </w:trPr>
        <w:tc>
          <w:tcPr>
            <w:tcW w:w="4680" w:type="dxa"/>
            <w:shd w:val="clear" w:color="auto" w:fill="F9FAFB"/>
            <w:tcMar>
              <w:top w:w="60" w:type="dxa"/>
              <w:left w:w="120" w:type="dxa"/>
              <w:bottom w:w="60" w:type="dxa"/>
              <w:right w:w="120" w:type="dxa"/>
            </w:tcMar>
          </w:tcPr>
          <w:p w14:paraId="177B304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6BF8AFE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3,14 saat</w:t>
            </w:r>
          </w:p>
        </w:tc>
      </w:tr>
      <w:tr w:rsidR="00A92924" w:rsidRPr="008E77DA" w14:paraId="4D055BA7" w14:textId="77777777">
        <w:trPr>
          <w:jc w:val="center"/>
        </w:trPr>
        <w:tc>
          <w:tcPr>
            <w:tcW w:w="4680" w:type="dxa"/>
            <w:shd w:val="clear" w:color="auto" w:fill="FFFFFF"/>
            <w:tcMar>
              <w:top w:w="60" w:type="dxa"/>
              <w:left w:w="120" w:type="dxa"/>
              <w:bottom w:w="60" w:type="dxa"/>
              <w:right w:w="120" w:type="dxa"/>
            </w:tcMar>
          </w:tcPr>
          <w:p w14:paraId="130349A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002CAD6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 saat</w:t>
            </w:r>
          </w:p>
        </w:tc>
      </w:tr>
      <w:tr w:rsidR="00A92924" w:rsidRPr="008E77DA" w14:paraId="0EF05962" w14:textId="77777777">
        <w:trPr>
          <w:jc w:val="center"/>
        </w:trPr>
        <w:tc>
          <w:tcPr>
            <w:tcW w:w="4680" w:type="dxa"/>
            <w:shd w:val="clear" w:color="auto" w:fill="F9FAFB"/>
            <w:tcMar>
              <w:top w:w="60" w:type="dxa"/>
              <w:left w:w="120" w:type="dxa"/>
              <w:bottom w:w="60" w:type="dxa"/>
              <w:right w:w="120" w:type="dxa"/>
            </w:tcMar>
          </w:tcPr>
          <w:p w14:paraId="6199EC9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6916135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1,64 saat</w:t>
            </w:r>
          </w:p>
        </w:tc>
      </w:tr>
      <w:tr w:rsidR="00A92924" w:rsidRPr="008E77DA" w14:paraId="022B7DDB" w14:textId="77777777">
        <w:trPr>
          <w:jc w:val="center"/>
        </w:trPr>
        <w:tc>
          <w:tcPr>
            <w:tcW w:w="4680" w:type="dxa"/>
            <w:shd w:val="clear" w:color="auto" w:fill="FFFFFF"/>
            <w:tcMar>
              <w:top w:w="60" w:type="dxa"/>
              <w:left w:w="120" w:type="dxa"/>
              <w:bottom w:w="60" w:type="dxa"/>
              <w:right w:w="120" w:type="dxa"/>
            </w:tcMar>
          </w:tcPr>
          <w:p w14:paraId="35A1AC3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16597D6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3,07 saat</w:t>
            </w:r>
          </w:p>
        </w:tc>
      </w:tr>
      <w:tr w:rsidR="00A92924" w:rsidRPr="008E77DA" w14:paraId="49BCDB4E" w14:textId="77777777">
        <w:trPr>
          <w:jc w:val="center"/>
        </w:trPr>
        <w:tc>
          <w:tcPr>
            <w:tcW w:w="4680" w:type="dxa"/>
            <w:shd w:val="clear" w:color="auto" w:fill="F9FAFB"/>
            <w:tcMar>
              <w:top w:w="60" w:type="dxa"/>
              <w:left w:w="120" w:type="dxa"/>
              <w:bottom w:w="60" w:type="dxa"/>
              <w:right w:w="120" w:type="dxa"/>
            </w:tcMar>
          </w:tcPr>
          <w:p w14:paraId="5987F3F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4FA6B6B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5,33 saat</w:t>
            </w:r>
          </w:p>
        </w:tc>
      </w:tr>
      <w:tr w:rsidR="00A92924" w:rsidRPr="008E77DA" w14:paraId="7232C344" w14:textId="77777777">
        <w:trPr>
          <w:jc w:val="center"/>
        </w:trPr>
        <w:tc>
          <w:tcPr>
            <w:tcW w:w="4680" w:type="dxa"/>
            <w:shd w:val="clear" w:color="auto" w:fill="FFFFFF"/>
            <w:tcMar>
              <w:top w:w="60" w:type="dxa"/>
              <w:left w:w="120" w:type="dxa"/>
              <w:bottom w:w="60" w:type="dxa"/>
              <w:right w:w="120" w:type="dxa"/>
            </w:tcMar>
          </w:tcPr>
          <w:p w14:paraId="6D36221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50C6B5A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1,71 saat</w:t>
            </w:r>
          </w:p>
        </w:tc>
      </w:tr>
      <w:tr w:rsidR="00A92924" w:rsidRPr="008E77DA" w14:paraId="6759B9BB" w14:textId="77777777">
        <w:trPr>
          <w:jc w:val="center"/>
        </w:trPr>
        <w:tc>
          <w:tcPr>
            <w:tcW w:w="4680" w:type="dxa"/>
            <w:shd w:val="clear" w:color="auto" w:fill="F9FAFB"/>
            <w:tcMar>
              <w:top w:w="60" w:type="dxa"/>
              <w:left w:w="120" w:type="dxa"/>
              <w:bottom w:w="60" w:type="dxa"/>
              <w:right w:w="120" w:type="dxa"/>
            </w:tcMar>
          </w:tcPr>
          <w:p w14:paraId="207A097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04CA7E3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0,93 saat</w:t>
            </w:r>
          </w:p>
        </w:tc>
      </w:tr>
      <w:tr w:rsidR="00A92924" w:rsidRPr="008E77DA" w14:paraId="443723D2" w14:textId="77777777">
        <w:trPr>
          <w:jc w:val="center"/>
        </w:trPr>
        <w:tc>
          <w:tcPr>
            <w:tcW w:w="4680" w:type="dxa"/>
            <w:shd w:val="clear" w:color="auto" w:fill="FFFFFF"/>
            <w:tcMar>
              <w:top w:w="60" w:type="dxa"/>
              <w:left w:w="120" w:type="dxa"/>
              <w:bottom w:w="60" w:type="dxa"/>
              <w:right w:w="120" w:type="dxa"/>
            </w:tcMar>
          </w:tcPr>
          <w:p w14:paraId="7837376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7954C5D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7,23 saat</w:t>
            </w:r>
          </w:p>
        </w:tc>
      </w:tr>
    </w:tbl>
    <w:p w14:paraId="12661139" w14:textId="77777777" w:rsidR="00A92924" w:rsidRPr="008E77DA" w:rsidRDefault="00A92924" w:rsidP="008E77DA">
      <w:pPr>
        <w:spacing w:after="0" w:line="240" w:lineRule="auto"/>
        <w:rPr>
          <w:rFonts w:ascii="Times New Roman" w:hAnsi="Times New Roman" w:cs="Times New Roman"/>
        </w:rPr>
      </w:pPr>
    </w:p>
    <w:p w14:paraId="70AF7AB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635F4857" w14:textId="77777777">
        <w:trPr>
          <w:jc w:val="center"/>
        </w:trPr>
        <w:tc>
          <w:tcPr>
            <w:tcW w:w="3120" w:type="dxa"/>
            <w:shd w:val="clear" w:color="auto" w:fill="1F4E79"/>
            <w:tcMar>
              <w:top w:w="80" w:type="dxa"/>
              <w:left w:w="120" w:type="dxa"/>
              <w:bottom w:w="80" w:type="dxa"/>
              <w:right w:w="120" w:type="dxa"/>
            </w:tcMar>
          </w:tcPr>
          <w:p w14:paraId="1702C0F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FB2073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BCBC55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71566549" w14:textId="77777777">
        <w:trPr>
          <w:jc w:val="center"/>
        </w:trPr>
        <w:tc>
          <w:tcPr>
            <w:tcW w:w="3120" w:type="dxa"/>
            <w:shd w:val="clear" w:color="auto" w:fill="F9FAFB"/>
            <w:tcMar>
              <w:top w:w="60" w:type="dxa"/>
              <w:left w:w="120" w:type="dxa"/>
              <w:bottom w:w="60" w:type="dxa"/>
              <w:right w:w="120" w:type="dxa"/>
            </w:tcMar>
          </w:tcPr>
          <w:p w14:paraId="59671D5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3DDE72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52FA8F4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671B9029" w14:textId="77777777">
        <w:trPr>
          <w:jc w:val="center"/>
        </w:trPr>
        <w:tc>
          <w:tcPr>
            <w:tcW w:w="3120" w:type="dxa"/>
            <w:shd w:val="clear" w:color="auto" w:fill="FFFFFF"/>
            <w:tcMar>
              <w:top w:w="60" w:type="dxa"/>
              <w:left w:w="120" w:type="dxa"/>
              <w:bottom w:w="60" w:type="dxa"/>
              <w:right w:w="120" w:type="dxa"/>
            </w:tcMar>
          </w:tcPr>
          <w:p w14:paraId="1A7895F6"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F1DBC5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52CEEB0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4,14</w:t>
            </w:r>
          </w:p>
        </w:tc>
      </w:tr>
      <w:tr w:rsidR="00A92924" w:rsidRPr="008E77DA" w14:paraId="2AC9FBF7" w14:textId="77777777">
        <w:trPr>
          <w:jc w:val="center"/>
        </w:trPr>
        <w:tc>
          <w:tcPr>
            <w:tcW w:w="3120" w:type="dxa"/>
            <w:shd w:val="clear" w:color="auto" w:fill="F9FAFB"/>
            <w:tcMar>
              <w:top w:w="60" w:type="dxa"/>
              <w:left w:w="120" w:type="dxa"/>
              <w:bottom w:w="60" w:type="dxa"/>
              <w:right w:w="120" w:type="dxa"/>
            </w:tcMar>
          </w:tcPr>
          <w:p w14:paraId="2776513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1162FB5"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4B30D0E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4,21</w:t>
            </w:r>
          </w:p>
        </w:tc>
      </w:tr>
      <w:tr w:rsidR="00A92924" w:rsidRPr="008E77DA" w14:paraId="3891E050" w14:textId="77777777">
        <w:trPr>
          <w:jc w:val="center"/>
        </w:trPr>
        <w:tc>
          <w:tcPr>
            <w:tcW w:w="3120" w:type="dxa"/>
            <w:shd w:val="clear" w:color="auto" w:fill="FFFFFF"/>
            <w:tcMar>
              <w:top w:w="60" w:type="dxa"/>
              <w:left w:w="120" w:type="dxa"/>
              <w:bottom w:w="60" w:type="dxa"/>
              <w:right w:w="120" w:type="dxa"/>
            </w:tcMar>
          </w:tcPr>
          <w:p w14:paraId="21D408D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5E63552D"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23C786F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4,07</w:t>
            </w:r>
          </w:p>
        </w:tc>
      </w:tr>
      <w:tr w:rsidR="00A92924" w:rsidRPr="008E77DA" w14:paraId="12267D3B" w14:textId="77777777">
        <w:trPr>
          <w:jc w:val="center"/>
        </w:trPr>
        <w:tc>
          <w:tcPr>
            <w:tcW w:w="3120" w:type="dxa"/>
            <w:shd w:val="clear" w:color="auto" w:fill="F9FAFB"/>
            <w:tcMar>
              <w:top w:w="60" w:type="dxa"/>
              <w:left w:w="120" w:type="dxa"/>
              <w:bottom w:w="60" w:type="dxa"/>
              <w:right w:w="120" w:type="dxa"/>
            </w:tcMar>
          </w:tcPr>
          <w:p w14:paraId="4F573F71"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6129BED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198B5AC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2583F897" w14:textId="77777777">
        <w:trPr>
          <w:jc w:val="center"/>
        </w:trPr>
        <w:tc>
          <w:tcPr>
            <w:tcW w:w="3120" w:type="dxa"/>
            <w:shd w:val="clear" w:color="auto" w:fill="FFFFFF"/>
            <w:tcMar>
              <w:top w:w="60" w:type="dxa"/>
              <w:left w:w="120" w:type="dxa"/>
              <w:bottom w:w="60" w:type="dxa"/>
              <w:right w:w="120" w:type="dxa"/>
            </w:tcMar>
          </w:tcPr>
          <w:p w14:paraId="699EFA5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12F73833"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3133A66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0E032DE9" w14:textId="77777777">
        <w:trPr>
          <w:jc w:val="center"/>
        </w:trPr>
        <w:tc>
          <w:tcPr>
            <w:tcW w:w="3120" w:type="dxa"/>
            <w:shd w:val="clear" w:color="auto" w:fill="F9FAFB"/>
            <w:tcMar>
              <w:top w:w="60" w:type="dxa"/>
              <w:left w:w="120" w:type="dxa"/>
              <w:bottom w:w="60" w:type="dxa"/>
              <w:right w:w="120" w:type="dxa"/>
            </w:tcMar>
          </w:tcPr>
          <w:p w14:paraId="52E488A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245B59AB"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5F8BB74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A92924" w:rsidRPr="008E77DA" w14:paraId="40C0A063" w14:textId="77777777">
        <w:trPr>
          <w:jc w:val="center"/>
        </w:trPr>
        <w:tc>
          <w:tcPr>
            <w:tcW w:w="3120" w:type="dxa"/>
            <w:shd w:val="clear" w:color="auto" w:fill="FFFFFF"/>
            <w:tcMar>
              <w:top w:w="60" w:type="dxa"/>
              <w:left w:w="120" w:type="dxa"/>
              <w:bottom w:w="60" w:type="dxa"/>
              <w:right w:w="120" w:type="dxa"/>
            </w:tcMar>
          </w:tcPr>
          <w:p w14:paraId="2B04F49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7827765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1CF366E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4,07</w:t>
            </w:r>
          </w:p>
        </w:tc>
      </w:tr>
      <w:tr w:rsidR="00A92924" w:rsidRPr="008E77DA" w14:paraId="7EA6E3EE" w14:textId="77777777">
        <w:trPr>
          <w:jc w:val="center"/>
        </w:trPr>
        <w:tc>
          <w:tcPr>
            <w:tcW w:w="3120" w:type="dxa"/>
            <w:shd w:val="clear" w:color="auto" w:fill="F9FAFB"/>
            <w:tcMar>
              <w:top w:w="60" w:type="dxa"/>
              <w:left w:w="120" w:type="dxa"/>
              <w:bottom w:w="60" w:type="dxa"/>
              <w:right w:w="120" w:type="dxa"/>
            </w:tcMar>
          </w:tcPr>
          <w:p w14:paraId="38D5CD55"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7D3307C6"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29BE253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3,93</w:t>
            </w:r>
          </w:p>
        </w:tc>
      </w:tr>
      <w:tr w:rsidR="00A92924" w:rsidRPr="008E77DA" w14:paraId="132254A0" w14:textId="77777777">
        <w:trPr>
          <w:jc w:val="center"/>
        </w:trPr>
        <w:tc>
          <w:tcPr>
            <w:tcW w:w="3120" w:type="dxa"/>
            <w:shd w:val="clear" w:color="auto" w:fill="FFFFFF"/>
            <w:tcMar>
              <w:top w:w="60" w:type="dxa"/>
              <w:left w:w="120" w:type="dxa"/>
              <w:bottom w:w="60" w:type="dxa"/>
              <w:right w:w="120" w:type="dxa"/>
            </w:tcMar>
          </w:tcPr>
          <w:p w14:paraId="638314B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36BDFEF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31EAAE0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4,07</w:t>
            </w:r>
          </w:p>
        </w:tc>
      </w:tr>
      <w:tr w:rsidR="00A92924" w:rsidRPr="008E77DA" w14:paraId="46A70B1D" w14:textId="77777777">
        <w:trPr>
          <w:jc w:val="center"/>
        </w:trPr>
        <w:tc>
          <w:tcPr>
            <w:tcW w:w="3120" w:type="dxa"/>
            <w:shd w:val="clear" w:color="auto" w:fill="F9FAFB"/>
            <w:tcMar>
              <w:top w:w="60" w:type="dxa"/>
              <w:left w:w="120" w:type="dxa"/>
              <w:bottom w:w="60" w:type="dxa"/>
              <w:right w:w="120" w:type="dxa"/>
            </w:tcMar>
          </w:tcPr>
          <w:p w14:paraId="2715460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762D6F4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48141CF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3,93</w:t>
            </w:r>
          </w:p>
        </w:tc>
      </w:tr>
      <w:tr w:rsidR="00A92924" w:rsidRPr="008E77DA" w14:paraId="28F4DBC9" w14:textId="77777777">
        <w:trPr>
          <w:jc w:val="center"/>
        </w:trPr>
        <w:tc>
          <w:tcPr>
            <w:tcW w:w="3120" w:type="dxa"/>
            <w:shd w:val="clear" w:color="auto" w:fill="FFFFFF"/>
            <w:tcMar>
              <w:top w:w="60" w:type="dxa"/>
              <w:left w:w="120" w:type="dxa"/>
              <w:bottom w:w="60" w:type="dxa"/>
              <w:right w:w="120" w:type="dxa"/>
            </w:tcMar>
          </w:tcPr>
          <w:p w14:paraId="11622EE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7EAE25D0"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79ED8AD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3,93</w:t>
            </w:r>
          </w:p>
        </w:tc>
      </w:tr>
      <w:tr w:rsidR="00A92924" w:rsidRPr="008E77DA" w14:paraId="7A81E005" w14:textId="77777777">
        <w:trPr>
          <w:jc w:val="center"/>
        </w:trPr>
        <w:tc>
          <w:tcPr>
            <w:tcW w:w="3120" w:type="dxa"/>
            <w:shd w:val="clear" w:color="auto" w:fill="F9FAFB"/>
            <w:tcMar>
              <w:top w:w="60" w:type="dxa"/>
              <w:left w:w="120" w:type="dxa"/>
              <w:bottom w:w="60" w:type="dxa"/>
              <w:right w:w="120" w:type="dxa"/>
            </w:tcMar>
          </w:tcPr>
          <w:p w14:paraId="54A07AF8"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2B9A6AD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5E017F6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4,07</w:t>
            </w:r>
          </w:p>
        </w:tc>
      </w:tr>
      <w:tr w:rsidR="00A92924" w:rsidRPr="008E77DA" w14:paraId="7EC67191" w14:textId="77777777">
        <w:trPr>
          <w:jc w:val="center"/>
        </w:trPr>
        <w:tc>
          <w:tcPr>
            <w:tcW w:w="3120" w:type="dxa"/>
            <w:shd w:val="clear" w:color="auto" w:fill="FFFFFF"/>
            <w:tcMar>
              <w:top w:w="60" w:type="dxa"/>
              <w:left w:w="120" w:type="dxa"/>
              <w:bottom w:w="60" w:type="dxa"/>
              <w:right w:w="120" w:type="dxa"/>
            </w:tcMar>
          </w:tcPr>
          <w:p w14:paraId="637C09D7"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289257D8"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1140D20A"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bl>
    <w:p w14:paraId="1DFFC0C3" w14:textId="77777777" w:rsidR="00A92924" w:rsidRPr="008E77DA" w:rsidRDefault="00A92924" w:rsidP="008E77DA">
      <w:pPr>
        <w:spacing w:after="0" w:line="240" w:lineRule="auto"/>
        <w:rPr>
          <w:rFonts w:ascii="Times New Roman" w:hAnsi="Times New Roman" w:cs="Times New Roman"/>
        </w:rPr>
      </w:pPr>
    </w:p>
    <w:p w14:paraId="7792C0B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A92924" w:rsidRPr="008E77DA" w14:paraId="74793BF9" w14:textId="77777777">
        <w:trPr>
          <w:jc w:val="center"/>
        </w:trPr>
        <w:tc>
          <w:tcPr>
            <w:tcW w:w="3120" w:type="dxa"/>
            <w:shd w:val="clear" w:color="auto" w:fill="1F4E79"/>
            <w:tcMar>
              <w:top w:w="80" w:type="dxa"/>
              <w:left w:w="120" w:type="dxa"/>
              <w:bottom w:w="80" w:type="dxa"/>
              <w:right w:w="120" w:type="dxa"/>
            </w:tcMar>
          </w:tcPr>
          <w:p w14:paraId="53F74DEC"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17527E2"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687D81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A92924" w:rsidRPr="008E77DA" w14:paraId="72B424AE" w14:textId="77777777">
        <w:trPr>
          <w:jc w:val="center"/>
        </w:trPr>
        <w:tc>
          <w:tcPr>
            <w:tcW w:w="3120" w:type="dxa"/>
            <w:shd w:val="clear" w:color="auto" w:fill="F9FAFB"/>
            <w:tcMar>
              <w:top w:w="60" w:type="dxa"/>
              <w:left w:w="120" w:type="dxa"/>
              <w:bottom w:w="60" w:type="dxa"/>
              <w:right w:w="120" w:type="dxa"/>
            </w:tcMar>
          </w:tcPr>
          <w:p w14:paraId="69FEAEF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A8A84E7"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F198FF2"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3,86</w:t>
            </w:r>
          </w:p>
        </w:tc>
      </w:tr>
      <w:tr w:rsidR="00A92924" w:rsidRPr="008E77DA" w14:paraId="2BD36B6B" w14:textId="77777777">
        <w:trPr>
          <w:jc w:val="center"/>
        </w:trPr>
        <w:tc>
          <w:tcPr>
            <w:tcW w:w="3120" w:type="dxa"/>
            <w:shd w:val="clear" w:color="auto" w:fill="FFFFFF"/>
            <w:tcMar>
              <w:top w:w="60" w:type="dxa"/>
              <w:left w:w="120" w:type="dxa"/>
              <w:bottom w:w="60" w:type="dxa"/>
              <w:right w:w="120" w:type="dxa"/>
            </w:tcMar>
          </w:tcPr>
          <w:p w14:paraId="03F02B63"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FBD3854"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0926AD4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3,93</w:t>
            </w:r>
          </w:p>
        </w:tc>
      </w:tr>
      <w:tr w:rsidR="00A92924" w:rsidRPr="008E77DA" w14:paraId="020BEC08" w14:textId="77777777">
        <w:trPr>
          <w:jc w:val="center"/>
        </w:trPr>
        <w:tc>
          <w:tcPr>
            <w:tcW w:w="3120" w:type="dxa"/>
            <w:shd w:val="clear" w:color="auto" w:fill="F9FAFB"/>
            <w:tcMar>
              <w:top w:w="60" w:type="dxa"/>
              <w:left w:w="120" w:type="dxa"/>
              <w:bottom w:w="60" w:type="dxa"/>
              <w:right w:w="120" w:type="dxa"/>
            </w:tcMar>
          </w:tcPr>
          <w:p w14:paraId="68CCB8CB"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0DA242F"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1BAAC9C9"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3,93</w:t>
            </w:r>
          </w:p>
        </w:tc>
      </w:tr>
      <w:tr w:rsidR="00A92924" w:rsidRPr="008E77DA" w14:paraId="42AC51DC" w14:textId="77777777">
        <w:trPr>
          <w:jc w:val="center"/>
        </w:trPr>
        <w:tc>
          <w:tcPr>
            <w:tcW w:w="3120" w:type="dxa"/>
            <w:shd w:val="clear" w:color="auto" w:fill="FFFFFF"/>
            <w:tcMar>
              <w:top w:w="60" w:type="dxa"/>
              <w:left w:w="120" w:type="dxa"/>
              <w:bottom w:w="60" w:type="dxa"/>
              <w:right w:w="120" w:type="dxa"/>
            </w:tcMar>
          </w:tcPr>
          <w:p w14:paraId="1E6A9160"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957D8A1"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3A1E97A4"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A92924" w:rsidRPr="008E77DA" w14:paraId="6E287B8B" w14:textId="77777777">
        <w:trPr>
          <w:jc w:val="center"/>
        </w:trPr>
        <w:tc>
          <w:tcPr>
            <w:tcW w:w="3120" w:type="dxa"/>
            <w:shd w:val="clear" w:color="auto" w:fill="F9FAFB"/>
            <w:tcMar>
              <w:top w:w="60" w:type="dxa"/>
              <w:left w:w="120" w:type="dxa"/>
              <w:bottom w:w="60" w:type="dxa"/>
              <w:right w:w="120" w:type="dxa"/>
            </w:tcMar>
          </w:tcPr>
          <w:p w14:paraId="67CD323F"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460D861C" w14:textId="77777777" w:rsidR="00A92924" w:rsidRPr="008E77DA" w:rsidRDefault="00000000"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0FDEB73E" w14:textId="77777777" w:rsidR="00A92924" w:rsidRPr="008E77DA" w:rsidRDefault="00000000" w:rsidP="008E77DA">
            <w:pPr>
              <w:spacing w:after="0" w:line="240" w:lineRule="auto"/>
              <w:jc w:val="center"/>
              <w:rPr>
                <w:rFonts w:ascii="Times New Roman" w:hAnsi="Times New Roman" w:cs="Times New Roman"/>
              </w:rPr>
            </w:pPr>
            <w:r w:rsidRPr="008E77DA">
              <w:rPr>
                <w:rFonts w:ascii="Times New Roman" w:hAnsi="Times New Roman" w:cs="Times New Roman"/>
                <w:sz w:val="19"/>
              </w:rPr>
              <w:t>3,57</w:t>
            </w:r>
          </w:p>
        </w:tc>
      </w:tr>
    </w:tbl>
    <w:p w14:paraId="3A18778C" w14:textId="77777777" w:rsidR="00552283" w:rsidRPr="008E77DA" w:rsidRDefault="00552283" w:rsidP="008E77DA">
      <w:pPr>
        <w:spacing w:after="0" w:line="240" w:lineRule="auto"/>
        <w:rPr>
          <w:rFonts w:ascii="Times New Roman" w:hAnsi="Times New Roman" w:cs="Times New Roman"/>
        </w:rPr>
      </w:pPr>
    </w:p>
    <w:p w14:paraId="57AF07AE" w14:textId="19ED4DC6"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11. Ders: BES 117 - Demografik Yapı ve Sağlık</w:t>
      </w:r>
    </w:p>
    <w:p w14:paraId="70C6858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526DCE83" w14:textId="77777777" w:rsidTr="00F111D1">
        <w:trPr>
          <w:jc w:val="center"/>
        </w:trPr>
        <w:tc>
          <w:tcPr>
            <w:tcW w:w="3120" w:type="dxa"/>
            <w:shd w:val="clear" w:color="auto" w:fill="1F4E79"/>
            <w:tcMar>
              <w:top w:w="80" w:type="dxa"/>
              <w:left w:w="120" w:type="dxa"/>
              <w:bottom w:w="80" w:type="dxa"/>
              <w:right w:w="120" w:type="dxa"/>
            </w:tcMar>
          </w:tcPr>
          <w:p w14:paraId="0AFDC51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47FDC8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83CE01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3A73A0B9" w14:textId="77777777" w:rsidTr="00F111D1">
        <w:trPr>
          <w:jc w:val="center"/>
        </w:trPr>
        <w:tc>
          <w:tcPr>
            <w:tcW w:w="3120" w:type="dxa"/>
            <w:shd w:val="clear" w:color="auto" w:fill="F9FAFB"/>
            <w:tcMar>
              <w:top w:w="60" w:type="dxa"/>
              <w:left w:w="120" w:type="dxa"/>
              <w:bottom w:w="60" w:type="dxa"/>
              <w:right w:w="120" w:type="dxa"/>
            </w:tcMar>
          </w:tcPr>
          <w:p w14:paraId="599850A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35BFBE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3ADC8F5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2,35</w:t>
            </w:r>
          </w:p>
        </w:tc>
      </w:tr>
      <w:tr w:rsidR="00552283" w:rsidRPr="008E77DA" w14:paraId="1AF317B4" w14:textId="77777777" w:rsidTr="00F111D1">
        <w:trPr>
          <w:jc w:val="center"/>
        </w:trPr>
        <w:tc>
          <w:tcPr>
            <w:tcW w:w="3120" w:type="dxa"/>
            <w:shd w:val="clear" w:color="auto" w:fill="FFFFFF"/>
            <w:tcMar>
              <w:top w:w="60" w:type="dxa"/>
              <w:left w:w="120" w:type="dxa"/>
              <w:bottom w:w="60" w:type="dxa"/>
              <w:right w:w="120" w:type="dxa"/>
            </w:tcMar>
          </w:tcPr>
          <w:p w14:paraId="00E9A1D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2</w:t>
            </w:r>
          </w:p>
        </w:tc>
        <w:tc>
          <w:tcPr>
            <w:tcW w:w="3120" w:type="dxa"/>
            <w:shd w:val="clear" w:color="auto" w:fill="FFFFFF"/>
            <w:tcMar>
              <w:top w:w="60" w:type="dxa"/>
              <w:left w:w="120" w:type="dxa"/>
              <w:bottom w:w="60" w:type="dxa"/>
              <w:right w:w="120" w:type="dxa"/>
            </w:tcMar>
          </w:tcPr>
          <w:p w14:paraId="1DF182C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5532DA7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2,35</w:t>
            </w:r>
          </w:p>
        </w:tc>
      </w:tr>
      <w:tr w:rsidR="00552283" w:rsidRPr="008E77DA" w14:paraId="45150FFD" w14:textId="77777777" w:rsidTr="00F111D1">
        <w:trPr>
          <w:jc w:val="center"/>
        </w:trPr>
        <w:tc>
          <w:tcPr>
            <w:tcW w:w="3120" w:type="dxa"/>
            <w:shd w:val="clear" w:color="auto" w:fill="F9FAFB"/>
            <w:tcMar>
              <w:top w:w="60" w:type="dxa"/>
              <w:left w:w="120" w:type="dxa"/>
              <w:bottom w:w="60" w:type="dxa"/>
              <w:right w:w="120" w:type="dxa"/>
            </w:tcMar>
          </w:tcPr>
          <w:p w14:paraId="7AE10CB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6B278E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27D5832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552283" w:rsidRPr="008E77DA" w14:paraId="34347F9A" w14:textId="77777777" w:rsidTr="00F111D1">
        <w:trPr>
          <w:jc w:val="center"/>
        </w:trPr>
        <w:tc>
          <w:tcPr>
            <w:tcW w:w="3120" w:type="dxa"/>
            <w:shd w:val="clear" w:color="auto" w:fill="FFFFFF"/>
            <w:tcMar>
              <w:top w:w="60" w:type="dxa"/>
              <w:left w:w="120" w:type="dxa"/>
              <w:bottom w:w="60" w:type="dxa"/>
              <w:right w:w="120" w:type="dxa"/>
            </w:tcMar>
          </w:tcPr>
          <w:p w14:paraId="541325D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D9E92A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476CCE5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2,76</w:t>
            </w:r>
          </w:p>
        </w:tc>
      </w:tr>
    </w:tbl>
    <w:p w14:paraId="5D0FFFED" w14:textId="77777777" w:rsidR="00552283" w:rsidRPr="008E77DA" w:rsidRDefault="00552283" w:rsidP="008E77DA">
      <w:pPr>
        <w:spacing w:after="0" w:line="240" w:lineRule="auto"/>
        <w:rPr>
          <w:rFonts w:ascii="Times New Roman" w:hAnsi="Times New Roman" w:cs="Times New Roman"/>
        </w:rPr>
      </w:pPr>
    </w:p>
    <w:p w14:paraId="49D9FDC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137597C6" w14:textId="77777777" w:rsidTr="00F111D1">
        <w:trPr>
          <w:jc w:val="center"/>
        </w:trPr>
        <w:tc>
          <w:tcPr>
            <w:tcW w:w="4680" w:type="dxa"/>
            <w:shd w:val="clear" w:color="auto" w:fill="1F4E79"/>
            <w:tcMar>
              <w:top w:w="80" w:type="dxa"/>
              <w:left w:w="120" w:type="dxa"/>
              <w:bottom w:w="80" w:type="dxa"/>
              <w:right w:w="120" w:type="dxa"/>
            </w:tcMar>
          </w:tcPr>
          <w:p w14:paraId="4AEA0E4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103319E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0E289933" w14:textId="77777777" w:rsidTr="00F111D1">
        <w:trPr>
          <w:jc w:val="center"/>
        </w:trPr>
        <w:tc>
          <w:tcPr>
            <w:tcW w:w="4680" w:type="dxa"/>
            <w:shd w:val="clear" w:color="auto" w:fill="F9FAFB"/>
            <w:tcMar>
              <w:top w:w="60" w:type="dxa"/>
              <w:left w:w="120" w:type="dxa"/>
              <w:bottom w:w="60" w:type="dxa"/>
              <w:right w:w="120" w:type="dxa"/>
            </w:tcMar>
          </w:tcPr>
          <w:p w14:paraId="214C4D2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0738192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1,18 saat</w:t>
            </w:r>
          </w:p>
        </w:tc>
      </w:tr>
      <w:tr w:rsidR="00552283" w:rsidRPr="008E77DA" w14:paraId="7A5FBDE5" w14:textId="77777777" w:rsidTr="00F111D1">
        <w:trPr>
          <w:jc w:val="center"/>
        </w:trPr>
        <w:tc>
          <w:tcPr>
            <w:tcW w:w="4680" w:type="dxa"/>
            <w:shd w:val="clear" w:color="auto" w:fill="FFFFFF"/>
            <w:tcMar>
              <w:top w:w="60" w:type="dxa"/>
              <w:left w:w="120" w:type="dxa"/>
              <w:bottom w:w="60" w:type="dxa"/>
              <w:right w:w="120" w:type="dxa"/>
            </w:tcMar>
          </w:tcPr>
          <w:p w14:paraId="4689F25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352227D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1,41 saat</w:t>
            </w:r>
          </w:p>
        </w:tc>
      </w:tr>
      <w:tr w:rsidR="00552283" w:rsidRPr="008E77DA" w14:paraId="61268928" w14:textId="77777777" w:rsidTr="00F111D1">
        <w:trPr>
          <w:jc w:val="center"/>
        </w:trPr>
        <w:tc>
          <w:tcPr>
            <w:tcW w:w="4680" w:type="dxa"/>
            <w:shd w:val="clear" w:color="auto" w:fill="F9FAFB"/>
            <w:tcMar>
              <w:top w:w="60" w:type="dxa"/>
              <w:left w:w="120" w:type="dxa"/>
              <w:bottom w:w="60" w:type="dxa"/>
              <w:right w:w="120" w:type="dxa"/>
            </w:tcMar>
          </w:tcPr>
          <w:p w14:paraId="4604E30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4485EEC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3,00 saat</w:t>
            </w:r>
          </w:p>
        </w:tc>
      </w:tr>
      <w:tr w:rsidR="00552283" w:rsidRPr="008E77DA" w14:paraId="777F3D11" w14:textId="77777777" w:rsidTr="00F111D1">
        <w:trPr>
          <w:jc w:val="center"/>
        </w:trPr>
        <w:tc>
          <w:tcPr>
            <w:tcW w:w="4680" w:type="dxa"/>
            <w:shd w:val="clear" w:color="auto" w:fill="FFFFFF"/>
            <w:tcMar>
              <w:top w:w="60" w:type="dxa"/>
              <w:left w:w="120" w:type="dxa"/>
              <w:bottom w:w="60" w:type="dxa"/>
              <w:right w:w="120" w:type="dxa"/>
            </w:tcMar>
          </w:tcPr>
          <w:p w14:paraId="1E68B23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3189333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0,35 saat</w:t>
            </w:r>
          </w:p>
        </w:tc>
      </w:tr>
      <w:tr w:rsidR="00552283" w:rsidRPr="008E77DA" w14:paraId="0C6BD1B0" w14:textId="77777777" w:rsidTr="00F111D1">
        <w:trPr>
          <w:jc w:val="center"/>
        </w:trPr>
        <w:tc>
          <w:tcPr>
            <w:tcW w:w="4680" w:type="dxa"/>
            <w:shd w:val="clear" w:color="auto" w:fill="F9FAFB"/>
            <w:tcMar>
              <w:top w:w="60" w:type="dxa"/>
              <w:left w:w="120" w:type="dxa"/>
              <w:bottom w:w="60" w:type="dxa"/>
              <w:right w:w="120" w:type="dxa"/>
            </w:tcMar>
          </w:tcPr>
          <w:p w14:paraId="67569ED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0117E2F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2,18 saat</w:t>
            </w:r>
          </w:p>
        </w:tc>
      </w:tr>
      <w:tr w:rsidR="00552283" w:rsidRPr="008E77DA" w14:paraId="0D815BDB" w14:textId="77777777" w:rsidTr="00F111D1">
        <w:trPr>
          <w:jc w:val="center"/>
        </w:trPr>
        <w:tc>
          <w:tcPr>
            <w:tcW w:w="4680" w:type="dxa"/>
            <w:shd w:val="clear" w:color="auto" w:fill="FFFFFF"/>
            <w:tcMar>
              <w:top w:w="60" w:type="dxa"/>
              <w:left w:w="120" w:type="dxa"/>
              <w:bottom w:w="60" w:type="dxa"/>
              <w:right w:w="120" w:type="dxa"/>
            </w:tcMar>
          </w:tcPr>
          <w:p w14:paraId="1F58153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1133DBB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2,18 saat</w:t>
            </w:r>
          </w:p>
        </w:tc>
      </w:tr>
      <w:tr w:rsidR="00552283" w:rsidRPr="008E77DA" w14:paraId="4CABFA4E" w14:textId="77777777" w:rsidTr="00F111D1">
        <w:trPr>
          <w:jc w:val="center"/>
        </w:trPr>
        <w:tc>
          <w:tcPr>
            <w:tcW w:w="4680" w:type="dxa"/>
            <w:shd w:val="clear" w:color="auto" w:fill="F9FAFB"/>
            <w:tcMar>
              <w:top w:w="60" w:type="dxa"/>
              <w:left w:w="120" w:type="dxa"/>
              <w:bottom w:w="60" w:type="dxa"/>
              <w:right w:w="120" w:type="dxa"/>
            </w:tcMar>
          </w:tcPr>
          <w:p w14:paraId="36ADA44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3E8342F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w:t>
            </w:r>
          </w:p>
        </w:tc>
      </w:tr>
      <w:tr w:rsidR="00552283" w:rsidRPr="008E77DA" w14:paraId="58045AAE" w14:textId="77777777" w:rsidTr="00F111D1">
        <w:trPr>
          <w:jc w:val="center"/>
        </w:trPr>
        <w:tc>
          <w:tcPr>
            <w:tcW w:w="4680" w:type="dxa"/>
            <w:shd w:val="clear" w:color="auto" w:fill="FFFFFF"/>
            <w:tcMar>
              <w:top w:w="60" w:type="dxa"/>
              <w:left w:w="120" w:type="dxa"/>
              <w:bottom w:w="60" w:type="dxa"/>
              <w:right w:w="120" w:type="dxa"/>
            </w:tcMar>
          </w:tcPr>
          <w:p w14:paraId="7CAE6B9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4A63216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2,82 saat</w:t>
            </w:r>
          </w:p>
        </w:tc>
      </w:tr>
    </w:tbl>
    <w:p w14:paraId="3A17BA40" w14:textId="77777777" w:rsidR="00552283" w:rsidRPr="008E77DA" w:rsidRDefault="00552283" w:rsidP="008E77DA">
      <w:pPr>
        <w:spacing w:after="0" w:line="240" w:lineRule="auto"/>
        <w:rPr>
          <w:rFonts w:ascii="Times New Roman" w:hAnsi="Times New Roman" w:cs="Times New Roman"/>
        </w:rPr>
      </w:pPr>
    </w:p>
    <w:p w14:paraId="3B50F87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0EDE9F15" w14:textId="77777777" w:rsidTr="00F111D1">
        <w:trPr>
          <w:jc w:val="center"/>
        </w:trPr>
        <w:tc>
          <w:tcPr>
            <w:tcW w:w="3120" w:type="dxa"/>
            <w:shd w:val="clear" w:color="auto" w:fill="1F4E79"/>
            <w:tcMar>
              <w:top w:w="80" w:type="dxa"/>
              <w:left w:w="120" w:type="dxa"/>
              <w:bottom w:w="80" w:type="dxa"/>
              <w:right w:w="120" w:type="dxa"/>
            </w:tcMar>
          </w:tcPr>
          <w:p w14:paraId="2C582D6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DD2387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4CCC64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6F10A6BF" w14:textId="77777777" w:rsidTr="00F111D1">
        <w:trPr>
          <w:jc w:val="center"/>
        </w:trPr>
        <w:tc>
          <w:tcPr>
            <w:tcW w:w="3120" w:type="dxa"/>
            <w:shd w:val="clear" w:color="auto" w:fill="F9FAFB"/>
            <w:tcMar>
              <w:top w:w="60" w:type="dxa"/>
              <w:left w:w="120" w:type="dxa"/>
              <w:bottom w:w="60" w:type="dxa"/>
              <w:right w:w="120" w:type="dxa"/>
            </w:tcMar>
          </w:tcPr>
          <w:p w14:paraId="0D89989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72AF6F8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4F579C3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552283" w:rsidRPr="008E77DA" w14:paraId="6FD6F3B2" w14:textId="77777777" w:rsidTr="00F111D1">
        <w:trPr>
          <w:jc w:val="center"/>
        </w:trPr>
        <w:tc>
          <w:tcPr>
            <w:tcW w:w="3120" w:type="dxa"/>
            <w:shd w:val="clear" w:color="auto" w:fill="FFFFFF"/>
            <w:tcMar>
              <w:top w:w="60" w:type="dxa"/>
              <w:left w:w="120" w:type="dxa"/>
              <w:bottom w:w="60" w:type="dxa"/>
              <w:right w:w="120" w:type="dxa"/>
            </w:tcMar>
          </w:tcPr>
          <w:p w14:paraId="6CD9D32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7B85D95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58EF4FD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3,18</w:t>
            </w:r>
          </w:p>
        </w:tc>
      </w:tr>
      <w:tr w:rsidR="00552283" w:rsidRPr="008E77DA" w14:paraId="23C2404E" w14:textId="77777777" w:rsidTr="00F111D1">
        <w:trPr>
          <w:jc w:val="center"/>
        </w:trPr>
        <w:tc>
          <w:tcPr>
            <w:tcW w:w="3120" w:type="dxa"/>
            <w:shd w:val="clear" w:color="auto" w:fill="F9FAFB"/>
            <w:tcMar>
              <w:top w:w="60" w:type="dxa"/>
              <w:left w:w="120" w:type="dxa"/>
              <w:bottom w:w="60" w:type="dxa"/>
              <w:right w:w="120" w:type="dxa"/>
            </w:tcMar>
          </w:tcPr>
          <w:p w14:paraId="244FF8E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B0BF4C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04BB629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3,53</w:t>
            </w:r>
          </w:p>
        </w:tc>
      </w:tr>
      <w:tr w:rsidR="00552283" w:rsidRPr="008E77DA" w14:paraId="190752A6" w14:textId="77777777" w:rsidTr="00F111D1">
        <w:trPr>
          <w:jc w:val="center"/>
        </w:trPr>
        <w:tc>
          <w:tcPr>
            <w:tcW w:w="3120" w:type="dxa"/>
            <w:shd w:val="clear" w:color="auto" w:fill="FFFFFF"/>
            <w:tcMar>
              <w:top w:w="60" w:type="dxa"/>
              <w:left w:w="120" w:type="dxa"/>
              <w:bottom w:w="60" w:type="dxa"/>
              <w:right w:w="120" w:type="dxa"/>
            </w:tcMar>
          </w:tcPr>
          <w:p w14:paraId="6E29B71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5160F2F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0F57092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3,24</w:t>
            </w:r>
          </w:p>
        </w:tc>
      </w:tr>
      <w:tr w:rsidR="00552283" w:rsidRPr="008E77DA" w14:paraId="180AA99D" w14:textId="77777777" w:rsidTr="00F111D1">
        <w:trPr>
          <w:jc w:val="center"/>
        </w:trPr>
        <w:tc>
          <w:tcPr>
            <w:tcW w:w="3120" w:type="dxa"/>
            <w:shd w:val="clear" w:color="auto" w:fill="F9FAFB"/>
            <w:tcMar>
              <w:top w:w="60" w:type="dxa"/>
              <w:left w:w="120" w:type="dxa"/>
              <w:bottom w:w="60" w:type="dxa"/>
              <w:right w:w="120" w:type="dxa"/>
            </w:tcMar>
          </w:tcPr>
          <w:p w14:paraId="48FA5B3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478AD7B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3482C6A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552283" w:rsidRPr="008E77DA" w14:paraId="0D559F6E" w14:textId="77777777" w:rsidTr="00F111D1">
        <w:trPr>
          <w:jc w:val="center"/>
        </w:trPr>
        <w:tc>
          <w:tcPr>
            <w:tcW w:w="3120" w:type="dxa"/>
            <w:shd w:val="clear" w:color="auto" w:fill="FFFFFF"/>
            <w:tcMar>
              <w:top w:w="60" w:type="dxa"/>
              <w:left w:w="120" w:type="dxa"/>
              <w:bottom w:w="60" w:type="dxa"/>
              <w:right w:w="120" w:type="dxa"/>
            </w:tcMar>
          </w:tcPr>
          <w:p w14:paraId="6C19BC6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325EC45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789F2B8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3,12</w:t>
            </w:r>
          </w:p>
        </w:tc>
      </w:tr>
      <w:tr w:rsidR="00552283" w:rsidRPr="008E77DA" w14:paraId="10FF0CE1" w14:textId="77777777" w:rsidTr="00F111D1">
        <w:trPr>
          <w:jc w:val="center"/>
        </w:trPr>
        <w:tc>
          <w:tcPr>
            <w:tcW w:w="3120" w:type="dxa"/>
            <w:shd w:val="clear" w:color="auto" w:fill="F9FAFB"/>
            <w:tcMar>
              <w:top w:w="60" w:type="dxa"/>
              <w:left w:w="120" w:type="dxa"/>
              <w:bottom w:w="60" w:type="dxa"/>
              <w:right w:w="120" w:type="dxa"/>
            </w:tcMar>
          </w:tcPr>
          <w:p w14:paraId="28D1FA3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1A7976E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40D39B7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2,94</w:t>
            </w:r>
          </w:p>
        </w:tc>
      </w:tr>
      <w:tr w:rsidR="00552283" w:rsidRPr="008E77DA" w14:paraId="2357E0AC" w14:textId="77777777" w:rsidTr="00F111D1">
        <w:trPr>
          <w:jc w:val="center"/>
        </w:trPr>
        <w:tc>
          <w:tcPr>
            <w:tcW w:w="3120" w:type="dxa"/>
            <w:shd w:val="clear" w:color="auto" w:fill="FFFFFF"/>
            <w:tcMar>
              <w:top w:w="60" w:type="dxa"/>
              <w:left w:w="120" w:type="dxa"/>
              <w:bottom w:w="60" w:type="dxa"/>
              <w:right w:w="120" w:type="dxa"/>
            </w:tcMar>
          </w:tcPr>
          <w:p w14:paraId="239DCA8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8</w:t>
            </w:r>
          </w:p>
        </w:tc>
        <w:tc>
          <w:tcPr>
            <w:tcW w:w="3120" w:type="dxa"/>
            <w:shd w:val="clear" w:color="auto" w:fill="FFFFFF"/>
            <w:tcMar>
              <w:top w:w="60" w:type="dxa"/>
              <w:left w:w="120" w:type="dxa"/>
              <w:bottom w:w="60" w:type="dxa"/>
              <w:right w:w="120" w:type="dxa"/>
            </w:tcMar>
          </w:tcPr>
          <w:p w14:paraId="776ED4F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71ECC53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3,24</w:t>
            </w:r>
          </w:p>
        </w:tc>
      </w:tr>
      <w:tr w:rsidR="00552283" w:rsidRPr="008E77DA" w14:paraId="517A5E2E" w14:textId="77777777" w:rsidTr="00F111D1">
        <w:trPr>
          <w:jc w:val="center"/>
        </w:trPr>
        <w:tc>
          <w:tcPr>
            <w:tcW w:w="3120" w:type="dxa"/>
            <w:shd w:val="clear" w:color="auto" w:fill="F9FAFB"/>
            <w:tcMar>
              <w:top w:w="60" w:type="dxa"/>
              <w:left w:w="120" w:type="dxa"/>
              <w:bottom w:w="60" w:type="dxa"/>
              <w:right w:w="120" w:type="dxa"/>
            </w:tcMar>
          </w:tcPr>
          <w:p w14:paraId="7D52F7C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72F8909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44CEED8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3,76</w:t>
            </w:r>
          </w:p>
        </w:tc>
      </w:tr>
      <w:tr w:rsidR="00552283" w:rsidRPr="008E77DA" w14:paraId="4CFEA759" w14:textId="77777777" w:rsidTr="00F111D1">
        <w:trPr>
          <w:jc w:val="center"/>
        </w:trPr>
        <w:tc>
          <w:tcPr>
            <w:tcW w:w="3120" w:type="dxa"/>
            <w:shd w:val="clear" w:color="auto" w:fill="FFFFFF"/>
            <w:tcMar>
              <w:top w:w="60" w:type="dxa"/>
              <w:left w:w="120" w:type="dxa"/>
              <w:bottom w:w="60" w:type="dxa"/>
              <w:right w:w="120" w:type="dxa"/>
            </w:tcMar>
          </w:tcPr>
          <w:p w14:paraId="5E7BEF4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5396D46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5C5F3EF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2,94</w:t>
            </w:r>
          </w:p>
        </w:tc>
      </w:tr>
      <w:tr w:rsidR="00552283" w:rsidRPr="008E77DA" w14:paraId="1EE307FA" w14:textId="77777777" w:rsidTr="00F111D1">
        <w:trPr>
          <w:jc w:val="center"/>
        </w:trPr>
        <w:tc>
          <w:tcPr>
            <w:tcW w:w="3120" w:type="dxa"/>
            <w:shd w:val="clear" w:color="auto" w:fill="F9FAFB"/>
            <w:tcMar>
              <w:top w:w="60" w:type="dxa"/>
              <w:left w:w="120" w:type="dxa"/>
              <w:bottom w:w="60" w:type="dxa"/>
              <w:right w:w="120" w:type="dxa"/>
            </w:tcMar>
          </w:tcPr>
          <w:p w14:paraId="6066EE9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67DB772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6977401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3,12</w:t>
            </w:r>
          </w:p>
        </w:tc>
      </w:tr>
      <w:tr w:rsidR="00552283" w:rsidRPr="008E77DA" w14:paraId="12DEAF1A" w14:textId="77777777" w:rsidTr="00F111D1">
        <w:trPr>
          <w:jc w:val="center"/>
        </w:trPr>
        <w:tc>
          <w:tcPr>
            <w:tcW w:w="3120" w:type="dxa"/>
            <w:shd w:val="clear" w:color="auto" w:fill="FFFFFF"/>
            <w:tcMar>
              <w:top w:w="60" w:type="dxa"/>
              <w:left w:w="120" w:type="dxa"/>
              <w:bottom w:w="60" w:type="dxa"/>
              <w:right w:w="120" w:type="dxa"/>
            </w:tcMar>
          </w:tcPr>
          <w:p w14:paraId="06B5D63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08E6DD8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1BCC978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3,06</w:t>
            </w:r>
          </w:p>
        </w:tc>
      </w:tr>
      <w:tr w:rsidR="00552283" w:rsidRPr="008E77DA" w14:paraId="03AC09E3" w14:textId="77777777" w:rsidTr="00F111D1">
        <w:trPr>
          <w:jc w:val="center"/>
        </w:trPr>
        <w:tc>
          <w:tcPr>
            <w:tcW w:w="3120" w:type="dxa"/>
            <w:shd w:val="clear" w:color="auto" w:fill="F9FAFB"/>
            <w:tcMar>
              <w:top w:w="60" w:type="dxa"/>
              <w:left w:w="120" w:type="dxa"/>
              <w:bottom w:w="60" w:type="dxa"/>
              <w:right w:w="120" w:type="dxa"/>
            </w:tcMar>
          </w:tcPr>
          <w:p w14:paraId="03F038B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31BD584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47F1007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2,88</w:t>
            </w:r>
          </w:p>
        </w:tc>
      </w:tr>
      <w:tr w:rsidR="00552283" w:rsidRPr="008E77DA" w14:paraId="2FACFD7D" w14:textId="77777777" w:rsidTr="00F111D1">
        <w:trPr>
          <w:jc w:val="center"/>
        </w:trPr>
        <w:tc>
          <w:tcPr>
            <w:tcW w:w="3120" w:type="dxa"/>
            <w:shd w:val="clear" w:color="auto" w:fill="FFFFFF"/>
            <w:tcMar>
              <w:top w:w="60" w:type="dxa"/>
              <w:left w:w="120" w:type="dxa"/>
              <w:bottom w:w="60" w:type="dxa"/>
              <w:right w:w="120" w:type="dxa"/>
            </w:tcMar>
          </w:tcPr>
          <w:p w14:paraId="7A03FA7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05AC9F7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4A6F6CC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2,88</w:t>
            </w:r>
          </w:p>
        </w:tc>
      </w:tr>
    </w:tbl>
    <w:p w14:paraId="1A856D2B" w14:textId="77777777" w:rsidR="00552283" w:rsidRPr="008E77DA" w:rsidRDefault="00552283" w:rsidP="008E77DA">
      <w:pPr>
        <w:spacing w:after="0" w:line="240" w:lineRule="auto"/>
        <w:rPr>
          <w:rFonts w:ascii="Times New Roman" w:hAnsi="Times New Roman" w:cs="Times New Roman"/>
        </w:rPr>
      </w:pPr>
    </w:p>
    <w:p w14:paraId="0BB9CC6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08153F97" w14:textId="77777777" w:rsidTr="00F111D1">
        <w:trPr>
          <w:jc w:val="center"/>
        </w:trPr>
        <w:tc>
          <w:tcPr>
            <w:tcW w:w="3120" w:type="dxa"/>
            <w:shd w:val="clear" w:color="auto" w:fill="1F4E79"/>
            <w:tcMar>
              <w:top w:w="80" w:type="dxa"/>
              <w:left w:w="120" w:type="dxa"/>
              <w:bottom w:w="80" w:type="dxa"/>
              <w:right w:w="120" w:type="dxa"/>
            </w:tcMar>
          </w:tcPr>
          <w:p w14:paraId="71E39E0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433449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DDC50D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57D97DF0" w14:textId="77777777" w:rsidTr="00F111D1">
        <w:trPr>
          <w:jc w:val="center"/>
        </w:trPr>
        <w:tc>
          <w:tcPr>
            <w:tcW w:w="3120" w:type="dxa"/>
            <w:shd w:val="clear" w:color="auto" w:fill="F9FAFB"/>
            <w:tcMar>
              <w:top w:w="60" w:type="dxa"/>
              <w:left w:w="120" w:type="dxa"/>
              <w:bottom w:w="60" w:type="dxa"/>
              <w:right w:w="120" w:type="dxa"/>
            </w:tcMar>
          </w:tcPr>
          <w:p w14:paraId="3235396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EE905E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0C95548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3,65</w:t>
            </w:r>
          </w:p>
        </w:tc>
      </w:tr>
      <w:tr w:rsidR="00552283" w:rsidRPr="008E77DA" w14:paraId="6197DC39" w14:textId="77777777" w:rsidTr="00F111D1">
        <w:trPr>
          <w:jc w:val="center"/>
        </w:trPr>
        <w:tc>
          <w:tcPr>
            <w:tcW w:w="3120" w:type="dxa"/>
            <w:shd w:val="clear" w:color="auto" w:fill="FFFFFF"/>
            <w:tcMar>
              <w:top w:w="60" w:type="dxa"/>
              <w:left w:w="120" w:type="dxa"/>
              <w:bottom w:w="60" w:type="dxa"/>
              <w:right w:w="120" w:type="dxa"/>
            </w:tcMar>
          </w:tcPr>
          <w:p w14:paraId="4DC13C6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0937EC1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416883D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r w:rsidR="00552283" w:rsidRPr="008E77DA" w14:paraId="6027B685" w14:textId="77777777" w:rsidTr="00F111D1">
        <w:trPr>
          <w:jc w:val="center"/>
        </w:trPr>
        <w:tc>
          <w:tcPr>
            <w:tcW w:w="3120" w:type="dxa"/>
            <w:shd w:val="clear" w:color="auto" w:fill="F9FAFB"/>
            <w:tcMar>
              <w:top w:w="60" w:type="dxa"/>
              <w:left w:w="120" w:type="dxa"/>
              <w:bottom w:w="60" w:type="dxa"/>
              <w:right w:w="120" w:type="dxa"/>
            </w:tcMar>
          </w:tcPr>
          <w:p w14:paraId="19E86B3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4662E7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5F1267D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3,12</w:t>
            </w:r>
          </w:p>
        </w:tc>
      </w:tr>
      <w:tr w:rsidR="00552283" w:rsidRPr="008E77DA" w14:paraId="3EAC3555" w14:textId="77777777" w:rsidTr="00F111D1">
        <w:trPr>
          <w:jc w:val="center"/>
        </w:trPr>
        <w:tc>
          <w:tcPr>
            <w:tcW w:w="3120" w:type="dxa"/>
            <w:shd w:val="clear" w:color="auto" w:fill="FFFFFF"/>
            <w:tcMar>
              <w:top w:w="60" w:type="dxa"/>
              <w:left w:w="120" w:type="dxa"/>
              <w:bottom w:w="60" w:type="dxa"/>
              <w:right w:w="120" w:type="dxa"/>
            </w:tcMar>
          </w:tcPr>
          <w:p w14:paraId="6E91E45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DF2614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068BDD0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2,94</w:t>
            </w:r>
          </w:p>
        </w:tc>
      </w:tr>
      <w:tr w:rsidR="00552283" w:rsidRPr="008E77DA" w14:paraId="7BE66D95" w14:textId="77777777" w:rsidTr="00F111D1">
        <w:trPr>
          <w:jc w:val="center"/>
        </w:trPr>
        <w:tc>
          <w:tcPr>
            <w:tcW w:w="3120" w:type="dxa"/>
            <w:shd w:val="clear" w:color="auto" w:fill="F9FAFB"/>
            <w:tcMar>
              <w:top w:w="60" w:type="dxa"/>
              <w:left w:w="120" w:type="dxa"/>
              <w:bottom w:w="60" w:type="dxa"/>
              <w:right w:w="120" w:type="dxa"/>
            </w:tcMar>
          </w:tcPr>
          <w:p w14:paraId="6F86D02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21EC2C9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7C76FD7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3,35</w:t>
            </w:r>
          </w:p>
        </w:tc>
      </w:tr>
    </w:tbl>
    <w:p w14:paraId="5206E58A" w14:textId="77777777" w:rsidR="00552283" w:rsidRPr="008E77DA" w:rsidRDefault="00552283" w:rsidP="008E77DA">
      <w:pPr>
        <w:spacing w:after="0" w:line="240" w:lineRule="auto"/>
        <w:rPr>
          <w:rFonts w:ascii="Times New Roman" w:hAnsi="Times New Roman" w:cs="Times New Roman"/>
        </w:rPr>
      </w:pPr>
    </w:p>
    <w:p w14:paraId="6DA0B513" w14:textId="77777777" w:rsidR="00552283" w:rsidRPr="008E77DA" w:rsidRDefault="00552283" w:rsidP="008E77DA">
      <w:pPr>
        <w:spacing w:after="0" w:line="240" w:lineRule="auto"/>
        <w:rPr>
          <w:rFonts w:ascii="Times New Roman" w:hAnsi="Times New Roman" w:cs="Times New Roman"/>
        </w:rPr>
      </w:pPr>
    </w:p>
    <w:p w14:paraId="494F80DB" w14:textId="1A2F0C08"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12. Ders: BES 201 - Beslenme Biyokimyası-I</w:t>
      </w:r>
    </w:p>
    <w:p w14:paraId="0A0F1B3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09371ABC" w14:textId="77777777" w:rsidTr="00F111D1">
        <w:trPr>
          <w:jc w:val="center"/>
        </w:trPr>
        <w:tc>
          <w:tcPr>
            <w:tcW w:w="3120" w:type="dxa"/>
            <w:shd w:val="clear" w:color="auto" w:fill="1F4E79"/>
            <w:tcMar>
              <w:top w:w="80" w:type="dxa"/>
              <w:left w:w="120" w:type="dxa"/>
              <w:bottom w:w="80" w:type="dxa"/>
              <w:right w:w="120" w:type="dxa"/>
            </w:tcMar>
          </w:tcPr>
          <w:p w14:paraId="0093D5A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278959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70F18C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6667F2B2" w14:textId="77777777" w:rsidTr="00F111D1">
        <w:trPr>
          <w:jc w:val="center"/>
        </w:trPr>
        <w:tc>
          <w:tcPr>
            <w:tcW w:w="3120" w:type="dxa"/>
            <w:shd w:val="clear" w:color="auto" w:fill="F9FAFB"/>
            <w:tcMar>
              <w:top w:w="60" w:type="dxa"/>
              <w:left w:w="120" w:type="dxa"/>
              <w:bottom w:w="60" w:type="dxa"/>
              <w:right w:w="120" w:type="dxa"/>
            </w:tcMar>
          </w:tcPr>
          <w:p w14:paraId="220962D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D224D1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07F53E6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77E5FF1D" w14:textId="77777777" w:rsidTr="00F111D1">
        <w:trPr>
          <w:jc w:val="center"/>
        </w:trPr>
        <w:tc>
          <w:tcPr>
            <w:tcW w:w="3120" w:type="dxa"/>
            <w:shd w:val="clear" w:color="auto" w:fill="FFFFFF"/>
            <w:tcMar>
              <w:top w:w="60" w:type="dxa"/>
              <w:left w:w="120" w:type="dxa"/>
              <w:bottom w:w="60" w:type="dxa"/>
              <w:right w:w="120" w:type="dxa"/>
            </w:tcMar>
          </w:tcPr>
          <w:p w14:paraId="3CD68B7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0DB1A7F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738607C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6A10CD32" w14:textId="77777777" w:rsidTr="00F111D1">
        <w:trPr>
          <w:jc w:val="center"/>
        </w:trPr>
        <w:tc>
          <w:tcPr>
            <w:tcW w:w="3120" w:type="dxa"/>
            <w:shd w:val="clear" w:color="auto" w:fill="F9FAFB"/>
            <w:tcMar>
              <w:top w:w="60" w:type="dxa"/>
              <w:left w:w="120" w:type="dxa"/>
              <w:bottom w:w="60" w:type="dxa"/>
              <w:right w:w="120" w:type="dxa"/>
            </w:tcMar>
          </w:tcPr>
          <w:p w14:paraId="4D78EBD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2FCEED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2C62EC5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0025B35F" w14:textId="77777777" w:rsidTr="00F111D1">
        <w:trPr>
          <w:jc w:val="center"/>
        </w:trPr>
        <w:tc>
          <w:tcPr>
            <w:tcW w:w="3120" w:type="dxa"/>
            <w:shd w:val="clear" w:color="auto" w:fill="FFFFFF"/>
            <w:tcMar>
              <w:top w:w="60" w:type="dxa"/>
              <w:left w:w="120" w:type="dxa"/>
              <w:bottom w:w="60" w:type="dxa"/>
              <w:right w:w="120" w:type="dxa"/>
            </w:tcMar>
          </w:tcPr>
          <w:p w14:paraId="219CD4F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18A33E2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49954FD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bl>
    <w:p w14:paraId="415EEE12" w14:textId="77777777" w:rsidR="00552283" w:rsidRPr="008E77DA" w:rsidRDefault="00552283" w:rsidP="008E77DA">
      <w:pPr>
        <w:spacing w:after="0" w:line="240" w:lineRule="auto"/>
        <w:rPr>
          <w:rFonts w:ascii="Times New Roman" w:hAnsi="Times New Roman" w:cs="Times New Roman"/>
        </w:rPr>
      </w:pPr>
    </w:p>
    <w:p w14:paraId="71E008F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lastRenderedPageBreak/>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6A6CCC16" w14:textId="77777777" w:rsidTr="00F111D1">
        <w:trPr>
          <w:jc w:val="center"/>
        </w:trPr>
        <w:tc>
          <w:tcPr>
            <w:tcW w:w="4680" w:type="dxa"/>
            <w:shd w:val="clear" w:color="auto" w:fill="1F4E79"/>
            <w:tcMar>
              <w:top w:w="80" w:type="dxa"/>
              <w:left w:w="120" w:type="dxa"/>
              <w:bottom w:w="80" w:type="dxa"/>
              <w:right w:w="120" w:type="dxa"/>
            </w:tcMar>
          </w:tcPr>
          <w:p w14:paraId="3AC517E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363355B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7E1CFE15" w14:textId="77777777" w:rsidTr="00F111D1">
        <w:trPr>
          <w:jc w:val="center"/>
        </w:trPr>
        <w:tc>
          <w:tcPr>
            <w:tcW w:w="4680" w:type="dxa"/>
            <w:shd w:val="clear" w:color="auto" w:fill="F9FAFB"/>
            <w:tcMar>
              <w:top w:w="60" w:type="dxa"/>
              <w:left w:w="120" w:type="dxa"/>
              <w:bottom w:w="60" w:type="dxa"/>
              <w:right w:w="120" w:type="dxa"/>
            </w:tcMar>
          </w:tcPr>
          <w:p w14:paraId="6ADE4A1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6CCC8BD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3,80 saat</w:t>
            </w:r>
          </w:p>
        </w:tc>
      </w:tr>
      <w:tr w:rsidR="00552283" w:rsidRPr="008E77DA" w14:paraId="63775CAA" w14:textId="77777777" w:rsidTr="00F111D1">
        <w:trPr>
          <w:jc w:val="center"/>
        </w:trPr>
        <w:tc>
          <w:tcPr>
            <w:tcW w:w="4680" w:type="dxa"/>
            <w:shd w:val="clear" w:color="auto" w:fill="FFFFFF"/>
            <w:tcMar>
              <w:top w:w="60" w:type="dxa"/>
              <w:left w:w="120" w:type="dxa"/>
              <w:bottom w:w="60" w:type="dxa"/>
              <w:right w:w="120" w:type="dxa"/>
            </w:tcMar>
          </w:tcPr>
          <w:p w14:paraId="394C632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42842B2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2,00 saat</w:t>
            </w:r>
          </w:p>
        </w:tc>
      </w:tr>
      <w:tr w:rsidR="00552283" w:rsidRPr="008E77DA" w14:paraId="205CBB6C" w14:textId="77777777" w:rsidTr="00F111D1">
        <w:trPr>
          <w:jc w:val="center"/>
        </w:trPr>
        <w:tc>
          <w:tcPr>
            <w:tcW w:w="4680" w:type="dxa"/>
            <w:shd w:val="clear" w:color="auto" w:fill="F9FAFB"/>
            <w:tcMar>
              <w:top w:w="60" w:type="dxa"/>
              <w:left w:w="120" w:type="dxa"/>
              <w:bottom w:w="60" w:type="dxa"/>
              <w:right w:w="120" w:type="dxa"/>
            </w:tcMar>
          </w:tcPr>
          <w:p w14:paraId="752AD12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06A5C3F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1,20 saat</w:t>
            </w:r>
          </w:p>
        </w:tc>
      </w:tr>
      <w:tr w:rsidR="00552283" w:rsidRPr="008E77DA" w14:paraId="7B1AD9C1" w14:textId="77777777" w:rsidTr="00F111D1">
        <w:trPr>
          <w:jc w:val="center"/>
        </w:trPr>
        <w:tc>
          <w:tcPr>
            <w:tcW w:w="4680" w:type="dxa"/>
            <w:shd w:val="clear" w:color="auto" w:fill="FFFFFF"/>
            <w:tcMar>
              <w:top w:w="60" w:type="dxa"/>
              <w:left w:w="120" w:type="dxa"/>
              <w:bottom w:w="60" w:type="dxa"/>
              <w:right w:w="120" w:type="dxa"/>
            </w:tcMar>
          </w:tcPr>
          <w:p w14:paraId="208ED10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21F625F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2,60 saat</w:t>
            </w:r>
          </w:p>
        </w:tc>
      </w:tr>
      <w:tr w:rsidR="00552283" w:rsidRPr="008E77DA" w14:paraId="17B44836" w14:textId="77777777" w:rsidTr="00F111D1">
        <w:trPr>
          <w:jc w:val="center"/>
        </w:trPr>
        <w:tc>
          <w:tcPr>
            <w:tcW w:w="4680" w:type="dxa"/>
            <w:shd w:val="clear" w:color="auto" w:fill="F9FAFB"/>
            <w:tcMar>
              <w:top w:w="60" w:type="dxa"/>
              <w:left w:w="120" w:type="dxa"/>
              <w:bottom w:w="60" w:type="dxa"/>
              <w:right w:w="120" w:type="dxa"/>
            </w:tcMar>
          </w:tcPr>
          <w:p w14:paraId="5020B25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11662C0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10,80 saat</w:t>
            </w:r>
          </w:p>
        </w:tc>
      </w:tr>
      <w:tr w:rsidR="00552283" w:rsidRPr="008E77DA" w14:paraId="0670FB14" w14:textId="77777777" w:rsidTr="00F111D1">
        <w:trPr>
          <w:jc w:val="center"/>
        </w:trPr>
        <w:tc>
          <w:tcPr>
            <w:tcW w:w="4680" w:type="dxa"/>
            <w:shd w:val="clear" w:color="auto" w:fill="FFFFFF"/>
            <w:tcMar>
              <w:top w:w="60" w:type="dxa"/>
              <w:left w:w="120" w:type="dxa"/>
              <w:bottom w:w="60" w:type="dxa"/>
              <w:right w:w="120" w:type="dxa"/>
            </w:tcMar>
          </w:tcPr>
          <w:p w14:paraId="7A430B8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791DC73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1,00 saat</w:t>
            </w:r>
          </w:p>
        </w:tc>
      </w:tr>
      <w:tr w:rsidR="00552283" w:rsidRPr="008E77DA" w14:paraId="2AAC3F9E" w14:textId="77777777" w:rsidTr="00F111D1">
        <w:trPr>
          <w:jc w:val="center"/>
        </w:trPr>
        <w:tc>
          <w:tcPr>
            <w:tcW w:w="4680" w:type="dxa"/>
            <w:shd w:val="clear" w:color="auto" w:fill="F9FAFB"/>
            <w:tcMar>
              <w:top w:w="60" w:type="dxa"/>
              <w:left w:w="120" w:type="dxa"/>
              <w:bottom w:w="60" w:type="dxa"/>
              <w:right w:w="120" w:type="dxa"/>
            </w:tcMar>
          </w:tcPr>
          <w:p w14:paraId="375CDD3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00A08F7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w:t>
            </w:r>
          </w:p>
        </w:tc>
      </w:tr>
      <w:tr w:rsidR="00552283" w:rsidRPr="008E77DA" w14:paraId="0B0607AB" w14:textId="77777777" w:rsidTr="00F111D1">
        <w:trPr>
          <w:jc w:val="center"/>
        </w:trPr>
        <w:tc>
          <w:tcPr>
            <w:tcW w:w="4680" w:type="dxa"/>
            <w:shd w:val="clear" w:color="auto" w:fill="FFFFFF"/>
            <w:tcMar>
              <w:top w:w="60" w:type="dxa"/>
              <w:left w:w="120" w:type="dxa"/>
              <w:bottom w:w="60" w:type="dxa"/>
              <w:right w:w="120" w:type="dxa"/>
            </w:tcMar>
          </w:tcPr>
          <w:p w14:paraId="2D11482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0B099E2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15,00 saat</w:t>
            </w:r>
          </w:p>
        </w:tc>
      </w:tr>
    </w:tbl>
    <w:p w14:paraId="0160E8C1" w14:textId="77777777" w:rsidR="00552283" w:rsidRPr="008E77DA" w:rsidRDefault="00552283" w:rsidP="008E77DA">
      <w:pPr>
        <w:spacing w:after="0" w:line="240" w:lineRule="auto"/>
        <w:rPr>
          <w:rFonts w:ascii="Times New Roman" w:hAnsi="Times New Roman" w:cs="Times New Roman"/>
        </w:rPr>
      </w:pPr>
    </w:p>
    <w:p w14:paraId="7DCDE3B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5DD94CB0" w14:textId="77777777" w:rsidTr="00F111D1">
        <w:trPr>
          <w:jc w:val="center"/>
        </w:trPr>
        <w:tc>
          <w:tcPr>
            <w:tcW w:w="3120" w:type="dxa"/>
            <w:shd w:val="clear" w:color="auto" w:fill="1F4E79"/>
            <w:tcMar>
              <w:top w:w="80" w:type="dxa"/>
              <w:left w:w="120" w:type="dxa"/>
              <w:bottom w:w="80" w:type="dxa"/>
              <w:right w:w="120" w:type="dxa"/>
            </w:tcMar>
          </w:tcPr>
          <w:p w14:paraId="5EA6543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DF89B9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3574D34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7AB3AF61" w14:textId="77777777" w:rsidTr="00F111D1">
        <w:trPr>
          <w:jc w:val="center"/>
        </w:trPr>
        <w:tc>
          <w:tcPr>
            <w:tcW w:w="3120" w:type="dxa"/>
            <w:shd w:val="clear" w:color="auto" w:fill="F9FAFB"/>
            <w:tcMar>
              <w:top w:w="60" w:type="dxa"/>
              <w:left w:w="120" w:type="dxa"/>
              <w:bottom w:w="60" w:type="dxa"/>
              <w:right w:w="120" w:type="dxa"/>
            </w:tcMar>
          </w:tcPr>
          <w:p w14:paraId="745FE13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1D50D12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40759A7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4E5025C3" w14:textId="77777777" w:rsidTr="00F111D1">
        <w:trPr>
          <w:jc w:val="center"/>
        </w:trPr>
        <w:tc>
          <w:tcPr>
            <w:tcW w:w="3120" w:type="dxa"/>
            <w:shd w:val="clear" w:color="auto" w:fill="FFFFFF"/>
            <w:tcMar>
              <w:top w:w="60" w:type="dxa"/>
              <w:left w:w="120" w:type="dxa"/>
              <w:bottom w:w="60" w:type="dxa"/>
              <w:right w:w="120" w:type="dxa"/>
            </w:tcMar>
          </w:tcPr>
          <w:p w14:paraId="5A5C088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7BF4F3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214E278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7E93543A" w14:textId="77777777" w:rsidTr="00F111D1">
        <w:trPr>
          <w:jc w:val="center"/>
        </w:trPr>
        <w:tc>
          <w:tcPr>
            <w:tcW w:w="3120" w:type="dxa"/>
            <w:shd w:val="clear" w:color="auto" w:fill="F9FAFB"/>
            <w:tcMar>
              <w:top w:w="60" w:type="dxa"/>
              <w:left w:w="120" w:type="dxa"/>
              <w:bottom w:w="60" w:type="dxa"/>
              <w:right w:w="120" w:type="dxa"/>
            </w:tcMar>
          </w:tcPr>
          <w:p w14:paraId="73C5860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7BB297D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0D79392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67B69784" w14:textId="77777777" w:rsidTr="00F111D1">
        <w:trPr>
          <w:jc w:val="center"/>
        </w:trPr>
        <w:tc>
          <w:tcPr>
            <w:tcW w:w="3120" w:type="dxa"/>
            <w:shd w:val="clear" w:color="auto" w:fill="FFFFFF"/>
            <w:tcMar>
              <w:top w:w="60" w:type="dxa"/>
              <w:left w:w="120" w:type="dxa"/>
              <w:bottom w:w="60" w:type="dxa"/>
              <w:right w:w="120" w:type="dxa"/>
            </w:tcMar>
          </w:tcPr>
          <w:p w14:paraId="75132FF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C23794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77F0B0A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3BEE9B16" w14:textId="77777777" w:rsidTr="00F111D1">
        <w:trPr>
          <w:jc w:val="center"/>
        </w:trPr>
        <w:tc>
          <w:tcPr>
            <w:tcW w:w="3120" w:type="dxa"/>
            <w:shd w:val="clear" w:color="auto" w:fill="F9FAFB"/>
            <w:tcMar>
              <w:top w:w="60" w:type="dxa"/>
              <w:left w:w="120" w:type="dxa"/>
              <w:bottom w:w="60" w:type="dxa"/>
              <w:right w:w="120" w:type="dxa"/>
            </w:tcMar>
          </w:tcPr>
          <w:p w14:paraId="62DF857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3410BA6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00CC629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4177B369" w14:textId="77777777" w:rsidTr="00F111D1">
        <w:trPr>
          <w:jc w:val="center"/>
        </w:trPr>
        <w:tc>
          <w:tcPr>
            <w:tcW w:w="3120" w:type="dxa"/>
            <w:shd w:val="clear" w:color="auto" w:fill="FFFFFF"/>
            <w:tcMar>
              <w:top w:w="60" w:type="dxa"/>
              <w:left w:w="120" w:type="dxa"/>
              <w:bottom w:w="60" w:type="dxa"/>
              <w:right w:w="120" w:type="dxa"/>
            </w:tcMar>
          </w:tcPr>
          <w:p w14:paraId="4BC0743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3137ED8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49A1063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4,80</w:t>
            </w:r>
          </w:p>
        </w:tc>
      </w:tr>
      <w:tr w:rsidR="00552283" w:rsidRPr="008E77DA" w14:paraId="3330EE20" w14:textId="77777777" w:rsidTr="00F111D1">
        <w:trPr>
          <w:jc w:val="center"/>
        </w:trPr>
        <w:tc>
          <w:tcPr>
            <w:tcW w:w="3120" w:type="dxa"/>
            <w:shd w:val="clear" w:color="auto" w:fill="F9FAFB"/>
            <w:tcMar>
              <w:top w:w="60" w:type="dxa"/>
              <w:left w:w="120" w:type="dxa"/>
              <w:bottom w:w="60" w:type="dxa"/>
              <w:right w:w="120" w:type="dxa"/>
            </w:tcMar>
          </w:tcPr>
          <w:p w14:paraId="282A97A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05092A6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4BAC7C7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548ABC7B" w14:textId="77777777" w:rsidTr="00F111D1">
        <w:trPr>
          <w:jc w:val="center"/>
        </w:trPr>
        <w:tc>
          <w:tcPr>
            <w:tcW w:w="3120" w:type="dxa"/>
            <w:shd w:val="clear" w:color="auto" w:fill="FFFFFF"/>
            <w:tcMar>
              <w:top w:w="60" w:type="dxa"/>
              <w:left w:w="120" w:type="dxa"/>
              <w:bottom w:w="60" w:type="dxa"/>
              <w:right w:w="120" w:type="dxa"/>
            </w:tcMar>
          </w:tcPr>
          <w:p w14:paraId="772C213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7303CBF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73B3D1F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6D9294B9" w14:textId="77777777" w:rsidTr="00F111D1">
        <w:trPr>
          <w:jc w:val="center"/>
        </w:trPr>
        <w:tc>
          <w:tcPr>
            <w:tcW w:w="3120" w:type="dxa"/>
            <w:shd w:val="clear" w:color="auto" w:fill="F9FAFB"/>
            <w:tcMar>
              <w:top w:w="60" w:type="dxa"/>
              <w:left w:w="120" w:type="dxa"/>
              <w:bottom w:w="60" w:type="dxa"/>
              <w:right w:w="120" w:type="dxa"/>
            </w:tcMar>
          </w:tcPr>
          <w:p w14:paraId="696DAD1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2F967FE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3BB6C43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241EAF12" w14:textId="77777777" w:rsidTr="00F111D1">
        <w:trPr>
          <w:jc w:val="center"/>
        </w:trPr>
        <w:tc>
          <w:tcPr>
            <w:tcW w:w="3120" w:type="dxa"/>
            <w:shd w:val="clear" w:color="auto" w:fill="FFFFFF"/>
            <w:tcMar>
              <w:top w:w="60" w:type="dxa"/>
              <w:left w:w="120" w:type="dxa"/>
              <w:bottom w:w="60" w:type="dxa"/>
              <w:right w:w="120" w:type="dxa"/>
            </w:tcMar>
          </w:tcPr>
          <w:p w14:paraId="2B606B2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2CFA967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246A7BD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4,80</w:t>
            </w:r>
          </w:p>
        </w:tc>
      </w:tr>
      <w:tr w:rsidR="00552283" w:rsidRPr="008E77DA" w14:paraId="2531CCF0" w14:textId="77777777" w:rsidTr="00F111D1">
        <w:trPr>
          <w:jc w:val="center"/>
        </w:trPr>
        <w:tc>
          <w:tcPr>
            <w:tcW w:w="3120" w:type="dxa"/>
            <w:shd w:val="clear" w:color="auto" w:fill="F9FAFB"/>
            <w:tcMar>
              <w:top w:w="60" w:type="dxa"/>
              <w:left w:w="120" w:type="dxa"/>
              <w:bottom w:w="60" w:type="dxa"/>
              <w:right w:w="120" w:type="dxa"/>
            </w:tcMar>
          </w:tcPr>
          <w:p w14:paraId="482EFA9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4D503D6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1A50B4B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4,80</w:t>
            </w:r>
          </w:p>
        </w:tc>
      </w:tr>
      <w:tr w:rsidR="00552283" w:rsidRPr="008E77DA" w14:paraId="12EC1D20" w14:textId="77777777" w:rsidTr="00F111D1">
        <w:trPr>
          <w:jc w:val="center"/>
        </w:trPr>
        <w:tc>
          <w:tcPr>
            <w:tcW w:w="3120" w:type="dxa"/>
            <w:shd w:val="clear" w:color="auto" w:fill="FFFFFF"/>
            <w:tcMar>
              <w:top w:w="60" w:type="dxa"/>
              <w:left w:w="120" w:type="dxa"/>
              <w:bottom w:w="60" w:type="dxa"/>
              <w:right w:w="120" w:type="dxa"/>
            </w:tcMar>
          </w:tcPr>
          <w:p w14:paraId="028FE1B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12</w:t>
            </w:r>
          </w:p>
        </w:tc>
        <w:tc>
          <w:tcPr>
            <w:tcW w:w="3120" w:type="dxa"/>
            <w:shd w:val="clear" w:color="auto" w:fill="FFFFFF"/>
            <w:tcMar>
              <w:top w:w="60" w:type="dxa"/>
              <w:left w:w="120" w:type="dxa"/>
              <w:bottom w:w="60" w:type="dxa"/>
              <w:right w:w="120" w:type="dxa"/>
            </w:tcMar>
          </w:tcPr>
          <w:p w14:paraId="64D2EAB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0A845CE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49070EDF" w14:textId="77777777" w:rsidTr="00F111D1">
        <w:trPr>
          <w:jc w:val="center"/>
        </w:trPr>
        <w:tc>
          <w:tcPr>
            <w:tcW w:w="3120" w:type="dxa"/>
            <w:shd w:val="clear" w:color="auto" w:fill="F9FAFB"/>
            <w:tcMar>
              <w:top w:w="60" w:type="dxa"/>
              <w:left w:w="120" w:type="dxa"/>
              <w:bottom w:w="60" w:type="dxa"/>
              <w:right w:w="120" w:type="dxa"/>
            </w:tcMar>
          </w:tcPr>
          <w:p w14:paraId="072611F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5A8D0E0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7060B4D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17A40764" w14:textId="77777777" w:rsidTr="00F111D1">
        <w:trPr>
          <w:jc w:val="center"/>
        </w:trPr>
        <w:tc>
          <w:tcPr>
            <w:tcW w:w="3120" w:type="dxa"/>
            <w:shd w:val="clear" w:color="auto" w:fill="FFFFFF"/>
            <w:tcMar>
              <w:top w:w="60" w:type="dxa"/>
              <w:left w:w="120" w:type="dxa"/>
              <w:bottom w:w="60" w:type="dxa"/>
              <w:right w:w="120" w:type="dxa"/>
            </w:tcMar>
          </w:tcPr>
          <w:p w14:paraId="2ED26EA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59EB0CB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2954072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bl>
    <w:p w14:paraId="0ABC4A18" w14:textId="77777777" w:rsidR="00552283" w:rsidRPr="008E77DA" w:rsidRDefault="00552283" w:rsidP="008E77DA">
      <w:pPr>
        <w:spacing w:after="0" w:line="240" w:lineRule="auto"/>
        <w:rPr>
          <w:rFonts w:ascii="Times New Roman" w:hAnsi="Times New Roman" w:cs="Times New Roman"/>
        </w:rPr>
      </w:pPr>
    </w:p>
    <w:p w14:paraId="7473281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6E9573FB" w14:textId="77777777" w:rsidTr="00F111D1">
        <w:trPr>
          <w:jc w:val="center"/>
        </w:trPr>
        <w:tc>
          <w:tcPr>
            <w:tcW w:w="3120" w:type="dxa"/>
            <w:shd w:val="clear" w:color="auto" w:fill="1F4E79"/>
            <w:tcMar>
              <w:top w:w="80" w:type="dxa"/>
              <w:left w:w="120" w:type="dxa"/>
              <w:bottom w:w="80" w:type="dxa"/>
              <w:right w:w="120" w:type="dxa"/>
            </w:tcMar>
          </w:tcPr>
          <w:p w14:paraId="00D7305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A653B1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897B20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20F10DB2" w14:textId="77777777" w:rsidTr="00F111D1">
        <w:trPr>
          <w:jc w:val="center"/>
        </w:trPr>
        <w:tc>
          <w:tcPr>
            <w:tcW w:w="3120" w:type="dxa"/>
            <w:shd w:val="clear" w:color="auto" w:fill="F9FAFB"/>
            <w:tcMar>
              <w:top w:w="60" w:type="dxa"/>
              <w:left w:w="120" w:type="dxa"/>
              <w:bottom w:w="60" w:type="dxa"/>
              <w:right w:w="120" w:type="dxa"/>
            </w:tcMar>
          </w:tcPr>
          <w:p w14:paraId="768F624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75BA7F5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0EB3C09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4,20</w:t>
            </w:r>
          </w:p>
        </w:tc>
      </w:tr>
      <w:tr w:rsidR="00552283" w:rsidRPr="008E77DA" w14:paraId="7492E71B" w14:textId="77777777" w:rsidTr="00F111D1">
        <w:trPr>
          <w:jc w:val="center"/>
        </w:trPr>
        <w:tc>
          <w:tcPr>
            <w:tcW w:w="3120" w:type="dxa"/>
            <w:shd w:val="clear" w:color="auto" w:fill="FFFFFF"/>
            <w:tcMar>
              <w:top w:w="60" w:type="dxa"/>
              <w:left w:w="120" w:type="dxa"/>
              <w:bottom w:w="60" w:type="dxa"/>
              <w:right w:w="120" w:type="dxa"/>
            </w:tcMar>
          </w:tcPr>
          <w:p w14:paraId="5AA7242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922D8B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28E1AC1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26F478D7" w14:textId="77777777" w:rsidTr="00F111D1">
        <w:trPr>
          <w:jc w:val="center"/>
        </w:trPr>
        <w:tc>
          <w:tcPr>
            <w:tcW w:w="3120" w:type="dxa"/>
            <w:shd w:val="clear" w:color="auto" w:fill="F9FAFB"/>
            <w:tcMar>
              <w:top w:w="60" w:type="dxa"/>
              <w:left w:w="120" w:type="dxa"/>
              <w:bottom w:w="60" w:type="dxa"/>
              <w:right w:w="120" w:type="dxa"/>
            </w:tcMar>
          </w:tcPr>
          <w:p w14:paraId="42B8FC5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DB516B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3735D33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2B58D381" w14:textId="77777777" w:rsidTr="00F111D1">
        <w:trPr>
          <w:jc w:val="center"/>
        </w:trPr>
        <w:tc>
          <w:tcPr>
            <w:tcW w:w="3120" w:type="dxa"/>
            <w:shd w:val="clear" w:color="auto" w:fill="FFFFFF"/>
            <w:tcMar>
              <w:top w:w="60" w:type="dxa"/>
              <w:left w:w="120" w:type="dxa"/>
              <w:bottom w:w="60" w:type="dxa"/>
              <w:right w:w="120" w:type="dxa"/>
            </w:tcMar>
          </w:tcPr>
          <w:p w14:paraId="0BCC88C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0A713E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64B2685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510B8F52" w14:textId="77777777" w:rsidTr="00F111D1">
        <w:trPr>
          <w:jc w:val="center"/>
        </w:trPr>
        <w:tc>
          <w:tcPr>
            <w:tcW w:w="3120" w:type="dxa"/>
            <w:shd w:val="clear" w:color="auto" w:fill="F9FAFB"/>
            <w:tcMar>
              <w:top w:w="60" w:type="dxa"/>
              <w:left w:w="120" w:type="dxa"/>
              <w:bottom w:w="60" w:type="dxa"/>
              <w:right w:w="120" w:type="dxa"/>
            </w:tcMar>
          </w:tcPr>
          <w:p w14:paraId="09B6BAC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42293A7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42B5BC7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bl>
    <w:p w14:paraId="43862D2E" w14:textId="77777777" w:rsidR="00552283" w:rsidRPr="008E77DA" w:rsidRDefault="00552283" w:rsidP="008E77DA">
      <w:pPr>
        <w:spacing w:after="0" w:line="240" w:lineRule="auto"/>
        <w:rPr>
          <w:rFonts w:ascii="Times New Roman" w:hAnsi="Times New Roman" w:cs="Times New Roman"/>
        </w:rPr>
      </w:pPr>
    </w:p>
    <w:p w14:paraId="0D80293D" w14:textId="77777777" w:rsidR="00552283" w:rsidRPr="008E77DA" w:rsidRDefault="00552283" w:rsidP="008E77DA">
      <w:pPr>
        <w:spacing w:after="0" w:line="240" w:lineRule="auto"/>
        <w:rPr>
          <w:rFonts w:ascii="Times New Roman" w:hAnsi="Times New Roman" w:cs="Times New Roman"/>
        </w:rPr>
      </w:pPr>
    </w:p>
    <w:p w14:paraId="08BAAF61" w14:textId="70AC39B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13. Ders: BES 203 - Besin Kimyası Analiz-I</w:t>
      </w:r>
    </w:p>
    <w:p w14:paraId="7CE6C1C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1FDA0978" w14:textId="77777777" w:rsidTr="00F111D1">
        <w:trPr>
          <w:jc w:val="center"/>
        </w:trPr>
        <w:tc>
          <w:tcPr>
            <w:tcW w:w="3120" w:type="dxa"/>
            <w:shd w:val="clear" w:color="auto" w:fill="1F4E79"/>
            <w:tcMar>
              <w:top w:w="80" w:type="dxa"/>
              <w:left w:w="120" w:type="dxa"/>
              <w:bottom w:w="80" w:type="dxa"/>
              <w:right w:w="120" w:type="dxa"/>
            </w:tcMar>
          </w:tcPr>
          <w:p w14:paraId="3BA4C93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BC7CEE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B58FC7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69E22852" w14:textId="77777777" w:rsidTr="00F111D1">
        <w:trPr>
          <w:jc w:val="center"/>
        </w:trPr>
        <w:tc>
          <w:tcPr>
            <w:tcW w:w="3120" w:type="dxa"/>
            <w:shd w:val="clear" w:color="auto" w:fill="F9FAFB"/>
            <w:tcMar>
              <w:top w:w="60" w:type="dxa"/>
              <w:left w:w="120" w:type="dxa"/>
              <w:bottom w:w="60" w:type="dxa"/>
              <w:right w:w="120" w:type="dxa"/>
            </w:tcMar>
          </w:tcPr>
          <w:p w14:paraId="0AAA08E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824444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625B769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4,25</w:t>
            </w:r>
          </w:p>
        </w:tc>
      </w:tr>
      <w:tr w:rsidR="00552283" w:rsidRPr="008E77DA" w14:paraId="1A388982" w14:textId="77777777" w:rsidTr="00F111D1">
        <w:trPr>
          <w:jc w:val="center"/>
        </w:trPr>
        <w:tc>
          <w:tcPr>
            <w:tcW w:w="3120" w:type="dxa"/>
            <w:shd w:val="clear" w:color="auto" w:fill="FFFFFF"/>
            <w:tcMar>
              <w:top w:w="60" w:type="dxa"/>
              <w:left w:w="120" w:type="dxa"/>
              <w:bottom w:w="60" w:type="dxa"/>
              <w:right w:w="120" w:type="dxa"/>
            </w:tcMar>
          </w:tcPr>
          <w:p w14:paraId="2431AFF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138C9A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1A9D28F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3,75</w:t>
            </w:r>
          </w:p>
        </w:tc>
      </w:tr>
      <w:tr w:rsidR="00552283" w:rsidRPr="008E77DA" w14:paraId="41071E27" w14:textId="77777777" w:rsidTr="00F111D1">
        <w:trPr>
          <w:jc w:val="center"/>
        </w:trPr>
        <w:tc>
          <w:tcPr>
            <w:tcW w:w="3120" w:type="dxa"/>
            <w:shd w:val="clear" w:color="auto" w:fill="F9FAFB"/>
            <w:tcMar>
              <w:top w:w="60" w:type="dxa"/>
              <w:left w:w="120" w:type="dxa"/>
              <w:bottom w:w="60" w:type="dxa"/>
              <w:right w:w="120" w:type="dxa"/>
            </w:tcMar>
          </w:tcPr>
          <w:p w14:paraId="05FFFF8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8FB3DA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697823E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4,38</w:t>
            </w:r>
          </w:p>
        </w:tc>
      </w:tr>
      <w:tr w:rsidR="00552283" w:rsidRPr="008E77DA" w14:paraId="55D07105" w14:textId="77777777" w:rsidTr="00F111D1">
        <w:trPr>
          <w:jc w:val="center"/>
        </w:trPr>
        <w:tc>
          <w:tcPr>
            <w:tcW w:w="3120" w:type="dxa"/>
            <w:shd w:val="clear" w:color="auto" w:fill="FFFFFF"/>
            <w:tcMar>
              <w:top w:w="60" w:type="dxa"/>
              <w:left w:w="120" w:type="dxa"/>
              <w:bottom w:w="60" w:type="dxa"/>
              <w:right w:w="120" w:type="dxa"/>
            </w:tcMar>
          </w:tcPr>
          <w:p w14:paraId="491C9CF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9BE0DD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3B26AD3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bl>
    <w:p w14:paraId="388CBCAF" w14:textId="77777777" w:rsidR="00552283" w:rsidRPr="008E77DA" w:rsidRDefault="00552283" w:rsidP="008E77DA">
      <w:pPr>
        <w:spacing w:after="0" w:line="240" w:lineRule="auto"/>
        <w:rPr>
          <w:rFonts w:ascii="Times New Roman" w:hAnsi="Times New Roman" w:cs="Times New Roman"/>
        </w:rPr>
      </w:pPr>
    </w:p>
    <w:p w14:paraId="0A2F66A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67ED4C56" w14:textId="77777777" w:rsidTr="00F111D1">
        <w:trPr>
          <w:jc w:val="center"/>
        </w:trPr>
        <w:tc>
          <w:tcPr>
            <w:tcW w:w="4680" w:type="dxa"/>
            <w:shd w:val="clear" w:color="auto" w:fill="1F4E79"/>
            <w:tcMar>
              <w:top w:w="80" w:type="dxa"/>
              <w:left w:w="120" w:type="dxa"/>
              <w:bottom w:w="80" w:type="dxa"/>
              <w:right w:w="120" w:type="dxa"/>
            </w:tcMar>
          </w:tcPr>
          <w:p w14:paraId="57830AA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593BD87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54E84894" w14:textId="77777777" w:rsidTr="00F111D1">
        <w:trPr>
          <w:jc w:val="center"/>
        </w:trPr>
        <w:tc>
          <w:tcPr>
            <w:tcW w:w="4680" w:type="dxa"/>
            <w:shd w:val="clear" w:color="auto" w:fill="F9FAFB"/>
            <w:tcMar>
              <w:top w:w="60" w:type="dxa"/>
              <w:left w:w="120" w:type="dxa"/>
              <w:bottom w:w="60" w:type="dxa"/>
              <w:right w:w="120" w:type="dxa"/>
            </w:tcMar>
          </w:tcPr>
          <w:p w14:paraId="1596750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48147C1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5,25 saat</w:t>
            </w:r>
          </w:p>
        </w:tc>
      </w:tr>
      <w:tr w:rsidR="00552283" w:rsidRPr="008E77DA" w14:paraId="213D558D" w14:textId="77777777" w:rsidTr="00F111D1">
        <w:trPr>
          <w:jc w:val="center"/>
        </w:trPr>
        <w:tc>
          <w:tcPr>
            <w:tcW w:w="4680" w:type="dxa"/>
            <w:shd w:val="clear" w:color="auto" w:fill="FFFFFF"/>
            <w:tcMar>
              <w:top w:w="60" w:type="dxa"/>
              <w:left w:w="120" w:type="dxa"/>
              <w:bottom w:w="60" w:type="dxa"/>
              <w:right w:w="120" w:type="dxa"/>
            </w:tcMar>
          </w:tcPr>
          <w:p w14:paraId="6E353CA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0B64487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8,25 saat</w:t>
            </w:r>
          </w:p>
        </w:tc>
      </w:tr>
      <w:tr w:rsidR="00552283" w:rsidRPr="008E77DA" w14:paraId="5F6A5538" w14:textId="77777777" w:rsidTr="00F111D1">
        <w:trPr>
          <w:jc w:val="center"/>
        </w:trPr>
        <w:tc>
          <w:tcPr>
            <w:tcW w:w="4680" w:type="dxa"/>
            <w:shd w:val="clear" w:color="auto" w:fill="F9FAFB"/>
            <w:tcMar>
              <w:top w:w="60" w:type="dxa"/>
              <w:left w:w="120" w:type="dxa"/>
              <w:bottom w:w="60" w:type="dxa"/>
              <w:right w:w="120" w:type="dxa"/>
            </w:tcMar>
          </w:tcPr>
          <w:p w14:paraId="4907C4E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4A19EB7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4,38 saat</w:t>
            </w:r>
          </w:p>
        </w:tc>
      </w:tr>
      <w:tr w:rsidR="00552283" w:rsidRPr="008E77DA" w14:paraId="7EAFADB9" w14:textId="77777777" w:rsidTr="00F111D1">
        <w:trPr>
          <w:jc w:val="center"/>
        </w:trPr>
        <w:tc>
          <w:tcPr>
            <w:tcW w:w="4680" w:type="dxa"/>
            <w:shd w:val="clear" w:color="auto" w:fill="FFFFFF"/>
            <w:tcMar>
              <w:top w:w="60" w:type="dxa"/>
              <w:left w:w="120" w:type="dxa"/>
              <w:bottom w:w="60" w:type="dxa"/>
              <w:right w:w="120" w:type="dxa"/>
            </w:tcMar>
          </w:tcPr>
          <w:p w14:paraId="0D54394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lastRenderedPageBreak/>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732572B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3,62 saat</w:t>
            </w:r>
          </w:p>
        </w:tc>
      </w:tr>
      <w:tr w:rsidR="00552283" w:rsidRPr="008E77DA" w14:paraId="756194B7" w14:textId="77777777" w:rsidTr="00F111D1">
        <w:trPr>
          <w:jc w:val="center"/>
        </w:trPr>
        <w:tc>
          <w:tcPr>
            <w:tcW w:w="4680" w:type="dxa"/>
            <w:shd w:val="clear" w:color="auto" w:fill="F9FAFB"/>
            <w:tcMar>
              <w:top w:w="60" w:type="dxa"/>
              <w:left w:w="120" w:type="dxa"/>
              <w:bottom w:w="60" w:type="dxa"/>
              <w:right w:w="120" w:type="dxa"/>
            </w:tcMar>
          </w:tcPr>
          <w:p w14:paraId="34A8962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4295516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7,88 saat</w:t>
            </w:r>
          </w:p>
        </w:tc>
      </w:tr>
      <w:tr w:rsidR="00552283" w:rsidRPr="008E77DA" w14:paraId="3FEB64C6" w14:textId="77777777" w:rsidTr="00F111D1">
        <w:trPr>
          <w:jc w:val="center"/>
        </w:trPr>
        <w:tc>
          <w:tcPr>
            <w:tcW w:w="4680" w:type="dxa"/>
            <w:shd w:val="clear" w:color="auto" w:fill="FFFFFF"/>
            <w:tcMar>
              <w:top w:w="60" w:type="dxa"/>
              <w:left w:w="120" w:type="dxa"/>
              <w:bottom w:w="60" w:type="dxa"/>
              <w:right w:w="120" w:type="dxa"/>
            </w:tcMar>
          </w:tcPr>
          <w:p w14:paraId="3B9333A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1932762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6,12 saat</w:t>
            </w:r>
          </w:p>
        </w:tc>
      </w:tr>
      <w:tr w:rsidR="00552283" w:rsidRPr="008E77DA" w14:paraId="78EDD6A4" w14:textId="77777777" w:rsidTr="00F111D1">
        <w:trPr>
          <w:jc w:val="center"/>
        </w:trPr>
        <w:tc>
          <w:tcPr>
            <w:tcW w:w="4680" w:type="dxa"/>
            <w:shd w:val="clear" w:color="auto" w:fill="F9FAFB"/>
            <w:tcMar>
              <w:top w:w="60" w:type="dxa"/>
              <w:left w:w="120" w:type="dxa"/>
              <w:bottom w:w="60" w:type="dxa"/>
              <w:right w:w="120" w:type="dxa"/>
            </w:tcMar>
          </w:tcPr>
          <w:p w14:paraId="4485D90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5DE36D8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4,75 saat</w:t>
            </w:r>
          </w:p>
        </w:tc>
      </w:tr>
      <w:tr w:rsidR="00552283" w:rsidRPr="008E77DA" w14:paraId="4E205F0F" w14:textId="77777777" w:rsidTr="00F111D1">
        <w:trPr>
          <w:jc w:val="center"/>
        </w:trPr>
        <w:tc>
          <w:tcPr>
            <w:tcW w:w="4680" w:type="dxa"/>
            <w:shd w:val="clear" w:color="auto" w:fill="FFFFFF"/>
            <w:tcMar>
              <w:top w:w="60" w:type="dxa"/>
              <w:left w:w="120" w:type="dxa"/>
              <w:bottom w:w="60" w:type="dxa"/>
              <w:right w:w="120" w:type="dxa"/>
            </w:tcMar>
          </w:tcPr>
          <w:p w14:paraId="5750426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3D10F1F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13,12 saat</w:t>
            </w:r>
          </w:p>
        </w:tc>
      </w:tr>
    </w:tbl>
    <w:p w14:paraId="4AEBAEB8" w14:textId="77777777" w:rsidR="00552283" w:rsidRPr="008E77DA" w:rsidRDefault="00552283" w:rsidP="008E77DA">
      <w:pPr>
        <w:spacing w:after="0" w:line="240" w:lineRule="auto"/>
        <w:rPr>
          <w:rFonts w:ascii="Times New Roman" w:hAnsi="Times New Roman" w:cs="Times New Roman"/>
        </w:rPr>
      </w:pPr>
    </w:p>
    <w:p w14:paraId="4E9AB4B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56D2487F" w14:textId="77777777" w:rsidTr="00F111D1">
        <w:trPr>
          <w:jc w:val="center"/>
        </w:trPr>
        <w:tc>
          <w:tcPr>
            <w:tcW w:w="3120" w:type="dxa"/>
            <w:shd w:val="clear" w:color="auto" w:fill="1F4E79"/>
            <w:tcMar>
              <w:top w:w="80" w:type="dxa"/>
              <w:left w:w="120" w:type="dxa"/>
              <w:bottom w:w="80" w:type="dxa"/>
              <w:right w:w="120" w:type="dxa"/>
            </w:tcMar>
          </w:tcPr>
          <w:p w14:paraId="2014A61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3342AE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35FA1E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05DA11C3" w14:textId="77777777" w:rsidTr="00F111D1">
        <w:trPr>
          <w:jc w:val="center"/>
        </w:trPr>
        <w:tc>
          <w:tcPr>
            <w:tcW w:w="3120" w:type="dxa"/>
            <w:shd w:val="clear" w:color="auto" w:fill="F9FAFB"/>
            <w:tcMar>
              <w:top w:w="60" w:type="dxa"/>
              <w:left w:w="120" w:type="dxa"/>
              <w:bottom w:w="60" w:type="dxa"/>
              <w:right w:w="120" w:type="dxa"/>
            </w:tcMar>
          </w:tcPr>
          <w:p w14:paraId="5C34117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48F008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0D15513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4,12</w:t>
            </w:r>
          </w:p>
        </w:tc>
      </w:tr>
      <w:tr w:rsidR="00552283" w:rsidRPr="008E77DA" w14:paraId="5268B14C" w14:textId="77777777" w:rsidTr="00F111D1">
        <w:trPr>
          <w:jc w:val="center"/>
        </w:trPr>
        <w:tc>
          <w:tcPr>
            <w:tcW w:w="3120" w:type="dxa"/>
            <w:shd w:val="clear" w:color="auto" w:fill="FFFFFF"/>
            <w:tcMar>
              <w:top w:w="60" w:type="dxa"/>
              <w:left w:w="120" w:type="dxa"/>
              <w:bottom w:w="60" w:type="dxa"/>
              <w:right w:w="120" w:type="dxa"/>
            </w:tcMar>
          </w:tcPr>
          <w:p w14:paraId="19E82AB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7ABAEC1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7000311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4,62</w:t>
            </w:r>
          </w:p>
        </w:tc>
      </w:tr>
      <w:tr w:rsidR="00552283" w:rsidRPr="008E77DA" w14:paraId="4B6C1DC8" w14:textId="77777777" w:rsidTr="00F111D1">
        <w:trPr>
          <w:jc w:val="center"/>
        </w:trPr>
        <w:tc>
          <w:tcPr>
            <w:tcW w:w="3120" w:type="dxa"/>
            <w:shd w:val="clear" w:color="auto" w:fill="F9FAFB"/>
            <w:tcMar>
              <w:top w:w="60" w:type="dxa"/>
              <w:left w:w="120" w:type="dxa"/>
              <w:bottom w:w="60" w:type="dxa"/>
              <w:right w:w="120" w:type="dxa"/>
            </w:tcMar>
          </w:tcPr>
          <w:p w14:paraId="15669E6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CD6CD0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77852F1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4,75</w:t>
            </w:r>
          </w:p>
        </w:tc>
      </w:tr>
      <w:tr w:rsidR="00552283" w:rsidRPr="008E77DA" w14:paraId="697553CA" w14:textId="77777777" w:rsidTr="00F111D1">
        <w:trPr>
          <w:jc w:val="center"/>
        </w:trPr>
        <w:tc>
          <w:tcPr>
            <w:tcW w:w="3120" w:type="dxa"/>
            <w:shd w:val="clear" w:color="auto" w:fill="FFFFFF"/>
            <w:tcMar>
              <w:top w:w="60" w:type="dxa"/>
              <w:left w:w="120" w:type="dxa"/>
              <w:bottom w:w="60" w:type="dxa"/>
              <w:right w:w="120" w:type="dxa"/>
            </w:tcMar>
          </w:tcPr>
          <w:p w14:paraId="0DBF63E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0267DA5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652F7A5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3,88</w:t>
            </w:r>
          </w:p>
        </w:tc>
      </w:tr>
      <w:tr w:rsidR="00552283" w:rsidRPr="008E77DA" w14:paraId="69BEB575" w14:textId="77777777" w:rsidTr="00F111D1">
        <w:trPr>
          <w:jc w:val="center"/>
        </w:trPr>
        <w:tc>
          <w:tcPr>
            <w:tcW w:w="3120" w:type="dxa"/>
            <w:shd w:val="clear" w:color="auto" w:fill="F9FAFB"/>
            <w:tcMar>
              <w:top w:w="60" w:type="dxa"/>
              <w:left w:w="120" w:type="dxa"/>
              <w:bottom w:w="60" w:type="dxa"/>
              <w:right w:w="120" w:type="dxa"/>
            </w:tcMar>
          </w:tcPr>
          <w:p w14:paraId="551C6AB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3E36AB6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525A356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3,75</w:t>
            </w:r>
          </w:p>
        </w:tc>
      </w:tr>
      <w:tr w:rsidR="00552283" w:rsidRPr="008E77DA" w14:paraId="173F7CA3" w14:textId="77777777" w:rsidTr="00F111D1">
        <w:trPr>
          <w:jc w:val="center"/>
        </w:trPr>
        <w:tc>
          <w:tcPr>
            <w:tcW w:w="3120" w:type="dxa"/>
            <w:shd w:val="clear" w:color="auto" w:fill="FFFFFF"/>
            <w:tcMar>
              <w:top w:w="60" w:type="dxa"/>
              <w:left w:w="120" w:type="dxa"/>
              <w:bottom w:w="60" w:type="dxa"/>
              <w:right w:w="120" w:type="dxa"/>
            </w:tcMar>
          </w:tcPr>
          <w:p w14:paraId="544446E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5A621B3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00BABF0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73C1E41E" w14:textId="77777777" w:rsidTr="00F111D1">
        <w:trPr>
          <w:jc w:val="center"/>
        </w:trPr>
        <w:tc>
          <w:tcPr>
            <w:tcW w:w="3120" w:type="dxa"/>
            <w:shd w:val="clear" w:color="auto" w:fill="F9FAFB"/>
            <w:tcMar>
              <w:top w:w="60" w:type="dxa"/>
              <w:left w:w="120" w:type="dxa"/>
              <w:bottom w:w="60" w:type="dxa"/>
              <w:right w:w="120" w:type="dxa"/>
            </w:tcMar>
          </w:tcPr>
          <w:p w14:paraId="799D2DD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1DF37D8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2123C17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3,38</w:t>
            </w:r>
          </w:p>
        </w:tc>
      </w:tr>
      <w:tr w:rsidR="00552283" w:rsidRPr="008E77DA" w14:paraId="13DE7E9B" w14:textId="77777777" w:rsidTr="00F111D1">
        <w:trPr>
          <w:jc w:val="center"/>
        </w:trPr>
        <w:tc>
          <w:tcPr>
            <w:tcW w:w="3120" w:type="dxa"/>
            <w:shd w:val="clear" w:color="auto" w:fill="FFFFFF"/>
            <w:tcMar>
              <w:top w:w="60" w:type="dxa"/>
              <w:left w:w="120" w:type="dxa"/>
              <w:bottom w:w="60" w:type="dxa"/>
              <w:right w:w="120" w:type="dxa"/>
            </w:tcMar>
          </w:tcPr>
          <w:p w14:paraId="705956B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2E5FD7F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2DEDB8F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3,88</w:t>
            </w:r>
          </w:p>
        </w:tc>
      </w:tr>
      <w:tr w:rsidR="00552283" w:rsidRPr="008E77DA" w14:paraId="2F5473E9" w14:textId="77777777" w:rsidTr="00F111D1">
        <w:trPr>
          <w:jc w:val="center"/>
        </w:trPr>
        <w:tc>
          <w:tcPr>
            <w:tcW w:w="3120" w:type="dxa"/>
            <w:shd w:val="clear" w:color="auto" w:fill="F9FAFB"/>
            <w:tcMar>
              <w:top w:w="60" w:type="dxa"/>
              <w:left w:w="120" w:type="dxa"/>
              <w:bottom w:w="60" w:type="dxa"/>
              <w:right w:w="120" w:type="dxa"/>
            </w:tcMar>
          </w:tcPr>
          <w:p w14:paraId="59ABB8B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2BDAAF2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7F7E677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4,25</w:t>
            </w:r>
          </w:p>
        </w:tc>
      </w:tr>
      <w:tr w:rsidR="00552283" w:rsidRPr="008E77DA" w14:paraId="27A4293A" w14:textId="77777777" w:rsidTr="00F111D1">
        <w:trPr>
          <w:jc w:val="center"/>
        </w:trPr>
        <w:tc>
          <w:tcPr>
            <w:tcW w:w="3120" w:type="dxa"/>
            <w:shd w:val="clear" w:color="auto" w:fill="FFFFFF"/>
            <w:tcMar>
              <w:top w:w="60" w:type="dxa"/>
              <w:left w:w="120" w:type="dxa"/>
              <w:bottom w:w="60" w:type="dxa"/>
              <w:right w:w="120" w:type="dxa"/>
            </w:tcMar>
          </w:tcPr>
          <w:p w14:paraId="55EF7B4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5F5A01A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1AFE44D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1767FB31" w14:textId="77777777" w:rsidTr="00F111D1">
        <w:trPr>
          <w:jc w:val="center"/>
        </w:trPr>
        <w:tc>
          <w:tcPr>
            <w:tcW w:w="3120" w:type="dxa"/>
            <w:shd w:val="clear" w:color="auto" w:fill="F9FAFB"/>
            <w:tcMar>
              <w:top w:w="60" w:type="dxa"/>
              <w:left w:w="120" w:type="dxa"/>
              <w:bottom w:w="60" w:type="dxa"/>
              <w:right w:w="120" w:type="dxa"/>
            </w:tcMar>
          </w:tcPr>
          <w:p w14:paraId="5FCE5B3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0A8EB30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1F7645F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4,12</w:t>
            </w:r>
          </w:p>
        </w:tc>
      </w:tr>
      <w:tr w:rsidR="00552283" w:rsidRPr="008E77DA" w14:paraId="4301D3BE" w14:textId="77777777" w:rsidTr="00F111D1">
        <w:trPr>
          <w:jc w:val="center"/>
        </w:trPr>
        <w:tc>
          <w:tcPr>
            <w:tcW w:w="3120" w:type="dxa"/>
            <w:shd w:val="clear" w:color="auto" w:fill="FFFFFF"/>
            <w:tcMar>
              <w:top w:w="60" w:type="dxa"/>
              <w:left w:w="120" w:type="dxa"/>
              <w:bottom w:w="60" w:type="dxa"/>
              <w:right w:w="120" w:type="dxa"/>
            </w:tcMar>
          </w:tcPr>
          <w:p w14:paraId="0B1C391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54C6898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5F971B5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552283" w:rsidRPr="008E77DA" w14:paraId="4AC20F89" w14:textId="77777777" w:rsidTr="00F111D1">
        <w:trPr>
          <w:jc w:val="center"/>
        </w:trPr>
        <w:tc>
          <w:tcPr>
            <w:tcW w:w="3120" w:type="dxa"/>
            <w:shd w:val="clear" w:color="auto" w:fill="F9FAFB"/>
            <w:tcMar>
              <w:top w:w="60" w:type="dxa"/>
              <w:left w:w="120" w:type="dxa"/>
              <w:bottom w:w="60" w:type="dxa"/>
              <w:right w:w="120" w:type="dxa"/>
            </w:tcMar>
          </w:tcPr>
          <w:p w14:paraId="3824FDC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7E27DE3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5A8566B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3,38</w:t>
            </w:r>
          </w:p>
        </w:tc>
      </w:tr>
      <w:tr w:rsidR="00552283" w:rsidRPr="008E77DA" w14:paraId="7763D6E7" w14:textId="77777777" w:rsidTr="00F111D1">
        <w:trPr>
          <w:jc w:val="center"/>
        </w:trPr>
        <w:tc>
          <w:tcPr>
            <w:tcW w:w="3120" w:type="dxa"/>
            <w:shd w:val="clear" w:color="auto" w:fill="FFFFFF"/>
            <w:tcMar>
              <w:top w:w="60" w:type="dxa"/>
              <w:left w:w="120" w:type="dxa"/>
              <w:bottom w:w="60" w:type="dxa"/>
              <w:right w:w="120" w:type="dxa"/>
            </w:tcMar>
          </w:tcPr>
          <w:p w14:paraId="11DAD62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135793A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21C7571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3,25</w:t>
            </w:r>
          </w:p>
        </w:tc>
      </w:tr>
    </w:tbl>
    <w:p w14:paraId="4C3850CE" w14:textId="77777777" w:rsidR="00552283" w:rsidRPr="008E77DA" w:rsidRDefault="00552283" w:rsidP="008E77DA">
      <w:pPr>
        <w:spacing w:after="0" w:line="240" w:lineRule="auto"/>
        <w:rPr>
          <w:rFonts w:ascii="Times New Roman" w:hAnsi="Times New Roman" w:cs="Times New Roman"/>
        </w:rPr>
      </w:pPr>
    </w:p>
    <w:p w14:paraId="2780D67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18F08AD6" w14:textId="77777777" w:rsidTr="00F111D1">
        <w:trPr>
          <w:jc w:val="center"/>
        </w:trPr>
        <w:tc>
          <w:tcPr>
            <w:tcW w:w="3120" w:type="dxa"/>
            <w:shd w:val="clear" w:color="auto" w:fill="1F4E79"/>
            <w:tcMar>
              <w:top w:w="80" w:type="dxa"/>
              <w:left w:w="120" w:type="dxa"/>
              <w:bottom w:w="80" w:type="dxa"/>
              <w:right w:w="120" w:type="dxa"/>
            </w:tcMar>
          </w:tcPr>
          <w:p w14:paraId="14B04EB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lastRenderedPageBreak/>
              <w:t>#</w:t>
            </w:r>
          </w:p>
        </w:tc>
        <w:tc>
          <w:tcPr>
            <w:tcW w:w="3120" w:type="dxa"/>
            <w:shd w:val="clear" w:color="auto" w:fill="1F4E79"/>
            <w:tcMar>
              <w:top w:w="80" w:type="dxa"/>
              <w:left w:w="120" w:type="dxa"/>
              <w:bottom w:w="80" w:type="dxa"/>
              <w:right w:w="120" w:type="dxa"/>
            </w:tcMar>
          </w:tcPr>
          <w:p w14:paraId="4AC8F19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9E8F44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29451C07" w14:textId="77777777" w:rsidTr="00F111D1">
        <w:trPr>
          <w:jc w:val="center"/>
        </w:trPr>
        <w:tc>
          <w:tcPr>
            <w:tcW w:w="3120" w:type="dxa"/>
            <w:shd w:val="clear" w:color="auto" w:fill="F9FAFB"/>
            <w:tcMar>
              <w:top w:w="60" w:type="dxa"/>
              <w:left w:w="120" w:type="dxa"/>
              <w:bottom w:w="60" w:type="dxa"/>
              <w:right w:w="120" w:type="dxa"/>
            </w:tcMar>
          </w:tcPr>
          <w:p w14:paraId="5F0ADFF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F3E4D9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432507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263EE776" w14:textId="77777777" w:rsidTr="00F111D1">
        <w:trPr>
          <w:jc w:val="center"/>
        </w:trPr>
        <w:tc>
          <w:tcPr>
            <w:tcW w:w="3120" w:type="dxa"/>
            <w:shd w:val="clear" w:color="auto" w:fill="FFFFFF"/>
            <w:tcMar>
              <w:top w:w="60" w:type="dxa"/>
              <w:left w:w="120" w:type="dxa"/>
              <w:bottom w:w="60" w:type="dxa"/>
              <w:right w:w="120" w:type="dxa"/>
            </w:tcMar>
          </w:tcPr>
          <w:p w14:paraId="5B51009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D91C9E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6CFC4DB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4,25</w:t>
            </w:r>
          </w:p>
        </w:tc>
      </w:tr>
      <w:tr w:rsidR="00552283" w:rsidRPr="008E77DA" w14:paraId="450C26DF" w14:textId="77777777" w:rsidTr="00F111D1">
        <w:trPr>
          <w:jc w:val="center"/>
        </w:trPr>
        <w:tc>
          <w:tcPr>
            <w:tcW w:w="3120" w:type="dxa"/>
            <w:shd w:val="clear" w:color="auto" w:fill="F9FAFB"/>
            <w:tcMar>
              <w:top w:w="60" w:type="dxa"/>
              <w:left w:w="120" w:type="dxa"/>
              <w:bottom w:w="60" w:type="dxa"/>
              <w:right w:w="120" w:type="dxa"/>
            </w:tcMar>
          </w:tcPr>
          <w:p w14:paraId="56425C5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ADCE0C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16A7F91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4B8385FC" w14:textId="77777777" w:rsidTr="00F111D1">
        <w:trPr>
          <w:jc w:val="center"/>
        </w:trPr>
        <w:tc>
          <w:tcPr>
            <w:tcW w:w="3120" w:type="dxa"/>
            <w:shd w:val="clear" w:color="auto" w:fill="FFFFFF"/>
            <w:tcMar>
              <w:top w:w="60" w:type="dxa"/>
              <w:left w:w="120" w:type="dxa"/>
              <w:bottom w:w="60" w:type="dxa"/>
              <w:right w:w="120" w:type="dxa"/>
            </w:tcMar>
          </w:tcPr>
          <w:p w14:paraId="7E3C1D5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33E74C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6E1234E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39A6B6BE" w14:textId="77777777" w:rsidTr="00F111D1">
        <w:trPr>
          <w:jc w:val="center"/>
        </w:trPr>
        <w:tc>
          <w:tcPr>
            <w:tcW w:w="3120" w:type="dxa"/>
            <w:shd w:val="clear" w:color="auto" w:fill="F9FAFB"/>
            <w:tcMar>
              <w:top w:w="60" w:type="dxa"/>
              <w:left w:w="120" w:type="dxa"/>
              <w:bottom w:w="60" w:type="dxa"/>
              <w:right w:w="120" w:type="dxa"/>
            </w:tcMar>
          </w:tcPr>
          <w:p w14:paraId="0FB8044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218877E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0B6B97A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4,25</w:t>
            </w:r>
          </w:p>
        </w:tc>
      </w:tr>
    </w:tbl>
    <w:p w14:paraId="4BBD6A45" w14:textId="77777777" w:rsidR="00552283" w:rsidRPr="008E77DA" w:rsidRDefault="00552283" w:rsidP="008E77DA">
      <w:pPr>
        <w:spacing w:after="0" w:line="240" w:lineRule="auto"/>
        <w:rPr>
          <w:rFonts w:ascii="Times New Roman" w:hAnsi="Times New Roman" w:cs="Times New Roman"/>
        </w:rPr>
      </w:pPr>
    </w:p>
    <w:p w14:paraId="3CA2AB57" w14:textId="77777777" w:rsidR="00552283" w:rsidRPr="008E77DA" w:rsidRDefault="00552283" w:rsidP="008E77DA">
      <w:pPr>
        <w:spacing w:after="0" w:line="240" w:lineRule="auto"/>
        <w:rPr>
          <w:rFonts w:ascii="Times New Roman" w:hAnsi="Times New Roman" w:cs="Times New Roman"/>
        </w:rPr>
      </w:pPr>
    </w:p>
    <w:p w14:paraId="4793ED04" w14:textId="3FCD679E"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14. Ders: BES 220 - Genel Mikrobiyoloji</w:t>
      </w:r>
    </w:p>
    <w:p w14:paraId="10F8861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0C6B314E" w14:textId="77777777" w:rsidTr="00F111D1">
        <w:trPr>
          <w:jc w:val="center"/>
        </w:trPr>
        <w:tc>
          <w:tcPr>
            <w:tcW w:w="3120" w:type="dxa"/>
            <w:shd w:val="clear" w:color="auto" w:fill="1F4E79"/>
            <w:tcMar>
              <w:top w:w="80" w:type="dxa"/>
              <w:left w:w="120" w:type="dxa"/>
              <w:bottom w:w="80" w:type="dxa"/>
              <w:right w:w="120" w:type="dxa"/>
            </w:tcMar>
          </w:tcPr>
          <w:p w14:paraId="293C55A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0AAEBDD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CB5903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45AEC65F" w14:textId="77777777" w:rsidTr="00F111D1">
        <w:trPr>
          <w:jc w:val="center"/>
        </w:trPr>
        <w:tc>
          <w:tcPr>
            <w:tcW w:w="3120" w:type="dxa"/>
            <w:shd w:val="clear" w:color="auto" w:fill="F9FAFB"/>
            <w:tcMar>
              <w:top w:w="60" w:type="dxa"/>
              <w:left w:w="120" w:type="dxa"/>
              <w:bottom w:w="60" w:type="dxa"/>
              <w:right w:w="120" w:type="dxa"/>
            </w:tcMar>
          </w:tcPr>
          <w:p w14:paraId="074F393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05525EC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4409C3F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3,43</w:t>
            </w:r>
          </w:p>
        </w:tc>
      </w:tr>
      <w:tr w:rsidR="00552283" w:rsidRPr="008E77DA" w14:paraId="725B05EE" w14:textId="77777777" w:rsidTr="00F111D1">
        <w:trPr>
          <w:jc w:val="center"/>
        </w:trPr>
        <w:tc>
          <w:tcPr>
            <w:tcW w:w="3120" w:type="dxa"/>
            <w:shd w:val="clear" w:color="auto" w:fill="FFFFFF"/>
            <w:tcMar>
              <w:top w:w="60" w:type="dxa"/>
              <w:left w:w="120" w:type="dxa"/>
              <w:bottom w:w="60" w:type="dxa"/>
              <w:right w:w="120" w:type="dxa"/>
            </w:tcMar>
          </w:tcPr>
          <w:p w14:paraId="5CFD11D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73A22B1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2F5BDDD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3,57</w:t>
            </w:r>
          </w:p>
        </w:tc>
      </w:tr>
      <w:tr w:rsidR="00552283" w:rsidRPr="008E77DA" w14:paraId="73AFBC50" w14:textId="77777777" w:rsidTr="00F111D1">
        <w:trPr>
          <w:jc w:val="center"/>
        </w:trPr>
        <w:tc>
          <w:tcPr>
            <w:tcW w:w="3120" w:type="dxa"/>
            <w:shd w:val="clear" w:color="auto" w:fill="F9FAFB"/>
            <w:tcMar>
              <w:top w:w="60" w:type="dxa"/>
              <w:left w:w="120" w:type="dxa"/>
              <w:bottom w:w="60" w:type="dxa"/>
              <w:right w:w="120" w:type="dxa"/>
            </w:tcMar>
          </w:tcPr>
          <w:p w14:paraId="28FF607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6824895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5CB7010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2DD4956A" w14:textId="77777777" w:rsidTr="00F111D1">
        <w:trPr>
          <w:jc w:val="center"/>
        </w:trPr>
        <w:tc>
          <w:tcPr>
            <w:tcW w:w="3120" w:type="dxa"/>
            <w:shd w:val="clear" w:color="auto" w:fill="FFFFFF"/>
            <w:tcMar>
              <w:top w:w="60" w:type="dxa"/>
              <w:left w:w="120" w:type="dxa"/>
              <w:bottom w:w="60" w:type="dxa"/>
              <w:right w:w="120" w:type="dxa"/>
            </w:tcMar>
          </w:tcPr>
          <w:p w14:paraId="37D8478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F3D6A5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7225C3C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3,86</w:t>
            </w:r>
          </w:p>
        </w:tc>
      </w:tr>
    </w:tbl>
    <w:p w14:paraId="4F74E18B" w14:textId="77777777" w:rsidR="00552283" w:rsidRPr="008E77DA" w:rsidRDefault="00552283" w:rsidP="008E77DA">
      <w:pPr>
        <w:spacing w:after="0" w:line="240" w:lineRule="auto"/>
        <w:rPr>
          <w:rFonts w:ascii="Times New Roman" w:hAnsi="Times New Roman" w:cs="Times New Roman"/>
        </w:rPr>
      </w:pPr>
    </w:p>
    <w:p w14:paraId="51FD69C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269AF007" w14:textId="77777777" w:rsidTr="00F111D1">
        <w:trPr>
          <w:jc w:val="center"/>
        </w:trPr>
        <w:tc>
          <w:tcPr>
            <w:tcW w:w="4680" w:type="dxa"/>
            <w:shd w:val="clear" w:color="auto" w:fill="1F4E79"/>
            <w:tcMar>
              <w:top w:w="80" w:type="dxa"/>
              <w:left w:w="120" w:type="dxa"/>
              <w:bottom w:w="80" w:type="dxa"/>
              <w:right w:w="120" w:type="dxa"/>
            </w:tcMar>
          </w:tcPr>
          <w:p w14:paraId="01CF36A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056FA1B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786B2B94" w14:textId="77777777" w:rsidTr="00F111D1">
        <w:trPr>
          <w:jc w:val="center"/>
        </w:trPr>
        <w:tc>
          <w:tcPr>
            <w:tcW w:w="4680" w:type="dxa"/>
            <w:shd w:val="clear" w:color="auto" w:fill="F9FAFB"/>
            <w:tcMar>
              <w:top w:w="60" w:type="dxa"/>
              <w:left w:w="120" w:type="dxa"/>
              <w:bottom w:w="60" w:type="dxa"/>
              <w:right w:w="120" w:type="dxa"/>
            </w:tcMar>
          </w:tcPr>
          <w:p w14:paraId="20F6F62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3D4E1AE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3,71 saat</w:t>
            </w:r>
          </w:p>
        </w:tc>
      </w:tr>
      <w:tr w:rsidR="00552283" w:rsidRPr="008E77DA" w14:paraId="540D2151" w14:textId="77777777" w:rsidTr="00F111D1">
        <w:trPr>
          <w:jc w:val="center"/>
        </w:trPr>
        <w:tc>
          <w:tcPr>
            <w:tcW w:w="4680" w:type="dxa"/>
            <w:shd w:val="clear" w:color="auto" w:fill="FFFFFF"/>
            <w:tcMar>
              <w:top w:w="60" w:type="dxa"/>
              <w:left w:w="120" w:type="dxa"/>
              <w:bottom w:w="60" w:type="dxa"/>
              <w:right w:w="120" w:type="dxa"/>
            </w:tcMar>
          </w:tcPr>
          <w:p w14:paraId="4273C78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6EB9415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5,71 saat</w:t>
            </w:r>
          </w:p>
        </w:tc>
      </w:tr>
      <w:tr w:rsidR="00552283" w:rsidRPr="008E77DA" w14:paraId="7A4C44F2" w14:textId="77777777" w:rsidTr="00F111D1">
        <w:trPr>
          <w:jc w:val="center"/>
        </w:trPr>
        <w:tc>
          <w:tcPr>
            <w:tcW w:w="4680" w:type="dxa"/>
            <w:shd w:val="clear" w:color="auto" w:fill="F9FAFB"/>
            <w:tcMar>
              <w:top w:w="60" w:type="dxa"/>
              <w:left w:w="120" w:type="dxa"/>
              <w:bottom w:w="60" w:type="dxa"/>
              <w:right w:w="120" w:type="dxa"/>
            </w:tcMar>
          </w:tcPr>
          <w:p w14:paraId="16C3F19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7617636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6,86 saat</w:t>
            </w:r>
          </w:p>
        </w:tc>
      </w:tr>
      <w:tr w:rsidR="00552283" w:rsidRPr="008E77DA" w14:paraId="5ABF8E92" w14:textId="77777777" w:rsidTr="00F111D1">
        <w:trPr>
          <w:jc w:val="center"/>
        </w:trPr>
        <w:tc>
          <w:tcPr>
            <w:tcW w:w="4680" w:type="dxa"/>
            <w:shd w:val="clear" w:color="auto" w:fill="FFFFFF"/>
            <w:tcMar>
              <w:top w:w="60" w:type="dxa"/>
              <w:left w:w="120" w:type="dxa"/>
              <w:bottom w:w="60" w:type="dxa"/>
              <w:right w:w="120" w:type="dxa"/>
            </w:tcMar>
          </w:tcPr>
          <w:p w14:paraId="5AFDE77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59A6455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4,71 saat</w:t>
            </w:r>
          </w:p>
        </w:tc>
      </w:tr>
      <w:tr w:rsidR="00552283" w:rsidRPr="008E77DA" w14:paraId="1D0782EC" w14:textId="77777777" w:rsidTr="00F111D1">
        <w:trPr>
          <w:jc w:val="center"/>
        </w:trPr>
        <w:tc>
          <w:tcPr>
            <w:tcW w:w="4680" w:type="dxa"/>
            <w:shd w:val="clear" w:color="auto" w:fill="F9FAFB"/>
            <w:tcMar>
              <w:top w:w="60" w:type="dxa"/>
              <w:left w:w="120" w:type="dxa"/>
              <w:bottom w:w="60" w:type="dxa"/>
              <w:right w:w="120" w:type="dxa"/>
            </w:tcMar>
          </w:tcPr>
          <w:p w14:paraId="01CD611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3F117D7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8,43 saat</w:t>
            </w:r>
          </w:p>
        </w:tc>
      </w:tr>
      <w:tr w:rsidR="00552283" w:rsidRPr="008E77DA" w14:paraId="3E7C8188" w14:textId="77777777" w:rsidTr="00F111D1">
        <w:trPr>
          <w:jc w:val="center"/>
        </w:trPr>
        <w:tc>
          <w:tcPr>
            <w:tcW w:w="4680" w:type="dxa"/>
            <w:shd w:val="clear" w:color="auto" w:fill="FFFFFF"/>
            <w:tcMar>
              <w:top w:w="60" w:type="dxa"/>
              <w:left w:w="120" w:type="dxa"/>
              <w:bottom w:w="60" w:type="dxa"/>
              <w:right w:w="120" w:type="dxa"/>
            </w:tcMar>
          </w:tcPr>
          <w:p w14:paraId="44365AC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74460D6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3,00 saat</w:t>
            </w:r>
          </w:p>
        </w:tc>
      </w:tr>
      <w:tr w:rsidR="00552283" w:rsidRPr="008E77DA" w14:paraId="78EC046D" w14:textId="77777777" w:rsidTr="00F111D1">
        <w:trPr>
          <w:jc w:val="center"/>
        </w:trPr>
        <w:tc>
          <w:tcPr>
            <w:tcW w:w="4680" w:type="dxa"/>
            <w:shd w:val="clear" w:color="auto" w:fill="F9FAFB"/>
            <w:tcMar>
              <w:top w:w="60" w:type="dxa"/>
              <w:left w:w="120" w:type="dxa"/>
              <w:bottom w:w="60" w:type="dxa"/>
              <w:right w:w="120" w:type="dxa"/>
            </w:tcMar>
          </w:tcPr>
          <w:p w14:paraId="49820DE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1D5C4C6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1,71 saat</w:t>
            </w:r>
          </w:p>
        </w:tc>
      </w:tr>
      <w:tr w:rsidR="00552283" w:rsidRPr="008E77DA" w14:paraId="675259FB" w14:textId="77777777" w:rsidTr="00F111D1">
        <w:trPr>
          <w:jc w:val="center"/>
        </w:trPr>
        <w:tc>
          <w:tcPr>
            <w:tcW w:w="4680" w:type="dxa"/>
            <w:shd w:val="clear" w:color="auto" w:fill="FFFFFF"/>
            <w:tcMar>
              <w:top w:w="60" w:type="dxa"/>
              <w:left w:w="120" w:type="dxa"/>
              <w:bottom w:w="60" w:type="dxa"/>
              <w:right w:w="120" w:type="dxa"/>
            </w:tcMar>
          </w:tcPr>
          <w:p w14:paraId="1172B0D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77F75A5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11,43 saat</w:t>
            </w:r>
          </w:p>
        </w:tc>
      </w:tr>
    </w:tbl>
    <w:p w14:paraId="5D52D503" w14:textId="77777777" w:rsidR="00552283" w:rsidRPr="008E77DA" w:rsidRDefault="00552283" w:rsidP="008E77DA">
      <w:pPr>
        <w:spacing w:after="0" w:line="240" w:lineRule="auto"/>
        <w:rPr>
          <w:rFonts w:ascii="Times New Roman" w:hAnsi="Times New Roman" w:cs="Times New Roman"/>
        </w:rPr>
      </w:pPr>
    </w:p>
    <w:p w14:paraId="4DC2C45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lastRenderedPageBreak/>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32DA9B55" w14:textId="77777777" w:rsidTr="00F111D1">
        <w:trPr>
          <w:jc w:val="center"/>
        </w:trPr>
        <w:tc>
          <w:tcPr>
            <w:tcW w:w="3120" w:type="dxa"/>
            <w:shd w:val="clear" w:color="auto" w:fill="1F4E79"/>
            <w:tcMar>
              <w:top w:w="80" w:type="dxa"/>
              <w:left w:w="120" w:type="dxa"/>
              <w:bottom w:w="80" w:type="dxa"/>
              <w:right w:w="120" w:type="dxa"/>
            </w:tcMar>
          </w:tcPr>
          <w:p w14:paraId="43F2CE7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4E7800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0283DE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56795CA7" w14:textId="77777777" w:rsidTr="00F111D1">
        <w:trPr>
          <w:jc w:val="center"/>
        </w:trPr>
        <w:tc>
          <w:tcPr>
            <w:tcW w:w="3120" w:type="dxa"/>
            <w:shd w:val="clear" w:color="auto" w:fill="F9FAFB"/>
            <w:tcMar>
              <w:top w:w="60" w:type="dxa"/>
              <w:left w:w="120" w:type="dxa"/>
              <w:bottom w:w="60" w:type="dxa"/>
              <w:right w:w="120" w:type="dxa"/>
            </w:tcMar>
          </w:tcPr>
          <w:p w14:paraId="0785E75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709D2A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0EE3DBF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1128A9D0" w14:textId="77777777" w:rsidTr="00F111D1">
        <w:trPr>
          <w:jc w:val="center"/>
        </w:trPr>
        <w:tc>
          <w:tcPr>
            <w:tcW w:w="3120" w:type="dxa"/>
            <w:shd w:val="clear" w:color="auto" w:fill="FFFFFF"/>
            <w:tcMar>
              <w:top w:w="60" w:type="dxa"/>
              <w:left w:w="120" w:type="dxa"/>
              <w:bottom w:w="60" w:type="dxa"/>
              <w:right w:w="120" w:type="dxa"/>
            </w:tcMar>
          </w:tcPr>
          <w:p w14:paraId="08E4640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CDE804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3EEC7A9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4,57</w:t>
            </w:r>
          </w:p>
        </w:tc>
      </w:tr>
      <w:tr w:rsidR="00552283" w:rsidRPr="008E77DA" w14:paraId="2C80ABED" w14:textId="77777777" w:rsidTr="00F111D1">
        <w:trPr>
          <w:jc w:val="center"/>
        </w:trPr>
        <w:tc>
          <w:tcPr>
            <w:tcW w:w="3120" w:type="dxa"/>
            <w:shd w:val="clear" w:color="auto" w:fill="F9FAFB"/>
            <w:tcMar>
              <w:top w:w="60" w:type="dxa"/>
              <w:left w:w="120" w:type="dxa"/>
              <w:bottom w:w="60" w:type="dxa"/>
              <w:right w:w="120" w:type="dxa"/>
            </w:tcMar>
          </w:tcPr>
          <w:p w14:paraId="60073CB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0B051F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5745D17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4,57</w:t>
            </w:r>
          </w:p>
        </w:tc>
      </w:tr>
      <w:tr w:rsidR="00552283" w:rsidRPr="008E77DA" w14:paraId="5B87A5C3" w14:textId="77777777" w:rsidTr="00F111D1">
        <w:trPr>
          <w:jc w:val="center"/>
        </w:trPr>
        <w:tc>
          <w:tcPr>
            <w:tcW w:w="3120" w:type="dxa"/>
            <w:shd w:val="clear" w:color="auto" w:fill="FFFFFF"/>
            <w:tcMar>
              <w:top w:w="60" w:type="dxa"/>
              <w:left w:w="120" w:type="dxa"/>
              <w:bottom w:w="60" w:type="dxa"/>
              <w:right w:w="120" w:type="dxa"/>
            </w:tcMar>
          </w:tcPr>
          <w:p w14:paraId="5F506EB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BB3AD6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27113E1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3,86</w:t>
            </w:r>
          </w:p>
        </w:tc>
      </w:tr>
      <w:tr w:rsidR="00552283" w:rsidRPr="008E77DA" w14:paraId="347625B4" w14:textId="77777777" w:rsidTr="00F111D1">
        <w:trPr>
          <w:jc w:val="center"/>
        </w:trPr>
        <w:tc>
          <w:tcPr>
            <w:tcW w:w="3120" w:type="dxa"/>
            <w:shd w:val="clear" w:color="auto" w:fill="F9FAFB"/>
            <w:tcMar>
              <w:top w:w="60" w:type="dxa"/>
              <w:left w:w="120" w:type="dxa"/>
              <w:bottom w:w="60" w:type="dxa"/>
              <w:right w:w="120" w:type="dxa"/>
            </w:tcMar>
          </w:tcPr>
          <w:p w14:paraId="7DEF068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55DA36F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2F7B9E5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4A01D7C2" w14:textId="77777777" w:rsidTr="00F111D1">
        <w:trPr>
          <w:jc w:val="center"/>
        </w:trPr>
        <w:tc>
          <w:tcPr>
            <w:tcW w:w="3120" w:type="dxa"/>
            <w:shd w:val="clear" w:color="auto" w:fill="FFFFFF"/>
            <w:tcMar>
              <w:top w:w="60" w:type="dxa"/>
              <w:left w:w="120" w:type="dxa"/>
              <w:bottom w:w="60" w:type="dxa"/>
              <w:right w:w="120" w:type="dxa"/>
            </w:tcMar>
          </w:tcPr>
          <w:p w14:paraId="339149C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67C8138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01A24A1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552283" w:rsidRPr="008E77DA" w14:paraId="140640D4" w14:textId="77777777" w:rsidTr="00F111D1">
        <w:trPr>
          <w:jc w:val="center"/>
        </w:trPr>
        <w:tc>
          <w:tcPr>
            <w:tcW w:w="3120" w:type="dxa"/>
            <w:shd w:val="clear" w:color="auto" w:fill="F9FAFB"/>
            <w:tcMar>
              <w:top w:w="60" w:type="dxa"/>
              <w:left w:w="120" w:type="dxa"/>
              <w:bottom w:w="60" w:type="dxa"/>
              <w:right w:w="120" w:type="dxa"/>
            </w:tcMar>
          </w:tcPr>
          <w:p w14:paraId="43BF012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119CD62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48D0F9A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3,86</w:t>
            </w:r>
          </w:p>
        </w:tc>
      </w:tr>
      <w:tr w:rsidR="00552283" w:rsidRPr="008E77DA" w14:paraId="01BF39FE" w14:textId="77777777" w:rsidTr="00F111D1">
        <w:trPr>
          <w:jc w:val="center"/>
        </w:trPr>
        <w:tc>
          <w:tcPr>
            <w:tcW w:w="3120" w:type="dxa"/>
            <w:shd w:val="clear" w:color="auto" w:fill="FFFFFF"/>
            <w:tcMar>
              <w:top w:w="60" w:type="dxa"/>
              <w:left w:w="120" w:type="dxa"/>
              <w:bottom w:w="60" w:type="dxa"/>
              <w:right w:w="120" w:type="dxa"/>
            </w:tcMar>
          </w:tcPr>
          <w:p w14:paraId="4EF1D19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2E02801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30F9FF2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15A8F348" w14:textId="77777777" w:rsidTr="00F111D1">
        <w:trPr>
          <w:jc w:val="center"/>
        </w:trPr>
        <w:tc>
          <w:tcPr>
            <w:tcW w:w="3120" w:type="dxa"/>
            <w:shd w:val="clear" w:color="auto" w:fill="F9FAFB"/>
            <w:tcMar>
              <w:top w:w="60" w:type="dxa"/>
              <w:left w:w="120" w:type="dxa"/>
              <w:bottom w:w="60" w:type="dxa"/>
              <w:right w:w="120" w:type="dxa"/>
            </w:tcMar>
          </w:tcPr>
          <w:p w14:paraId="2020742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1815D75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18F1F74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3,86</w:t>
            </w:r>
          </w:p>
        </w:tc>
      </w:tr>
      <w:tr w:rsidR="00552283" w:rsidRPr="008E77DA" w14:paraId="11C35D34" w14:textId="77777777" w:rsidTr="00F111D1">
        <w:trPr>
          <w:jc w:val="center"/>
        </w:trPr>
        <w:tc>
          <w:tcPr>
            <w:tcW w:w="3120" w:type="dxa"/>
            <w:shd w:val="clear" w:color="auto" w:fill="FFFFFF"/>
            <w:tcMar>
              <w:top w:w="60" w:type="dxa"/>
              <w:left w:w="120" w:type="dxa"/>
              <w:bottom w:w="60" w:type="dxa"/>
              <w:right w:w="120" w:type="dxa"/>
            </w:tcMar>
          </w:tcPr>
          <w:p w14:paraId="0D89CE6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7ABEFBB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0BCB4FD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6181F411" w14:textId="77777777" w:rsidTr="00F111D1">
        <w:trPr>
          <w:jc w:val="center"/>
        </w:trPr>
        <w:tc>
          <w:tcPr>
            <w:tcW w:w="3120" w:type="dxa"/>
            <w:shd w:val="clear" w:color="auto" w:fill="F9FAFB"/>
            <w:tcMar>
              <w:top w:w="60" w:type="dxa"/>
              <w:left w:w="120" w:type="dxa"/>
              <w:bottom w:w="60" w:type="dxa"/>
              <w:right w:w="120" w:type="dxa"/>
            </w:tcMar>
          </w:tcPr>
          <w:p w14:paraId="0EDB42C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0C9E5AB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320AC05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1736D5CF" w14:textId="77777777" w:rsidTr="00F111D1">
        <w:trPr>
          <w:jc w:val="center"/>
        </w:trPr>
        <w:tc>
          <w:tcPr>
            <w:tcW w:w="3120" w:type="dxa"/>
            <w:shd w:val="clear" w:color="auto" w:fill="FFFFFF"/>
            <w:tcMar>
              <w:top w:w="60" w:type="dxa"/>
              <w:left w:w="120" w:type="dxa"/>
              <w:bottom w:w="60" w:type="dxa"/>
              <w:right w:w="120" w:type="dxa"/>
            </w:tcMar>
          </w:tcPr>
          <w:p w14:paraId="517D12E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464C1DB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711D970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4,14</w:t>
            </w:r>
          </w:p>
        </w:tc>
      </w:tr>
      <w:tr w:rsidR="00552283" w:rsidRPr="008E77DA" w14:paraId="2CDEEDCA" w14:textId="77777777" w:rsidTr="00F111D1">
        <w:trPr>
          <w:jc w:val="center"/>
        </w:trPr>
        <w:tc>
          <w:tcPr>
            <w:tcW w:w="3120" w:type="dxa"/>
            <w:shd w:val="clear" w:color="auto" w:fill="F9FAFB"/>
            <w:tcMar>
              <w:top w:w="60" w:type="dxa"/>
              <w:left w:w="120" w:type="dxa"/>
              <w:bottom w:w="60" w:type="dxa"/>
              <w:right w:w="120" w:type="dxa"/>
            </w:tcMar>
          </w:tcPr>
          <w:p w14:paraId="2DB534F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1BBD247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422BFEE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3,43</w:t>
            </w:r>
          </w:p>
        </w:tc>
      </w:tr>
      <w:tr w:rsidR="00552283" w:rsidRPr="008E77DA" w14:paraId="42874B6C" w14:textId="77777777" w:rsidTr="00F111D1">
        <w:trPr>
          <w:jc w:val="center"/>
        </w:trPr>
        <w:tc>
          <w:tcPr>
            <w:tcW w:w="3120" w:type="dxa"/>
            <w:shd w:val="clear" w:color="auto" w:fill="FFFFFF"/>
            <w:tcMar>
              <w:top w:w="60" w:type="dxa"/>
              <w:left w:w="120" w:type="dxa"/>
              <w:bottom w:w="60" w:type="dxa"/>
              <w:right w:w="120" w:type="dxa"/>
            </w:tcMar>
          </w:tcPr>
          <w:p w14:paraId="7F551A3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7EDCE81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7BC1528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3,57</w:t>
            </w:r>
          </w:p>
        </w:tc>
      </w:tr>
    </w:tbl>
    <w:p w14:paraId="5B65545C" w14:textId="77777777" w:rsidR="00552283" w:rsidRPr="008E77DA" w:rsidRDefault="00552283" w:rsidP="008E77DA">
      <w:pPr>
        <w:spacing w:after="0" w:line="240" w:lineRule="auto"/>
        <w:rPr>
          <w:rFonts w:ascii="Times New Roman" w:hAnsi="Times New Roman" w:cs="Times New Roman"/>
        </w:rPr>
      </w:pPr>
    </w:p>
    <w:p w14:paraId="59623D5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0C7A7F41" w14:textId="77777777" w:rsidTr="00F111D1">
        <w:trPr>
          <w:jc w:val="center"/>
        </w:trPr>
        <w:tc>
          <w:tcPr>
            <w:tcW w:w="3120" w:type="dxa"/>
            <w:shd w:val="clear" w:color="auto" w:fill="1F4E79"/>
            <w:tcMar>
              <w:top w:w="80" w:type="dxa"/>
              <w:left w:w="120" w:type="dxa"/>
              <w:bottom w:w="80" w:type="dxa"/>
              <w:right w:w="120" w:type="dxa"/>
            </w:tcMar>
          </w:tcPr>
          <w:p w14:paraId="28D900D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802DD3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0EDC3B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4C3DCBEC" w14:textId="77777777" w:rsidTr="00F111D1">
        <w:trPr>
          <w:jc w:val="center"/>
        </w:trPr>
        <w:tc>
          <w:tcPr>
            <w:tcW w:w="3120" w:type="dxa"/>
            <w:shd w:val="clear" w:color="auto" w:fill="F9FAFB"/>
            <w:tcMar>
              <w:top w:w="60" w:type="dxa"/>
              <w:left w:w="120" w:type="dxa"/>
              <w:bottom w:w="60" w:type="dxa"/>
              <w:right w:w="120" w:type="dxa"/>
            </w:tcMar>
          </w:tcPr>
          <w:p w14:paraId="52709B6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507BB5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4AB573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4,43</w:t>
            </w:r>
          </w:p>
        </w:tc>
      </w:tr>
      <w:tr w:rsidR="00552283" w:rsidRPr="008E77DA" w14:paraId="515F9EC2" w14:textId="77777777" w:rsidTr="00F111D1">
        <w:trPr>
          <w:jc w:val="center"/>
        </w:trPr>
        <w:tc>
          <w:tcPr>
            <w:tcW w:w="3120" w:type="dxa"/>
            <w:shd w:val="clear" w:color="auto" w:fill="FFFFFF"/>
            <w:tcMar>
              <w:top w:w="60" w:type="dxa"/>
              <w:left w:w="120" w:type="dxa"/>
              <w:bottom w:w="60" w:type="dxa"/>
              <w:right w:w="120" w:type="dxa"/>
            </w:tcMar>
          </w:tcPr>
          <w:p w14:paraId="79C4E8A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21D8F2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1308BDA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4,29</w:t>
            </w:r>
          </w:p>
        </w:tc>
      </w:tr>
      <w:tr w:rsidR="00552283" w:rsidRPr="008E77DA" w14:paraId="6A4C20C4" w14:textId="77777777" w:rsidTr="00F111D1">
        <w:trPr>
          <w:jc w:val="center"/>
        </w:trPr>
        <w:tc>
          <w:tcPr>
            <w:tcW w:w="3120" w:type="dxa"/>
            <w:shd w:val="clear" w:color="auto" w:fill="F9FAFB"/>
            <w:tcMar>
              <w:top w:w="60" w:type="dxa"/>
              <w:left w:w="120" w:type="dxa"/>
              <w:bottom w:w="60" w:type="dxa"/>
              <w:right w:w="120" w:type="dxa"/>
            </w:tcMar>
          </w:tcPr>
          <w:p w14:paraId="5C5A471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E65928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69B1EFD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4,14</w:t>
            </w:r>
          </w:p>
        </w:tc>
      </w:tr>
      <w:tr w:rsidR="00552283" w:rsidRPr="008E77DA" w14:paraId="73109A95" w14:textId="77777777" w:rsidTr="00F111D1">
        <w:trPr>
          <w:jc w:val="center"/>
        </w:trPr>
        <w:tc>
          <w:tcPr>
            <w:tcW w:w="3120" w:type="dxa"/>
            <w:shd w:val="clear" w:color="auto" w:fill="FFFFFF"/>
            <w:tcMar>
              <w:top w:w="60" w:type="dxa"/>
              <w:left w:w="120" w:type="dxa"/>
              <w:bottom w:w="60" w:type="dxa"/>
              <w:right w:w="120" w:type="dxa"/>
            </w:tcMar>
          </w:tcPr>
          <w:p w14:paraId="0591E87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990720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45734AF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4,29</w:t>
            </w:r>
          </w:p>
        </w:tc>
      </w:tr>
      <w:tr w:rsidR="00552283" w:rsidRPr="008E77DA" w14:paraId="6E44F05B" w14:textId="77777777" w:rsidTr="00F111D1">
        <w:trPr>
          <w:jc w:val="center"/>
        </w:trPr>
        <w:tc>
          <w:tcPr>
            <w:tcW w:w="3120" w:type="dxa"/>
            <w:shd w:val="clear" w:color="auto" w:fill="F9FAFB"/>
            <w:tcMar>
              <w:top w:w="60" w:type="dxa"/>
              <w:left w:w="120" w:type="dxa"/>
              <w:bottom w:w="60" w:type="dxa"/>
              <w:right w:w="120" w:type="dxa"/>
            </w:tcMar>
          </w:tcPr>
          <w:p w14:paraId="5F073BB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3389CEF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48D6AA0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4,43</w:t>
            </w:r>
          </w:p>
        </w:tc>
      </w:tr>
    </w:tbl>
    <w:p w14:paraId="65C5C6E5" w14:textId="77777777" w:rsidR="00552283" w:rsidRPr="008E77DA" w:rsidRDefault="00552283" w:rsidP="008E77DA">
      <w:pPr>
        <w:spacing w:after="0" w:line="240" w:lineRule="auto"/>
        <w:rPr>
          <w:rFonts w:ascii="Times New Roman" w:hAnsi="Times New Roman" w:cs="Times New Roman"/>
        </w:rPr>
      </w:pPr>
    </w:p>
    <w:p w14:paraId="6F6C387F" w14:textId="77777777" w:rsidR="00552283" w:rsidRPr="008E77DA" w:rsidRDefault="00552283" w:rsidP="008E77DA">
      <w:pPr>
        <w:spacing w:after="0" w:line="240" w:lineRule="auto"/>
        <w:rPr>
          <w:rFonts w:ascii="Times New Roman" w:hAnsi="Times New Roman" w:cs="Times New Roman"/>
        </w:rPr>
      </w:pPr>
    </w:p>
    <w:p w14:paraId="25C06343" w14:textId="460CE533"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15. Ders: BES 221 - Tıbbi Terminoloji</w:t>
      </w:r>
    </w:p>
    <w:p w14:paraId="60ACD66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3E2CE9A3" w14:textId="77777777" w:rsidTr="00F111D1">
        <w:trPr>
          <w:jc w:val="center"/>
        </w:trPr>
        <w:tc>
          <w:tcPr>
            <w:tcW w:w="3120" w:type="dxa"/>
            <w:shd w:val="clear" w:color="auto" w:fill="1F4E79"/>
            <w:tcMar>
              <w:top w:w="80" w:type="dxa"/>
              <w:left w:w="120" w:type="dxa"/>
              <w:bottom w:w="80" w:type="dxa"/>
              <w:right w:w="120" w:type="dxa"/>
            </w:tcMar>
          </w:tcPr>
          <w:p w14:paraId="61A94DA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71520F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09F668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4173F94B" w14:textId="77777777" w:rsidTr="00F111D1">
        <w:trPr>
          <w:jc w:val="center"/>
        </w:trPr>
        <w:tc>
          <w:tcPr>
            <w:tcW w:w="3120" w:type="dxa"/>
            <w:shd w:val="clear" w:color="auto" w:fill="F9FAFB"/>
            <w:tcMar>
              <w:top w:w="60" w:type="dxa"/>
              <w:left w:w="120" w:type="dxa"/>
              <w:bottom w:w="60" w:type="dxa"/>
              <w:right w:w="120" w:type="dxa"/>
            </w:tcMar>
          </w:tcPr>
          <w:p w14:paraId="5C0BEC9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07FC5D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50D61F1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67309704" w14:textId="77777777" w:rsidTr="00F111D1">
        <w:trPr>
          <w:jc w:val="center"/>
        </w:trPr>
        <w:tc>
          <w:tcPr>
            <w:tcW w:w="3120" w:type="dxa"/>
            <w:shd w:val="clear" w:color="auto" w:fill="FFFFFF"/>
            <w:tcMar>
              <w:top w:w="60" w:type="dxa"/>
              <w:left w:w="120" w:type="dxa"/>
              <w:bottom w:w="60" w:type="dxa"/>
              <w:right w:w="120" w:type="dxa"/>
            </w:tcMar>
          </w:tcPr>
          <w:p w14:paraId="192F8BB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00F9A4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019FB6B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18D85DF2" w14:textId="77777777" w:rsidTr="00F111D1">
        <w:trPr>
          <w:jc w:val="center"/>
        </w:trPr>
        <w:tc>
          <w:tcPr>
            <w:tcW w:w="3120" w:type="dxa"/>
            <w:shd w:val="clear" w:color="auto" w:fill="F9FAFB"/>
            <w:tcMar>
              <w:top w:w="60" w:type="dxa"/>
              <w:left w:w="120" w:type="dxa"/>
              <w:bottom w:w="60" w:type="dxa"/>
              <w:right w:w="120" w:type="dxa"/>
            </w:tcMar>
          </w:tcPr>
          <w:p w14:paraId="4E1E51D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7C358A4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2D07A1D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2,80</w:t>
            </w:r>
          </w:p>
        </w:tc>
      </w:tr>
      <w:tr w:rsidR="00552283" w:rsidRPr="008E77DA" w14:paraId="22FE2CF2" w14:textId="77777777" w:rsidTr="00F111D1">
        <w:trPr>
          <w:jc w:val="center"/>
        </w:trPr>
        <w:tc>
          <w:tcPr>
            <w:tcW w:w="3120" w:type="dxa"/>
            <w:shd w:val="clear" w:color="auto" w:fill="FFFFFF"/>
            <w:tcMar>
              <w:top w:w="60" w:type="dxa"/>
              <w:left w:w="120" w:type="dxa"/>
              <w:bottom w:w="60" w:type="dxa"/>
              <w:right w:w="120" w:type="dxa"/>
            </w:tcMar>
          </w:tcPr>
          <w:p w14:paraId="3F98C02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210EE6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3E9631B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bl>
    <w:p w14:paraId="0C0F163C" w14:textId="77777777" w:rsidR="00552283" w:rsidRPr="008E77DA" w:rsidRDefault="00552283" w:rsidP="008E77DA">
      <w:pPr>
        <w:spacing w:after="0" w:line="240" w:lineRule="auto"/>
        <w:rPr>
          <w:rFonts w:ascii="Times New Roman" w:hAnsi="Times New Roman" w:cs="Times New Roman"/>
        </w:rPr>
      </w:pPr>
    </w:p>
    <w:p w14:paraId="39D4B8D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051D71ED" w14:textId="77777777" w:rsidTr="00F111D1">
        <w:trPr>
          <w:jc w:val="center"/>
        </w:trPr>
        <w:tc>
          <w:tcPr>
            <w:tcW w:w="4680" w:type="dxa"/>
            <w:shd w:val="clear" w:color="auto" w:fill="1F4E79"/>
            <w:tcMar>
              <w:top w:w="80" w:type="dxa"/>
              <w:left w:w="120" w:type="dxa"/>
              <w:bottom w:w="80" w:type="dxa"/>
              <w:right w:w="120" w:type="dxa"/>
            </w:tcMar>
          </w:tcPr>
          <w:p w14:paraId="30C4D18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09A7CAD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01BF19DB" w14:textId="77777777" w:rsidTr="00F111D1">
        <w:trPr>
          <w:jc w:val="center"/>
        </w:trPr>
        <w:tc>
          <w:tcPr>
            <w:tcW w:w="4680" w:type="dxa"/>
            <w:shd w:val="clear" w:color="auto" w:fill="F9FAFB"/>
            <w:tcMar>
              <w:top w:w="60" w:type="dxa"/>
              <w:left w:w="120" w:type="dxa"/>
              <w:bottom w:w="60" w:type="dxa"/>
              <w:right w:w="120" w:type="dxa"/>
            </w:tcMar>
          </w:tcPr>
          <w:p w14:paraId="55A8401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32AF14D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3,20 saat</w:t>
            </w:r>
          </w:p>
        </w:tc>
      </w:tr>
      <w:tr w:rsidR="00552283" w:rsidRPr="008E77DA" w14:paraId="3371CDB6" w14:textId="77777777" w:rsidTr="00F111D1">
        <w:trPr>
          <w:jc w:val="center"/>
        </w:trPr>
        <w:tc>
          <w:tcPr>
            <w:tcW w:w="4680" w:type="dxa"/>
            <w:shd w:val="clear" w:color="auto" w:fill="FFFFFF"/>
            <w:tcMar>
              <w:top w:w="60" w:type="dxa"/>
              <w:left w:w="120" w:type="dxa"/>
              <w:bottom w:w="60" w:type="dxa"/>
              <w:right w:w="120" w:type="dxa"/>
            </w:tcMar>
          </w:tcPr>
          <w:p w14:paraId="1B4F9E4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5878F59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0,60 saat</w:t>
            </w:r>
          </w:p>
        </w:tc>
      </w:tr>
      <w:tr w:rsidR="00552283" w:rsidRPr="008E77DA" w14:paraId="29933F41" w14:textId="77777777" w:rsidTr="00F111D1">
        <w:trPr>
          <w:jc w:val="center"/>
        </w:trPr>
        <w:tc>
          <w:tcPr>
            <w:tcW w:w="4680" w:type="dxa"/>
            <w:shd w:val="clear" w:color="auto" w:fill="F9FAFB"/>
            <w:tcMar>
              <w:top w:w="60" w:type="dxa"/>
              <w:left w:w="120" w:type="dxa"/>
              <w:bottom w:w="60" w:type="dxa"/>
              <w:right w:w="120" w:type="dxa"/>
            </w:tcMar>
          </w:tcPr>
          <w:p w14:paraId="2FED99A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492B9F8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0,60 saat</w:t>
            </w:r>
          </w:p>
        </w:tc>
      </w:tr>
      <w:tr w:rsidR="00552283" w:rsidRPr="008E77DA" w14:paraId="6FC4D5FA" w14:textId="77777777" w:rsidTr="00F111D1">
        <w:trPr>
          <w:jc w:val="center"/>
        </w:trPr>
        <w:tc>
          <w:tcPr>
            <w:tcW w:w="4680" w:type="dxa"/>
            <w:shd w:val="clear" w:color="auto" w:fill="FFFFFF"/>
            <w:tcMar>
              <w:top w:w="60" w:type="dxa"/>
              <w:left w:w="120" w:type="dxa"/>
              <w:bottom w:w="60" w:type="dxa"/>
              <w:right w:w="120" w:type="dxa"/>
            </w:tcMar>
          </w:tcPr>
          <w:p w14:paraId="10EE723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26A0540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5,40 saat</w:t>
            </w:r>
          </w:p>
        </w:tc>
      </w:tr>
      <w:tr w:rsidR="00552283" w:rsidRPr="008E77DA" w14:paraId="3EFD8281" w14:textId="77777777" w:rsidTr="00F111D1">
        <w:trPr>
          <w:jc w:val="center"/>
        </w:trPr>
        <w:tc>
          <w:tcPr>
            <w:tcW w:w="4680" w:type="dxa"/>
            <w:shd w:val="clear" w:color="auto" w:fill="F9FAFB"/>
            <w:tcMar>
              <w:top w:w="60" w:type="dxa"/>
              <w:left w:w="120" w:type="dxa"/>
              <w:bottom w:w="60" w:type="dxa"/>
              <w:right w:w="120" w:type="dxa"/>
            </w:tcMar>
          </w:tcPr>
          <w:p w14:paraId="6D51C98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75AE68F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6,00 saat</w:t>
            </w:r>
          </w:p>
        </w:tc>
      </w:tr>
      <w:tr w:rsidR="00552283" w:rsidRPr="008E77DA" w14:paraId="70955272" w14:textId="77777777" w:rsidTr="00F111D1">
        <w:trPr>
          <w:jc w:val="center"/>
        </w:trPr>
        <w:tc>
          <w:tcPr>
            <w:tcW w:w="4680" w:type="dxa"/>
            <w:shd w:val="clear" w:color="auto" w:fill="FFFFFF"/>
            <w:tcMar>
              <w:top w:w="60" w:type="dxa"/>
              <w:left w:w="120" w:type="dxa"/>
              <w:bottom w:w="60" w:type="dxa"/>
              <w:right w:w="120" w:type="dxa"/>
            </w:tcMar>
          </w:tcPr>
          <w:p w14:paraId="1E84605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576FA18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0,60 saat</w:t>
            </w:r>
          </w:p>
        </w:tc>
      </w:tr>
      <w:tr w:rsidR="00552283" w:rsidRPr="008E77DA" w14:paraId="0C6FCE21" w14:textId="77777777" w:rsidTr="00F111D1">
        <w:trPr>
          <w:jc w:val="center"/>
        </w:trPr>
        <w:tc>
          <w:tcPr>
            <w:tcW w:w="4680" w:type="dxa"/>
            <w:shd w:val="clear" w:color="auto" w:fill="F9FAFB"/>
            <w:tcMar>
              <w:top w:w="60" w:type="dxa"/>
              <w:left w:w="120" w:type="dxa"/>
              <w:bottom w:w="60" w:type="dxa"/>
              <w:right w:w="120" w:type="dxa"/>
            </w:tcMar>
          </w:tcPr>
          <w:p w14:paraId="2B88D06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3AAFFC5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w:t>
            </w:r>
          </w:p>
        </w:tc>
      </w:tr>
      <w:tr w:rsidR="00552283" w:rsidRPr="008E77DA" w14:paraId="6197F445" w14:textId="77777777" w:rsidTr="00F111D1">
        <w:trPr>
          <w:jc w:val="center"/>
        </w:trPr>
        <w:tc>
          <w:tcPr>
            <w:tcW w:w="4680" w:type="dxa"/>
            <w:shd w:val="clear" w:color="auto" w:fill="FFFFFF"/>
            <w:tcMar>
              <w:top w:w="60" w:type="dxa"/>
              <w:left w:w="120" w:type="dxa"/>
              <w:bottom w:w="60" w:type="dxa"/>
              <w:right w:w="120" w:type="dxa"/>
            </w:tcMar>
          </w:tcPr>
          <w:p w14:paraId="3843708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0E40A8C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6,60 saat</w:t>
            </w:r>
          </w:p>
        </w:tc>
      </w:tr>
    </w:tbl>
    <w:p w14:paraId="1D82DF53" w14:textId="77777777" w:rsidR="00552283" w:rsidRPr="008E77DA" w:rsidRDefault="00552283" w:rsidP="008E77DA">
      <w:pPr>
        <w:spacing w:after="0" w:line="240" w:lineRule="auto"/>
        <w:rPr>
          <w:rFonts w:ascii="Times New Roman" w:hAnsi="Times New Roman" w:cs="Times New Roman"/>
        </w:rPr>
      </w:pPr>
    </w:p>
    <w:p w14:paraId="40BE27F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310BC3C8" w14:textId="77777777" w:rsidTr="00F111D1">
        <w:trPr>
          <w:jc w:val="center"/>
        </w:trPr>
        <w:tc>
          <w:tcPr>
            <w:tcW w:w="3120" w:type="dxa"/>
            <w:shd w:val="clear" w:color="auto" w:fill="1F4E79"/>
            <w:tcMar>
              <w:top w:w="80" w:type="dxa"/>
              <w:left w:w="120" w:type="dxa"/>
              <w:bottom w:w="80" w:type="dxa"/>
              <w:right w:w="120" w:type="dxa"/>
            </w:tcMar>
          </w:tcPr>
          <w:p w14:paraId="5A107DD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5B8305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622686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39BA100B" w14:textId="77777777" w:rsidTr="00F111D1">
        <w:trPr>
          <w:jc w:val="center"/>
        </w:trPr>
        <w:tc>
          <w:tcPr>
            <w:tcW w:w="3120" w:type="dxa"/>
            <w:shd w:val="clear" w:color="auto" w:fill="F9FAFB"/>
            <w:tcMar>
              <w:top w:w="60" w:type="dxa"/>
              <w:left w:w="120" w:type="dxa"/>
              <w:bottom w:w="60" w:type="dxa"/>
              <w:right w:w="120" w:type="dxa"/>
            </w:tcMar>
          </w:tcPr>
          <w:p w14:paraId="2B62A85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02E220C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380F303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006F523B" w14:textId="77777777" w:rsidTr="00F111D1">
        <w:trPr>
          <w:jc w:val="center"/>
        </w:trPr>
        <w:tc>
          <w:tcPr>
            <w:tcW w:w="3120" w:type="dxa"/>
            <w:shd w:val="clear" w:color="auto" w:fill="FFFFFF"/>
            <w:tcMar>
              <w:top w:w="60" w:type="dxa"/>
              <w:left w:w="120" w:type="dxa"/>
              <w:bottom w:w="60" w:type="dxa"/>
              <w:right w:w="120" w:type="dxa"/>
            </w:tcMar>
          </w:tcPr>
          <w:p w14:paraId="320640D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4F2B04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5D617FC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7590778D" w14:textId="77777777" w:rsidTr="00F111D1">
        <w:trPr>
          <w:jc w:val="center"/>
        </w:trPr>
        <w:tc>
          <w:tcPr>
            <w:tcW w:w="3120" w:type="dxa"/>
            <w:shd w:val="clear" w:color="auto" w:fill="F9FAFB"/>
            <w:tcMar>
              <w:top w:w="60" w:type="dxa"/>
              <w:left w:w="120" w:type="dxa"/>
              <w:bottom w:w="60" w:type="dxa"/>
              <w:right w:w="120" w:type="dxa"/>
            </w:tcMar>
          </w:tcPr>
          <w:p w14:paraId="49B2549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5964C0D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0946A0B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4,80</w:t>
            </w:r>
          </w:p>
        </w:tc>
      </w:tr>
      <w:tr w:rsidR="00552283" w:rsidRPr="008E77DA" w14:paraId="4C245483" w14:textId="77777777" w:rsidTr="00F111D1">
        <w:trPr>
          <w:jc w:val="center"/>
        </w:trPr>
        <w:tc>
          <w:tcPr>
            <w:tcW w:w="3120" w:type="dxa"/>
            <w:shd w:val="clear" w:color="auto" w:fill="FFFFFF"/>
            <w:tcMar>
              <w:top w:w="60" w:type="dxa"/>
              <w:left w:w="120" w:type="dxa"/>
              <w:bottom w:w="60" w:type="dxa"/>
              <w:right w:w="120" w:type="dxa"/>
            </w:tcMar>
          </w:tcPr>
          <w:p w14:paraId="42474BB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430901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161559D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1828C37F" w14:textId="77777777" w:rsidTr="00F111D1">
        <w:trPr>
          <w:jc w:val="center"/>
        </w:trPr>
        <w:tc>
          <w:tcPr>
            <w:tcW w:w="3120" w:type="dxa"/>
            <w:shd w:val="clear" w:color="auto" w:fill="F9FAFB"/>
            <w:tcMar>
              <w:top w:w="60" w:type="dxa"/>
              <w:left w:w="120" w:type="dxa"/>
              <w:bottom w:w="60" w:type="dxa"/>
              <w:right w:w="120" w:type="dxa"/>
            </w:tcMar>
          </w:tcPr>
          <w:p w14:paraId="28CB036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0F4E49C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49713C7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36ABC03A" w14:textId="77777777" w:rsidTr="00F111D1">
        <w:trPr>
          <w:jc w:val="center"/>
        </w:trPr>
        <w:tc>
          <w:tcPr>
            <w:tcW w:w="3120" w:type="dxa"/>
            <w:shd w:val="clear" w:color="auto" w:fill="FFFFFF"/>
            <w:tcMar>
              <w:top w:w="60" w:type="dxa"/>
              <w:left w:w="120" w:type="dxa"/>
              <w:bottom w:w="60" w:type="dxa"/>
              <w:right w:w="120" w:type="dxa"/>
            </w:tcMar>
          </w:tcPr>
          <w:p w14:paraId="6EE0B00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3CCF0FE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6EA1223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3D2FC11E" w14:textId="77777777" w:rsidTr="00F111D1">
        <w:trPr>
          <w:jc w:val="center"/>
        </w:trPr>
        <w:tc>
          <w:tcPr>
            <w:tcW w:w="3120" w:type="dxa"/>
            <w:shd w:val="clear" w:color="auto" w:fill="F9FAFB"/>
            <w:tcMar>
              <w:top w:w="60" w:type="dxa"/>
              <w:left w:w="120" w:type="dxa"/>
              <w:bottom w:w="60" w:type="dxa"/>
              <w:right w:w="120" w:type="dxa"/>
            </w:tcMar>
          </w:tcPr>
          <w:p w14:paraId="75FA35E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1AF3C28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147A919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01BD9CDE" w14:textId="77777777" w:rsidTr="00F111D1">
        <w:trPr>
          <w:jc w:val="center"/>
        </w:trPr>
        <w:tc>
          <w:tcPr>
            <w:tcW w:w="3120" w:type="dxa"/>
            <w:shd w:val="clear" w:color="auto" w:fill="FFFFFF"/>
            <w:tcMar>
              <w:top w:w="60" w:type="dxa"/>
              <w:left w:w="120" w:type="dxa"/>
              <w:bottom w:w="60" w:type="dxa"/>
              <w:right w:w="120" w:type="dxa"/>
            </w:tcMar>
          </w:tcPr>
          <w:p w14:paraId="6C107A6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4F33DD5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13BE2C7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205D8271" w14:textId="77777777" w:rsidTr="00F111D1">
        <w:trPr>
          <w:jc w:val="center"/>
        </w:trPr>
        <w:tc>
          <w:tcPr>
            <w:tcW w:w="3120" w:type="dxa"/>
            <w:shd w:val="clear" w:color="auto" w:fill="F9FAFB"/>
            <w:tcMar>
              <w:top w:w="60" w:type="dxa"/>
              <w:left w:w="120" w:type="dxa"/>
              <w:bottom w:w="60" w:type="dxa"/>
              <w:right w:w="120" w:type="dxa"/>
            </w:tcMar>
          </w:tcPr>
          <w:p w14:paraId="6237A1E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0B49F52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2F4FB84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4AF27C9D" w14:textId="77777777" w:rsidTr="00F111D1">
        <w:trPr>
          <w:jc w:val="center"/>
        </w:trPr>
        <w:tc>
          <w:tcPr>
            <w:tcW w:w="3120" w:type="dxa"/>
            <w:shd w:val="clear" w:color="auto" w:fill="FFFFFF"/>
            <w:tcMar>
              <w:top w:w="60" w:type="dxa"/>
              <w:left w:w="120" w:type="dxa"/>
              <w:bottom w:w="60" w:type="dxa"/>
              <w:right w:w="120" w:type="dxa"/>
            </w:tcMar>
          </w:tcPr>
          <w:p w14:paraId="3E61EC3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4DAEBDA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43AFD10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55511A68" w14:textId="77777777" w:rsidTr="00F111D1">
        <w:trPr>
          <w:jc w:val="center"/>
        </w:trPr>
        <w:tc>
          <w:tcPr>
            <w:tcW w:w="3120" w:type="dxa"/>
            <w:shd w:val="clear" w:color="auto" w:fill="F9FAFB"/>
            <w:tcMar>
              <w:top w:w="60" w:type="dxa"/>
              <w:left w:w="120" w:type="dxa"/>
              <w:bottom w:w="60" w:type="dxa"/>
              <w:right w:w="120" w:type="dxa"/>
            </w:tcMar>
          </w:tcPr>
          <w:p w14:paraId="53A37E0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4226E16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68A321B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19F6EB53" w14:textId="77777777" w:rsidTr="00F111D1">
        <w:trPr>
          <w:jc w:val="center"/>
        </w:trPr>
        <w:tc>
          <w:tcPr>
            <w:tcW w:w="3120" w:type="dxa"/>
            <w:shd w:val="clear" w:color="auto" w:fill="FFFFFF"/>
            <w:tcMar>
              <w:top w:w="60" w:type="dxa"/>
              <w:left w:w="120" w:type="dxa"/>
              <w:bottom w:w="60" w:type="dxa"/>
              <w:right w:w="120" w:type="dxa"/>
            </w:tcMar>
          </w:tcPr>
          <w:p w14:paraId="236EF91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735619F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492E8D7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4,60</w:t>
            </w:r>
          </w:p>
        </w:tc>
      </w:tr>
      <w:tr w:rsidR="00552283" w:rsidRPr="008E77DA" w14:paraId="1394DC1F" w14:textId="77777777" w:rsidTr="00F111D1">
        <w:trPr>
          <w:jc w:val="center"/>
        </w:trPr>
        <w:tc>
          <w:tcPr>
            <w:tcW w:w="3120" w:type="dxa"/>
            <w:shd w:val="clear" w:color="auto" w:fill="F9FAFB"/>
            <w:tcMar>
              <w:top w:w="60" w:type="dxa"/>
              <w:left w:w="120" w:type="dxa"/>
              <w:bottom w:w="60" w:type="dxa"/>
              <w:right w:w="120" w:type="dxa"/>
            </w:tcMar>
          </w:tcPr>
          <w:p w14:paraId="30AE8CB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335A3AB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278AD18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6154C43B" w14:textId="77777777" w:rsidTr="00F111D1">
        <w:trPr>
          <w:jc w:val="center"/>
        </w:trPr>
        <w:tc>
          <w:tcPr>
            <w:tcW w:w="3120" w:type="dxa"/>
            <w:shd w:val="clear" w:color="auto" w:fill="FFFFFF"/>
            <w:tcMar>
              <w:top w:w="60" w:type="dxa"/>
              <w:left w:w="120" w:type="dxa"/>
              <w:bottom w:w="60" w:type="dxa"/>
              <w:right w:w="120" w:type="dxa"/>
            </w:tcMar>
          </w:tcPr>
          <w:p w14:paraId="50CD4DF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6F34686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4896EED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bl>
    <w:p w14:paraId="0BF8F263" w14:textId="77777777" w:rsidR="00552283" w:rsidRPr="008E77DA" w:rsidRDefault="00552283" w:rsidP="008E77DA">
      <w:pPr>
        <w:spacing w:after="0" w:line="240" w:lineRule="auto"/>
        <w:rPr>
          <w:rFonts w:ascii="Times New Roman" w:hAnsi="Times New Roman" w:cs="Times New Roman"/>
        </w:rPr>
      </w:pPr>
    </w:p>
    <w:p w14:paraId="6877897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54A35B6F" w14:textId="77777777" w:rsidTr="00F111D1">
        <w:trPr>
          <w:jc w:val="center"/>
        </w:trPr>
        <w:tc>
          <w:tcPr>
            <w:tcW w:w="3120" w:type="dxa"/>
            <w:shd w:val="clear" w:color="auto" w:fill="1F4E79"/>
            <w:tcMar>
              <w:top w:w="80" w:type="dxa"/>
              <w:left w:w="120" w:type="dxa"/>
              <w:bottom w:w="80" w:type="dxa"/>
              <w:right w:w="120" w:type="dxa"/>
            </w:tcMar>
          </w:tcPr>
          <w:p w14:paraId="4CE1A1B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0705397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E79E06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39D6EF41" w14:textId="77777777" w:rsidTr="00F111D1">
        <w:trPr>
          <w:jc w:val="center"/>
        </w:trPr>
        <w:tc>
          <w:tcPr>
            <w:tcW w:w="3120" w:type="dxa"/>
            <w:shd w:val="clear" w:color="auto" w:fill="F9FAFB"/>
            <w:tcMar>
              <w:top w:w="60" w:type="dxa"/>
              <w:left w:w="120" w:type="dxa"/>
              <w:bottom w:w="60" w:type="dxa"/>
              <w:right w:w="120" w:type="dxa"/>
            </w:tcMar>
          </w:tcPr>
          <w:p w14:paraId="19F7A73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CD5AB9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3C2385F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4,20</w:t>
            </w:r>
          </w:p>
        </w:tc>
      </w:tr>
      <w:tr w:rsidR="00552283" w:rsidRPr="008E77DA" w14:paraId="57172F17" w14:textId="77777777" w:rsidTr="00F111D1">
        <w:trPr>
          <w:jc w:val="center"/>
        </w:trPr>
        <w:tc>
          <w:tcPr>
            <w:tcW w:w="3120" w:type="dxa"/>
            <w:shd w:val="clear" w:color="auto" w:fill="FFFFFF"/>
            <w:tcMar>
              <w:top w:w="60" w:type="dxa"/>
              <w:left w:w="120" w:type="dxa"/>
              <w:bottom w:w="60" w:type="dxa"/>
              <w:right w:w="120" w:type="dxa"/>
            </w:tcMar>
          </w:tcPr>
          <w:p w14:paraId="05A575F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7AC61E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6B34791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4,40</w:t>
            </w:r>
          </w:p>
        </w:tc>
      </w:tr>
      <w:tr w:rsidR="00552283" w:rsidRPr="008E77DA" w14:paraId="58625B8F" w14:textId="77777777" w:rsidTr="00F111D1">
        <w:trPr>
          <w:jc w:val="center"/>
        </w:trPr>
        <w:tc>
          <w:tcPr>
            <w:tcW w:w="3120" w:type="dxa"/>
            <w:shd w:val="clear" w:color="auto" w:fill="F9FAFB"/>
            <w:tcMar>
              <w:top w:w="60" w:type="dxa"/>
              <w:left w:w="120" w:type="dxa"/>
              <w:bottom w:w="60" w:type="dxa"/>
              <w:right w:w="120" w:type="dxa"/>
            </w:tcMar>
          </w:tcPr>
          <w:p w14:paraId="2F76726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6E0EB1B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44C5192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4,20</w:t>
            </w:r>
          </w:p>
        </w:tc>
      </w:tr>
      <w:tr w:rsidR="00552283" w:rsidRPr="008E77DA" w14:paraId="77542E56" w14:textId="77777777" w:rsidTr="00F111D1">
        <w:trPr>
          <w:jc w:val="center"/>
        </w:trPr>
        <w:tc>
          <w:tcPr>
            <w:tcW w:w="3120" w:type="dxa"/>
            <w:shd w:val="clear" w:color="auto" w:fill="FFFFFF"/>
            <w:tcMar>
              <w:top w:w="60" w:type="dxa"/>
              <w:left w:w="120" w:type="dxa"/>
              <w:bottom w:w="60" w:type="dxa"/>
              <w:right w:w="120" w:type="dxa"/>
            </w:tcMar>
          </w:tcPr>
          <w:p w14:paraId="505F62D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660203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60C16BD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4,20</w:t>
            </w:r>
          </w:p>
        </w:tc>
      </w:tr>
      <w:tr w:rsidR="00552283" w:rsidRPr="008E77DA" w14:paraId="3B37C510" w14:textId="77777777" w:rsidTr="00F111D1">
        <w:trPr>
          <w:jc w:val="center"/>
        </w:trPr>
        <w:tc>
          <w:tcPr>
            <w:tcW w:w="3120" w:type="dxa"/>
            <w:shd w:val="clear" w:color="auto" w:fill="F9FAFB"/>
            <w:tcMar>
              <w:top w:w="60" w:type="dxa"/>
              <w:left w:w="120" w:type="dxa"/>
              <w:bottom w:w="60" w:type="dxa"/>
              <w:right w:w="120" w:type="dxa"/>
            </w:tcMar>
          </w:tcPr>
          <w:p w14:paraId="7382A1C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75848DE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7943DB0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4,80</w:t>
            </w:r>
          </w:p>
        </w:tc>
      </w:tr>
    </w:tbl>
    <w:p w14:paraId="658FBEF7" w14:textId="77777777" w:rsidR="00552283" w:rsidRPr="008E77DA" w:rsidRDefault="00552283" w:rsidP="008E77DA">
      <w:pPr>
        <w:spacing w:after="0" w:line="240" w:lineRule="auto"/>
        <w:rPr>
          <w:rFonts w:ascii="Times New Roman" w:hAnsi="Times New Roman" w:cs="Times New Roman"/>
        </w:rPr>
      </w:pPr>
    </w:p>
    <w:p w14:paraId="569E06DC" w14:textId="77777777" w:rsidR="00552283" w:rsidRPr="008E77DA" w:rsidRDefault="00552283" w:rsidP="008E77DA">
      <w:pPr>
        <w:spacing w:after="0" w:line="240" w:lineRule="auto"/>
        <w:rPr>
          <w:rFonts w:ascii="Times New Roman" w:hAnsi="Times New Roman" w:cs="Times New Roman"/>
        </w:rPr>
      </w:pPr>
    </w:p>
    <w:p w14:paraId="077A0CCD" w14:textId="77C1B655"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16. Ders: BES 222 - Beslenme ve Diyetetik Alanında Etik</w:t>
      </w:r>
    </w:p>
    <w:p w14:paraId="7049D70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5E72D44B" w14:textId="77777777" w:rsidTr="00F111D1">
        <w:trPr>
          <w:jc w:val="center"/>
        </w:trPr>
        <w:tc>
          <w:tcPr>
            <w:tcW w:w="3120" w:type="dxa"/>
            <w:shd w:val="clear" w:color="auto" w:fill="1F4E79"/>
            <w:tcMar>
              <w:top w:w="80" w:type="dxa"/>
              <w:left w:w="120" w:type="dxa"/>
              <w:bottom w:w="80" w:type="dxa"/>
              <w:right w:w="120" w:type="dxa"/>
            </w:tcMar>
          </w:tcPr>
          <w:p w14:paraId="5BCA4CF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7AF715C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40AD3F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6A3A7872" w14:textId="77777777" w:rsidTr="00F111D1">
        <w:trPr>
          <w:jc w:val="center"/>
        </w:trPr>
        <w:tc>
          <w:tcPr>
            <w:tcW w:w="3120" w:type="dxa"/>
            <w:shd w:val="clear" w:color="auto" w:fill="F9FAFB"/>
            <w:tcMar>
              <w:top w:w="60" w:type="dxa"/>
              <w:left w:w="120" w:type="dxa"/>
              <w:bottom w:w="60" w:type="dxa"/>
              <w:right w:w="120" w:type="dxa"/>
            </w:tcMar>
          </w:tcPr>
          <w:p w14:paraId="76471D2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2137690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65C5A43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4,75</w:t>
            </w:r>
          </w:p>
        </w:tc>
      </w:tr>
      <w:tr w:rsidR="00552283" w:rsidRPr="008E77DA" w14:paraId="56A49FDF" w14:textId="77777777" w:rsidTr="00F111D1">
        <w:trPr>
          <w:jc w:val="center"/>
        </w:trPr>
        <w:tc>
          <w:tcPr>
            <w:tcW w:w="3120" w:type="dxa"/>
            <w:shd w:val="clear" w:color="auto" w:fill="FFFFFF"/>
            <w:tcMar>
              <w:top w:w="60" w:type="dxa"/>
              <w:left w:w="120" w:type="dxa"/>
              <w:bottom w:w="60" w:type="dxa"/>
              <w:right w:w="120" w:type="dxa"/>
            </w:tcMar>
          </w:tcPr>
          <w:p w14:paraId="602BA7C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2</w:t>
            </w:r>
          </w:p>
        </w:tc>
        <w:tc>
          <w:tcPr>
            <w:tcW w:w="3120" w:type="dxa"/>
            <w:shd w:val="clear" w:color="auto" w:fill="FFFFFF"/>
            <w:tcMar>
              <w:top w:w="60" w:type="dxa"/>
              <w:left w:w="120" w:type="dxa"/>
              <w:bottom w:w="60" w:type="dxa"/>
              <w:right w:w="120" w:type="dxa"/>
            </w:tcMar>
          </w:tcPr>
          <w:p w14:paraId="05D0222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1CBB407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76527D5D" w14:textId="77777777" w:rsidTr="00F111D1">
        <w:trPr>
          <w:jc w:val="center"/>
        </w:trPr>
        <w:tc>
          <w:tcPr>
            <w:tcW w:w="3120" w:type="dxa"/>
            <w:shd w:val="clear" w:color="auto" w:fill="F9FAFB"/>
            <w:tcMar>
              <w:top w:w="60" w:type="dxa"/>
              <w:left w:w="120" w:type="dxa"/>
              <w:bottom w:w="60" w:type="dxa"/>
              <w:right w:w="120" w:type="dxa"/>
            </w:tcMar>
          </w:tcPr>
          <w:p w14:paraId="0495FFE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987559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27EAD0A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3,25</w:t>
            </w:r>
          </w:p>
        </w:tc>
      </w:tr>
      <w:tr w:rsidR="00552283" w:rsidRPr="008E77DA" w14:paraId="3773E855" w14:textId="77777777" w:rsidTr="00F111D1">
        <w:trPr>
          <w:jc w:val="center"/>
        </w:trPr>
        <w:tc>
          <w:tcPr>
            <w:tcW w:w="3120" w:type="dxa"/>
            <w:shd w:val="clear" w:color="auto" w:fill="FFFFFF"/>
            <w:tcMar>
              <w:top w:w="60" w:type="dxa"/>
              <w:left w:w="120" w:type="dxa"/>
              <w:bottom w:w="60" w:type="dxa"/>
              <w:right w:w="120" w:type="dxa"/>
            </w:tcMar>
          </w:tcPr>
          <w:p w14:paraId="55A0408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FD99DD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5A883C0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4,75</w:t>
            </w:r>
          </w:p>
        </w:tc>
      </w:tr>
    </w:tbl>
    <w:p w14:paraId="74A4CE28" w14:textId="77777777" w:rsidR="00552283" w:rsidRPr="008E77DA" w:rsidRDefault="00552283" w:rsidP="008E77DA">
      <w:pPr>
        <w:spacing w:after="0" w:line="240" w:lineRule="auto"/>
        <w:rPr>
          <w:rFonts w:ascii="Times New Roman" w:hAnsi="Times New Roman" w:cs="Times New Roman"/>
        </w:rPr>
      </w:pPr>
    </w:p>
    <w:p w14:paraId="7185C71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58F98821" w14:textId="77777777" w:rsidTr="00F111D1">
        <w:trPr>
          <w:jc w:val="center"/>
        </w:trPr>
        <w:tc>
          <w:tcPr>
            <w:tcW w:w="4680" w:type="dxa"/>
            <w:shd w:val="clear" w:color="auto" w:fill="1F4E79"/>
            <w:tcMar>
              <w:top w:w="80" w:type="dxa"/>
              <w:left w:w="120" w:type="dxa"/>
              <w:bottom w:w="80" w:type="dxa"/>
              <w:right w:w="120" w:type="dxa"/>
            </w:tcMar>
          </w:tcPr>
          <w:p w14:paraId="3433D99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442EF85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22B00CEC" w14:textId="77777777" w:rsidTr="00F111D1">
        <w:trPr>
          <w:jc w:val="center"/>
        </w:trPr>
        <w:tc>
          <w:tcPr>
            <w:tcW w:w="4680" w:type="dxa"/>
            <w:shd w:val="clear" w:color="auto" w:fill="F9FAFB"/>
            <w:tcMar>
              <w:top w:w="60" w:type="dxa"/>
              <w:left w:w="120" w:type="dxa"/>
              <w:bottom w:w="60" w:type="dxa"/>
              <w:right w:w="120" w:type="dxa"/>
            </w:tcMar>
          </w:tcPr>
          <w:p w14:paraId="77E83D1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237D8DA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1,50 saat</w:t>
            </w:r>
          </w:p>
        </w:tc>
      </w:tr>
      <w:tr w:rsidR="00552283" w:rsidRPr="008E77DA" w14:paraId="0B9CA914" w14:textId="77777777" w:rsidTr="00F111D1">
        <w:trPr>
          <w:jc w:val="center"/>
        </w:trPr>
        <w:tc>
          <w:tcPr>
            <w:tcW w:w="4680" w:type="dxa"/>
            <w:shd w:val="clear" w:color="auto" w:fill="FFFFFF"/>
            <w:tcMar>
              <w:top w:w="60" w:type="dxa"/>
              <w:left w:w="120" w:type="dxa"/>
              <w:bottom w:w="60" w:type="dxa"/>
              <w:right w:w="120" w:type="dxa"/>
            </w:tcMar>
          </w:tcPr>
          <w:p w14:paraId="56EC77A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48B6105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0,75 saat</w:t>
            </w:r>
          </w:p>
        </w:tc>
      </w:tr>
      <w:tr w:rsidR="00552283" w:rsidRPr="008E77DA" w14:paraId="36AB0BFE" w14:textId="77777777" w:rsidTr="00F111D1">
        <w:trPr>
          <w:jc w:val="center"/>
        </w:trPr>
        <w:tc>
          <w:tcPr>
            <w:tcW w:w="4680" w:type="dxa"/>
            <w:shd w:val="clear" w:color="auto" w:fill="F9FAFB"/>
            <w:tcMar>
              <w:top w:w="60" w:type="dxa"/>
              <w:left w:w="120" w:type="dxa"/>
              <w:bottom w:w="60" w:type="dxa"/>
              <w:right w:w="120" w:type="dxa"/>
            </w:tcMar>
          </w:tcPr>
          <w:p w14:paraId="140F19D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225F221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1,00 saat</w:t>
            </w:r>
          </w:p>
        </w:tc>
      </w:tr>
      <w:tr w:rsidR="00552283" w:rsidRPr="008E77DA" w14:paraId="5117C948" w14:textId="77777777" w:rsidTr="00F111D1">
        <w:trPr>
          <w:jc w:val="center"/>
        </w:trPr>
        <w:tc>
          <w:tcPr>
            <w:tcW w:w="4680" w:type="dxa"/>
            <w:shd w:val="clear" w:color="auto" w:fill="FFFFFF"/>
            <w:tcMar>
              <w:top w:w="60" w:type="dxa"/>
              <w:left w:w="120" w:type="dxa"/>
              <w:bottom w:w="60" w:type="dxa"/>
              <w:right w:w="120" w:type="dxa"/>
            </w:tcMar>
          </w:tcPr>
          <w:p w14:paraId="5AF7E7F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738BB12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2,00 saat</w:t>
            </w:r>
          </w:p>
        </w:tc>
      </w:tr>
      <w:tr w:rsidR="00552283" w:rsidRPr="008E77DA" w14:paraId="1154F90A" w14:textId="77777777" w:rsidTr="00F111D1">
        <w:trPr>
          <w:jc w:val="center"/>
        </w:trPr>
        <w:tc>
          <w:tcPr>
            <w:tcW w:w="4680" w:type="dxa"/>
            <w:shd w:val="clear" w:color="auto" w:fill="F9FAFB"/>
            <w:tcMar>
              <w:top w:w="60" w:type="dxa"/>
              <w:left w:w="120" w:type="dxa"/>
              <w:bottom w:w="60" w:type="dxa"/>
              <w:right w:w="120" w:type="dxa"/>
            </w:tcMar>
          </w:tcPr>
          <w:p w14:paraId="1891BE4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2A3D6B9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4,75 saat</w:t>
            </w:r>
          </w:p>
        </w:tc>
      </w:tr>
      <w:tr w:rsidR="00552283" w:rsidRPr="008E77DA" w14:paraId="0214E683" w14:textId="77777777" w:rsidTr="00F111D1">
        <w:trPr>
          <w:jc w:val="center"/>
        </w:trPr>
        <w:tc>
          <w:tcPr>
            <w:tcW w:w="4680" w:type="dxa"/>
            <w:shd w:val="clear" w:color="auto" w:fill="FFFFFF"/>
            <w:tcMar>
              <w:top w:w="60" w:type="dxa"/>
              <w:left w:w="120" w:type="dxa"/>
              <w:bottom w:w="60" w:type="dxa"/>
              <w:right w:w="120" w:type="dxa"/>
            </w:tcMar>
          </w:tcPr>
          <w:p w14:paraId="03E2BA2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2C0CCCA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1,00 saat</w:t>
            </w:r>
          </w:p>
        </w:tc>
      </w:tr>
      <w:tr w:rsidR="00552283" w:rsidRPr="008E77DA" w14:paraId="70F33A74" w14:textId="77777777" w:rsidTr="00F111D1">
        <w:trPr>
          <w:jc w:val="center"/>
        </w:trPr>
        <w:tc>
          <w:tcPr>
            <w:tcW w:w="4680" w:type="dxa"/>
            <w:shd w:val="clear" w:color="auto" w:fill="F9FAFB"/>
            <w:tcMar>
              <w:top w:w="60" w:type="dxa"/>
              <w:left w:w="120" w:type="dxa"/>
              <w:bottom w:w="60" w:type="dxa"/>
              <w:right w:w="120" w:type="dxa"/>
            </w:tcMar>
          </w:tcPr>
          <w:p w14:paraId="76DBE50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6CED917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w:t>
            </w:r>
          </w:p>
        </w:tc>
      </w:tr>
      <w:tr w:rsidR="00552283" w:rsidRPr="008E77DA" w14:paraId="48B83B86" w14:textId="77777777" w:rsidTr="00F111D1">
        <w:trPr>
          <w:jc w:val="center"/>
        </w:trPr>
        <w:tc>
          <w:tcPr>
            <w:tcW w:w="4680" w:type="dxa"/>
            <w:shd w:val="clear" w:color="auto" w:fill="FFFFFF"/>
            <w:tcMar>
              <w:top w:w="60" w:type="dxa"/>
              <w:left w:w="120" w:type="dxa"/>
              <w:bottom w:w="60" w:type="dxa"/>
              <w:right w:w="120" w:type="dxa"/>
            </w:tcMar>
          </w:tcPr>
          <w:p w14:paraId="3E16707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7DE4AC7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 saat</w:t>
            </w:r>
          </w:p>
        </w:tc>
      </w:tr>
    </w:tbl>
    <w:p w14:paraId="5ED060D0" w14:textId="77777777" w:rsidR="00552283" w:rsidRPr="008E77DA" w:rsidRDefault="00552283" w:rsidP="008E77DA">
      <w:pPr>
        <w:spacing w:after="0" w:line="240" w:lineRule="auto"/>
        <w:rPr>
          <w:rFonts w:ascii="Times New Roman" w:hAnsi="Times New Roman" w:cs="Times New Roman"/>
        </w:rPr>
      </w:pPr>
    </w:p>
    <w:p w14:paraId="7B1F034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5E32FEC7" w14:textId="77777777" w:rsidTr="00F111D1">
        <w:trPr>
          <w:jc w:val="center"/>
        </w:trPr>
        <w:tc>
          <w:tcPr>
            <w:tcW w:w="3120" w:type="dxa"/>
            <w:shd w:val="clear" w:color="auto" w:fill="1F4E79"/>
            <w:tcMar>
              <w:top w:w="80" w:type="dxa"/>
              <w:left w:w="120" w:type="dxa"/>
              <w:bottom w:w="80" w:type="dxa"/>
              <w:right w:w="120" w:type="dxa"/>
            </w:tcMar>
          </w:tcPr>
          <w:p w14:paraId="6FCE5E7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B0BC03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CD90F7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641C1EAB" w14:textId="77777777" w:rsidTr="00F111D1">
        <w:trPr>
          <w:jc w:val="center"/>
        </w:trPr>
        <w:tc>
          <w:tcPr>
            <w:tcW w:w="3120" w:type="dxa"/>
            <w:shd w:val="clear" w:color="auto" w:fill="F9FAFB"/>
            <w:tcMar>
              <w:top w:w="60" w:type="dxa"/>
              <w:left w:w="120" w:type="dxa"/>
              <w:bottom w:w="60" w:type="dxa"/>
              <w:right w:w="120" w:type="dxa"/>
            </w:tcMar>
          </w:tcPr>
          <w:p w14:paraId="6564FB1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E02C48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7B39667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0E36BE9E" w14:textId="77777777" w:rsidTr="00F111D1">
        <w:trPr>
          <w:jc w:val="center"/>
        </w:trPr>
        <w:tc>
          <w:tcPr>
            <w:tcW w:w="3120" w:type="dxa"/>
            <w:shd w:val="clear" w:color="auto" w:fill="FFFFFF"/>
            <w:tcMar>
              <w:top w:w="60" w:type="dxa"/>
              <w:left w:w="120" w:type="dxa"/>
              <w:bottom w:w="60" w:type="dxa"/>
              <w:right w:w="120" w:type="dxa"/>
            </w:tcMar>
          </w:tcPr>
          <w:p w14:paraId="25D17EA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70F5BD0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1E611A3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2F75C06E" w14:textId="77777777" w:rsidTr="00F111D1">
        <w:trPr>
          <w:jc w:val="center"/>
        </w:trPr>
        <w:tc>
          <w:tcPr>
            <w:tcW w:w="3120" w:type="dxa"/>
            <w:shd w:val="clear" w:color="auto" w:fill="F9FAFB"/>
            <w:tcMar>
              <w:top w:w="60" w:type="dxa"/>
              <w:left w:w="120" w:type="dxa"/>
              <w:bottom w:w="60" w:type="dxa"/>
              <w:right w:w="120" w:type="dxa"/>
            </w:tcMar>
          </w:tcPr>
          <w:p w14:paraId="653B6DB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3EC054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009356C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1A5B23F0" w14:textId="77777777" w:rsidTr="00F111D1">
        <w:trPr>
          <w:jc w:val="center"/>
        </w:trPr>
        <w:tc>
          <w:tcPr>
            <w:tcW w:w="3120" w:type="dxa"/>
            <w:shd w:val="clear" w:color="auto" w:fill="FFFFFF"/>
            <w:tcMar>
              <w:top w:w="60" w:type="dxa"/>
              <w:left w:w="120" w:type="dxa"/>
              <w:bottom w:w="60" w:type="dxa"/>
              <w:right w:w="120" w:type="dxa"/>
            </w:tcMar>
          </w:tcPr>
          <w:p w14:paraId="5363FA2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D80865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06AF9E5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0EEC52C3" w14:textId="77777777" w:rsidTr="00F111D1">
        <w:trPr>
          <w:jc w:val="center"/>
        </w:trPr>
        <w:tc>
          <w:tcPr>
            <w:tcW w:w="3120" w:type="dxa"/>
            <w:shd w:val="clear" w:color="auto" w:fill="F9FAFB"/>
            <w:tcMar>
              <w:top w:w="60" w:type="dxa"/>
              <w:left w:w="120" w:type="dxa"/>
              <w:bottom w:w="60" w:type="dxa"/>
              <w:right w:w="120" w:type="dxa"/>
            </w:tcMar>
          </w:tcPr>
          <w:p w14:paraId="357E72F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4F0D8A8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55894A1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4,75</w:t>
            </w:r>
          </w:p>
        </w:tc>
      </w:tr>
      <w:tr w:rsidR="00552283" w:rsidRPr="008E77DA" w14:paraId="0796AF97" w14:textId="77777777" w:rsidTr="00F111D1">
        <w:trPr>
          <w:jc w:val="center"/>
        </w:trPr>
        <w:tc>
          <w:tcPr>
            <w:tcW w:w="3120" w:type="dxa"/>
            <w:shd w:val="clear" w:color="auto" w:fill="FFFFFF"/>
            <w:tcMar>
              <w:top w:w="60" w:type="dxa"/>
              <w:left w:w="120" w:type="dxa"/>
              <w:bottom w:w="60" w:type="dxa"/>
              <w:right w:w="120" w:type="dxa"/>
            </w:tcMar>
          </w:tcPr>
          <w:p w14:paraId="1B2FC6B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12E796C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5990158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26060F36" w14:textId="77777777" w:rsidTr="00F111D1">
        <w:trPr>
          <w:jc w:val="center"/>
        </w:trPr>
        <w:tc>
          <w:tcPr>
            <w:tcW w:w="3120" w:type="dxa"/>
            <w:shd w:val="clear" w:color="auto" w:fill="F9FAFB"/>
            <w:tcMar>
              <w:top w:w="60" w:type="dxa"/>
              <w:left w:w="120" w:type="dxa"/>
              <w:bottom w:w="60" w:type="dxa"/>
              <w:right w:w="120" w:type="dxa"/>
            </w:tcMar>
          </w:tcPr>
          <w:p w14:paraId="3ADAFBA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7DF4768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267307F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78607089" w14:textId="77777777" w:rsidTr="00F111D1">
        <w:trPr>
          <w:jc w:val="center"/>
        </w:trPr>
        <w:tc>
          <w:tcPr>
            <w:tcW w:w="3120" w:type="dxa"/>
            <w:shd w:val="clear" w:color="auto" w:fill="FFFFFF"/>
            <w:tcMar>
              <w:top w:w="60" w:type="dxa"/>
              <w:left w:w="120" w:type="dxa"/>
              <w:bottom w:w="60" w:type="dxa"/>
              <w:right w:w="120" w:type="dxa"/>
            </w:tcMar>
          </w:tcPr>
          <w:p w14:paraId="51825B1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8</w:t>
            </w:r>
          </w:p>
        </w:tc>
        <w:tc>
          <w:tcPr>
            <w:tcW w:w="3120" w:type="dxa"/>
            <w:shd w:val="clear" w:color="auto" w:fill="FFFFFF"/>
            <w:tcMar>
              <w:top w:w="60" w:type="dxa"/>
              <w:left w:w="120" w:type="dxa"/>
              <w:bottom w:w="60" w:type="dxa"/>
              <w:right w:w="120" w:type="dxa"/>
            </w:tcMar>
          </w:tcPr>
          <w:p w14:paraId="10ED5E5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7D49196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090DD0B6" w14:textId="77777777" w:rsidTr="00F111D1">
        <w:trPr>
          <w:jc w:val="center"/>
        </w:trPr>
        <w:tc>
          <w:tcPr>
            <w:tcW w:w="3120" w:type="dxa"/>
            <w:shd w:val="clear" w:color="auto" w:fill="F9FAFB"/>
            <w:tcMar>
              <w:top w:w="60" w:type="dxa"/>
              <w:left w:w="120" w:type="dxa"/>
              <w:bottom w:w="60" w:type="dxa"/>
              <w:right w:w="120" w:type="dxa"/>
            </w:tcMar>
          </w:tcPr>
          <w:p w14:paraId="26CA3C2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377315F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551E5E2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33D20F8D" w14:textId="77777777" w:rsidTr="00F111D1">
        <w:trPr>
          <w:jc w:val="center"/>
        </w:trPr>
        <w:tc>
          <w:tcPr>
            <w:tcW w:w="3120" w:type="dxa"/>
            <w:shd w:val="clear" w:color="auto" w:fill="FFFFFF"/>
            <w:tcMar>
              <w:top w:w="60" w:type="dxa"/>
              <w:left w:w="120" w:type="dxa"/>
              <w:bottom w:w="60" w:type="dxa"/>
              <w:right w:w="120" w:type="dxa"/>
            </w:tcMar>
          </w:tcPr>
          <w:p w14:paraId="720C9CD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68EA1CA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785A1B3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6128DB7F" w14:textId="77777777" w:rsidTr="00F111D1">
        <w:trPr>
          <w:jc w:val="center"/>
        </w:trPr>
        <w:tc>
          <w:tcPr>
            <w:tcW w:w="3120" w:type="dxa"/>
            <w:shd w:val="clear" w:color="auto" w:fill="F9FAFB"/>
            <w:tcMar>
              <w:top w:w="60" w:type="dxa"/>
              <w:left w:w="120" w:type="dxa"/>
              <w:bottom w:w="60" w:type="dxa"/>
              <w:right w:w="120" w:type="dxa"/>
            </w:tcMar>
          </w:tcPr>
          <w:p w14:paraId="1CAB6BA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774E319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0DD28AF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57A53E6B" w14:textId="77777777" w:rsidTr="00F111D1">
        <w:trPr>
          <w:jc w:val="center"/>
        </w:trPr>
        <w:tc>
          <w:tcPr>
            <w:tcW w:w="3120" w:type="dxa"/>
            <w:shd w:val="clear" w:color="auto" w:fill="FFFFFF"/>
            <w:tcMar>
              <w:top w:w="60" w:type="dxa"/>
              <w:left w:w="120" w:type="dxa"/>
              <w:bottom w:w="60" w:type="dxa"/>
              <w:right w:w="120" w:type="dxa"/>
            </w:tcMar>
          </w:tcPr>
          <w:p w14:paraId="77798DD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0D42A6B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5102132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r w:rsidR="00552283" w:rsidRPr="008E77DA" w14:paraId="52BCEA37" w14:textId="77777777" w:rsidTr="00F111D1">
        <w:trPr>
          <w:jc w:val="center"/>
        </w:trPr>
        <w:tc>
          <w:tcPr>
            <w:tcW w:w="3120" w:type="dxa"/>
            <w:shd w:val="clear" w:color="auto" w:fill="F9FAFB"/>
            <w:tcMar>
              <w:top w:w="60" w:type="dxa"/>
              <w:left w:w="120" w:type="dxa"/>
              <w:bottom w:w="60" w:type="dxa"/>
              <w:right w:w="120" w:type="dxa"/>
            </w:tcMar>
          </w:tcPr>
          <w:p w14:paraId="79586FC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50C413A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0D32037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27426D1C" w14:textId="77777777" w:rsidTr="00F111D1">
        <w:trPr>
          <w:jc w:val="center"/>
        </w:trPr>
        <w:tc>
          <w:tcPr>
            <w:tcW w:w="3120" w:type="dxa"/>
            <w:shd w:val="clear" w:color="auto" w:fill="FFFFFF"/>
            <w:tcMar>
              <w:top w:w="60" w:type="dxa"/>
              <w:left w:w="120" w:type="dxa"/>
              <w:bottom w:w="60" w:type="dxa"/>
              <w:right w:w="120" w:type="dxa"/>
            </w:tcMar>
          </w:tcPr>
          <w:p w14:paraId="347219F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185B1EB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7AB5B08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bl>
    <w:p w14:paraId="3A609008" w14:textId="77777777" w:rsidR="00552283" w:rsidRPr="008E77DA" w:rsidRDefault="00552283" w:rsidP="008E77DA">
      <w:pPr>
        <w:spacing w:after="0" w:line="240" w:lineRule="auto"/>
        <w:rPr>
          <w:rFonts w:ascii="Times New Roman" w:hAnsi="Times New Roman" w:cs="Times New Roman"/>
        </w:rPr>
      </w:pPr>
    </w:p>
    <w:p w14:paraId="258259F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1D33BEFB" w14:textId="77777777" w:rsidTr="00F111D1">
        <w:trPr>
          <w:jc w:val="center"/>
        </w:trPr>
        <w:tc>
          <w:tcPr>
            <w:tcW w:w="3120" w:type="dxa"/>
            <w:shd w:val="clear" w:color="auto" w:fill="1F4E79"/>
            <w:tcMar>
              <w:top w:w="80" w:type="dxa"/>
              <w:left w:w="120" w:type="dxa"/>
              <w:bottom w:w="80" w:type="dxa"/>
              <w:right w:w="120" w:type="dxa"/>
            </w:tcMar>
          </w:tcPr>
          <w:p w14:paraId="14C281D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04FC13E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593ABD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5D420A06" w14:textId="77777777" w:rsidTr="00F111D1">
        <w:trPr>
          <w:jc w:val="center"/>
        </w:trPr>
        <w:tc>
          <w:tcPr>
            <w:tcW w:w="3120" w:type="dxa"/>
            <w:shd w:val="clear" w:color="auto" w:fill="F9FAFB"/>
            <w:tcMar>
              <w:top w:w="60" w:type="dxa"/>
              <w:left w:w="120" w:type="dxa"/>
              <w:bottom w:w="60" w:type="dxa"/>
              <w:right w:w="120" w:type="dxa"/>
            </w:tcMar>
          </w:tcPr>
          <w:p w14:paraId="65326A4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A24812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457CBBE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675A6A32" w14:textId="77777777" w:rsidTr="00F111D1">
        <w:trPr>
          <w:jc w:val="center"/>
        </w:trPr>
        <w:tc>
          <w:tcPr>
            <w:tcW w:w="3120" w:type="dxa"/>
            <w:shd w:val="clear" w:color="auto" w:fill="FFFFFF"/>
            <w:tcMar>
              <w:top w:w="60" w:type="dxa"/>
              <w:left w:w="120" w:type="dxa"/>
              <w:bottom w:w="60" w:type="dxa"/>
              <w:right w:w="120" w:type="dxa"/>
            </w:tcMar>
          </w:tcPr>
          <w:p w14:paraId="4987785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6D20C4F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1D30773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5FAAE545" w14:textId="77777777" w:rsidTr="00F111D1">
        <w:trPr>
          <w:jc w:val="center"/>
        </w:trPr>
        <w:tc>
          <w:tcPr>
            <w:tcW w:w="3120" w:type="dxa"/>
            <w:shd w:val="clear" w:color="auto" w:fill="F9FAFB"/>
            <w:tcMar>
              <w:top w:w="60" w:type="dxa"/>
              <w:left w:w="120" w:type="dxa"/>
              <w:bottom w:w="60" w:type="dxa"/>
              <w:right w:w="120" w:type="dxa"/>
            </w:tcMar>
          </w:tcPr>
          <w:p w14:paraId="12A8EB9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7563ABA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0BBCA8F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0DF41B6C" w14:textId="77777777" w:rsidTr="00F111D1">
        <w:trPr>
          <w:jc w:val="center"/>
        </w:trPr>
        <w:tc>
          <w:tcPr>
            <w:tcW w:w="3120" w:type="dxa"/>
            <w:shd w:val="clear" w:color="auto" w:fill="FFFFFF"/>
            <w:tcMar>
              <w:top w:w="60" w:type="dxa"/>
              <w:left w:w="120" w:type="dxa"/>
              <w:bottom w:w="60" w:type="dxa"/>
              <w:right w:w="120" w:type="dxa"/>
            </w:tcMar>
          </w:tcPr>
          <w:p w14:paraId="3A2A643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0753EEF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3A0286A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6686BE0D" w14:textId="77777777" w:rsidTr="00F111D1">
        <w:trPr>
          <w:jc w:val="center"/>
        </w:trPr>
        <w:tc>
          <w:tcPr>
            <w:tcW w:w="3120" w:type="dxa"/>
            <w:shd w:val="clear" w:color="auto" w:fill="F9FAFB"/>
            <w:tcMar>
              <w:top w:w="60" w:type="dxa"/>
              <w:left w:w="120" w:type="dxa"/>
              <w:bottom w:w="60" w:type="dxa"/>
              <w:right w:w="120" w:type="dxa"/>
            </w:tcMar>
          </w:tcPr>
          <w:p w14:paraId="68CCA98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0E9112E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6E8E5CB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bl>
    <w:p w14:paraId="5A35EB23" w14:textId="77777777" w:rsidR="00552283" w:rsidRPr="008E77DA" w:rsidRDefault="00552283" w:rsidP="008E77DA">
      <w:pPr>
        <w:spacing w:after="0" w:line="240" w:lineRule="auto"/>
        <w:rPr>
          <w:rFonts w:ascii="Times New Roman" w:hAnsi="Times New Roman" w:cs="Times New Roman"/>
        </w:rPr>
      </w:pPr>
    </w:p>
    <w:p w14:paraId="618A8590" w14:textId="77777777" w:rsidR="00552283" w:rsidRPr="008E77DA" w:rsidRDefault="00552283" w:rsidP="008E77DA">
      <w:pPr>
        <w:spacing w:after="0" w:line="240" w:lineRule="auto"/>
        <w:rPr>
          <w:rFonts w:ascii="Times New Roman" w:hAnsi="Times New Roman" w:cs="Times New Roman"/>
        </w:rPr>
      </w:pPr>
    </w:p>
    <w:p w14:paraId="1A32DC14" w14:textId="5D7CCECB"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17. Ders: BES 301 - Çocuk Hastalıklarında Tıbbi Beslenme Tedavisi I</w:t>
      </w:r>
    </w:p>
    <w:p w14:paraId="2C319AE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606A71FF" w14:textId="77777777" w:rsidTr="00F111D1">
        <w:trPr>
          <w:jc w:val="center"/>
        </w:trPr>
        <w:tc>
          <w:tcPr>
            <w:tcW w:w="3120" w:type="dxa"/>
            <w:shd w:val="clear" w:color="auto" w:fill="1F4E79"/>
            <w:tcMar>
              <w:top w:w="80" w:type="dxa"/>
              <w:left w:w="120" w:type="dxa"/>
              <w:bottom w:w="80" w:type="dxa"/>
              <w:right w:w="120" w:type="dxa"/>
            </w:tcMar>
          </w:tcPr>
          <w:p w14:paraId="0611174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8B75DA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0D8FCAF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6EC1E1F7" w14:textId="77777777" w:rsidTr="00F111D1">
        <w:trPr>
          <w:jc w:val="center"/>
        </w:trPr>
        <w:tc>
          <w:tcPr>
            <w:tcW w:w="3120" w:type="dxa"/>
            <w:shd w:val="clear" w:color="auto" w:fill="F9FAFB"/>
            <w:tcMar>
              <w:top w:w="60" w:type="dxa"/>
              <w:left w:w="120" w:type="dxa"/>
              <w:bottom w:w="60" w:type="dxa"/>
              <w:right w:w="120" w:type="dxa"/>
            </w:tcMar>
          </w:tcPr>
          <w:p w14:paraId="6EA41EA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2939A0E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22DF621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4,62</w:t>
            </w:r>
          </w:p>
        </w:tc>
      </w:tr>
      <w:tr w:rsidR="00552283" w:rsidRPr="008E77DA" w14:paraId="098CFCE4" w14:textId="77777777" w:rsidTr="00F111D1">
        <w:trPr>
          <w:jc w:val="center"/>
        </w:trPr>
        <w:tc>
          <w:tcPr>
            <w:tcW w:w="3120" w:type="dxa"/>
            <w:shd w:val="clear" w:color="auto" w:fill="FFFFFF"/>
            <w:tcMar>
              <w:top w:w="60" w:type="dxa"/>
              <w:left w:w="120" w:type="dxa"/>
              <w:bottom w:w="60" w:type="dxa"/>
              <w:right w:w="120" w:type="dxa"/>
            </w:tcMar>
          </w:tcPr>
          <w:p w14:paraId="1F06BEF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60D9A5E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18BF9A3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1504FDAB" w14:textId="77777777" w:rsidTr="00F111D1">
        <w:trPr>
          <w:jc w:val="center"/>
        </w:trPr>
        <w:tc>
          <w:tcPr>
            <w:tcW w:w="3120" w:type="dxa"/>
            <w:shd w:val="clear" w:color="auto" w:fill="F9FAFB"/>
            <w:tcMar>
              <w:top w:w="60" w:type="dxa"/>
              <w:left w:w="120" w:type="dxa"/>
              <w:bottom w:w="60" w:type="dxa"/>
              <w:right w:w="120" w:type="dxa"/>
            </w:tcMar>
          </w:tcPr>
          <w:p w14:paraId="00CE6B6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9FC221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28B3CE7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220D8C9A" w14:textId="77777777" w:rsidTr="00F111D1">
        <w:trPr>
          <w:jc w:val="center"/>
        </w:trPr>
        <w:tc>
          <w:tcPr>
            <w:tcW w:w="3120" w:type="dxa"/>
            <w:shd w:val="clear" w:color="auto" w:fill="FFFFFF"/>
            <w:tcMar>
              <w:top w:w="60" w:type="dxa"/>
              <w:left w:w="120" w:type="dxa"/>
              <w:bottom w:w="60" w:type="dxa"/>
              <w:right w:w="120" w:type="dxa"/>
            </w:tcMar>
          </w:tcPr>
          <w:p w14:paraId="7B84550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1EC0110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495A236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4,08</w:t>
            </w:r>
          </w:p>
        </w:tc>
      </w:tr>
    </w:tbl>
    <w:p w14:paraId="7CD7A36B" w14:textId="77777777" w:rsidR="00552283" w:rsidRPr="008E77DA" w:rsidRDefault="00552283" w:rsidP="008E77DA">
      <w:pPr>
        <w:spacing w:after="0" w:line="240" w:lineRule="auto"/>
        <w:rPr>
          <w:rFonts w:ascii="Times New Roman" w:hAnsi="Times New Roman" w:cs="Times New Roman"/>
        </w:rPr>
      </w:pPr>
    </w:p>
    <w:p w14:paraId="77A537E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lastRenderedPageBreak/>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6F30E185" w14:textId="77777777" w:rsidTr="00F111D1">
        <w:trPr>
          <w:jc w:val="center"/>
        </w:trPr>
        <w:tc>
          <w:tcPr>
            <w:tcW w:w="4680" w:type="dxa"/>
            <w:shd w:val="clear" w:color="auto" w:fill="1F4E79"/>
            <w:tcMar>
              <w:top w:w="80" w:type="dxa"/>
              <w:left w:w="120" w:type="dxa"/>
              <w:bottom w:w="80" w:type="dxa"/>
              <w:right w:w="120" w:type="dxa"/>
            </w:tcMar>
          </w:tcPr>
          <w:p w14:paraId="185E98D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00198C8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3E8A4EC8" w14:textId="77777777" w:rsidTr="00F111D1">
        <w:trPr>
          <w:jc w:val="center"/>
        </w:trPr>
        <w:tc>
          <w:tcPr>
            <w:tcW w:w="4680" w:type="dxa"/>
            <w:shd w:val="clear" w:color="auto" w:fill="F9FAFB"/>
            <w:tcMar>
              <w:top w:w="60" w:type="dxa"/>
              <w:left w:w="120" w:type="dxa"/>
              <w:bottom w:w="60" w:type="dxa"/>
              <w:right w:w="120" w:type="dxa"/>
            </w:tcMar>
          </w:tcPr>
          <w:p w14:paraId="41489A4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1953CA7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4,71 saat</w:t>
            </w:r>
          </w:p>
        </w:tc>
      </w:tr>
      <w:tr w:rsidR="00552283" w:rsidRPr="008E77DA" w14:paraId="3618432E" w14:textId="77777777" w:rsidTr="00F111D1">
        <w:trPr>
          <w:jc w:val="center"/>
        </w:trPr>
        <w:tc>
          <w:tcPr>
            <w:tcW w:w="4680" w:type="dxa"/>
            <w:shd w:val="clear" w:color="auto" w:fill="FFFFFF"/>
            <w:tcMar>
              <w:top w:w="60" w:type="dxa"/>
              <w:left w:w="120" w:type="dxa"/>
              <w:bottom w:w="60" w:type="dxa"/>
              <w:right w:w="120" w:type="dxa"/>
            </w:tcMar>
          </w:tcPr>
          <w:p w14:paraId="5AFD208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3BD6AF8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4,25 saat</w:t>
            </w:r>
          </w:p>
        </w:tc>
      </w:tr>
      <w:tr w:rsidR="00552283" w:rsidRPr="008E77DA" w14:paraId="4E72027F" w14:textId="77777777" w:rsidTr="00F111D1">
        <w:trPr>
          <w:jc w:val="center"/>
        </w:trPr>
        <w:tc>
          <w:tcPr>
            <w:tcW w:w="4680" w:type="dxa"/>
            <w:shd w:val="clear" w:color="auto" w:fill="F9FAFB"/>
            <w:tcMar>
              <w:top w:w="60" w:type="dxa"/>
              <w:left w:w="120" w:type="dxa"/>
              <w:bottom w:w="60" w:type="dxa"/>
              <w:right w:w="120" w:type="dxa"/>
            </w:tcMar>
          </w:tcPr>
          <w:p w14:paraId="5BD6089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3D144A4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1,08 saat</w:t>
            </w:r>
          </w:p>
        </w:tc>
      </w:tr>
      <w:tr w:rsidR="00552283" w:rsidRPr="008E77DA" w14:paraId="201C3DBA" w14:textId="77777777" w:rsidTr="00F111D1">
        <w:trPr>
          <w:jc w:val="center"/>
        </w:trPr>
        <w:tc>
          <w:tcPr>
            <w:tcW w:w="4680" w:type="dxa"/>
            <w:shd w:val="clear" w:color="auto" w:fill="FFFFFF"/>
            <w:tcMar>
              <w:top w:w="60" w:type="dxa"/>
              <w:left w:w="120" w:type="dxa"/>
              <w:bottom w:w="60" w:type="dxa"/>
              <w:right w:w="120" w:type="dxa"/>
            </w:tcMar>
          </w:tcPr>
          <w:p w14:paraId="06D69C4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723616F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1,33 saat</w:t>
            </w:r>
          </w:p>
        </w:tc>
      </w:tr>
      <w:tr w:rsidR="00552283" w:rsidRPr="008E77DA" w14:paraId="5A6168F7" w14:textId="77777777" w:rsidTr="00F111D1">
        <w:trPr>
          <w:jc w:val="center"/>
        </w:trPr>
        <w:tc>
          <w:tcPr>
            <w:tcW w:w="4680" w:type="dxa"/>
            <w:shd w:val="clear" w:color="auto" w:fill="F9FAFB"/>
            <w:tcMar>
              <w:top w:w="60" w:type="dxa"/>
              <w:left w:w="120" w:type="dxa"/>
              <w:bottom w:w="60" w:type="dxa"/>
              <w:right w:w="120" w:type="dxa"/>
            </w:tcMar>
          </w:tcPr>
          <w:p w14:paraId="7678D85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1511792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10,96 saat</w:t>
            </w:r>
          </w:p>
        </w:tc>
      </w:tr>
      <w:tr w:rsidR="00552283" w:rsidRPr="008E77DA" w14:paraId="7861A6BF" w14:textId="77777777" w:rsidTr="00F111D1">
        <w:trPr>
          <w:jc w:val="center"/>
        </w:trPr>
        <w:tc>
          <w:tcPr>
            <w:tcW w:w="4680" w:type="dxa"/>
            <w:shd w:val="clear" w:color="auto" w:fill="FFFFFF"/>
            <w:tcMar>
              <w:top w:w="60" w:type="dxa"/>
              <w:left w:w="120" w:type="dxa"/>
              <w:bottom w:w="60" w:type="dxa"/>
              <w:right w:w="120" w:type="dxa"/>
            </w:tcMar>
          </w:tcPr>
          <w:p w14:paraId="6604B47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5D8CA9F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1,29 saat</w:t>
            </w:r>
          </w:p>
        </w:tc>
      </w:tr>
      <w:tr w:rsidR="00552283" w:rsidRPr="008E77DA" w14:paraId="1BFD576C" w14:textId="77777777" w:rsidTr="00F111D1">
        <w:trPr>
          <w:jc w:val="center"/>
        </w:trPr>
        <w:tc>
          <w:tcPr>
            <w:tcW w:w="4680" w:type="dxa"/>
            <w:shd w:val="clear" w:color="auto" w:fill="F9FAFB"/>
            <w:tcMar>
              <w:top w:w="60" w:type="dxa"/>
              <w:left w:w="120" w:type="dxa"/>
              <w:bottom w:w="60" w:type="dxa"/>
              <w:right w:w="120" w:type="dxa"/>
            </w:tcMar>
          </w:tcPr>
          <w:p w14:paraId="5546DFC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1B04A36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0,29 saat</w:t>
            </w:r>
          </w:p>
        </w:tc>
      </w:tr>
      <w:tr w:rsidR="00552283" w:rsidRPr="008E77DA" w14:paraId="37438E62" w14:textId="77777777" w:rsidTr="00F111D1">
        <w:trPr>
          <w:jc w:val="center"/>
        </w:trPr>
        <w:tc>
          <w:tcPr>
            <w:tcW w:w="4680" w:type="dxa"/>
            <w:shd w:val="clear" w:color="auto" w:fill="FFFFFF"/>
            <w:tcMar>
              <w:top w:w="60" w:type="dxa"/>
              <w:left w:w="120" w:type="dxa"/>
              <w:bottom w:w="60" w:type="dxa"/>
              <w:right w:w="120" w:type="dxa"/>
            </w:tcMar>
          </w:tcPr>
          <w:p w14:paraId="610F9C2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2EE58C4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14,62 saat</w:t>
            </w:r>
          </w:p>
        </w:tc>
      </w:tr>
    </w:tbl>
    <w:p w14:paraId="35BA127B" w14:textId="77777777" w:rsidR="00552283" w:rsidRPr="008E77DA" w:rsidRDefault="00552283" w:rsidP="008E77DA">
      <w:pPr>
        <w:spacing w:after="0" w:line="240" w:lineRule="auto"/>
        <w:rPr>
          <w:rFonts w:ascii="Times New Roman" w:hAnsi="Times New Roman" w:cs="Times New Roman"/>
        </w:rPr>
      </w:pPr>
    </w:p>
    <w:p w14:paraId="3E63BA1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6C74D5CD" w14:textId="77777777" w:rsidTr="00F111D1">
        <w:trPr>
          <w:jc w:val="center"/>
        </w:trPr>
        <w:tc>
          <w:tcPr>
            <w:tcW w:w="3120" w:type="dxa"/>
            <w:shd w:val="clear" w:color="auto" w:fill="1F4E79"/>
            <w:tcMar>
              <w:top w:w="80" w:type="dxa"/>
              <w:left w:w="120" w:type="dxa"/>
              <w:bottom w:w="80" w:type="dxa"/>
              <w:right w:w="120" w:type="dxa"/>
            </w:tcMar>
          </w:tcPr>
          <w:p w14:paraId="12E71A8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6F0EDB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3DCE61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48BC989B" w14:textId="77777777" w:rsidTr="00F111D1">
        <w:trPr>
          <w:jc w:val="center"/>
        </w:trPr>
        <w:tc>
          <w:tcPr>
            <w:tcW w:w="3120" w:type="dxa"/>
            <w:shd w:val="clear" w:color="auto" w:fill="F9FAFB"/>
            <w:tcMar>
              <w:top w:w="60" w:type="dxa"/>
              <w:left w:w="120" w:type="dxa"/>
              <w:bottom w:w="60" w:type="dxa"/>
              <w:right w:w="120" w:type="dxa"/>
            </w:tcMar>
          </w:tcPr>
          <w:p w14:paraId="593B0F8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9D0C4F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6921977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2,38</w:t>
            </w:r>
          </w:p>
        </w:tc>
      </w:tr>
      <w:tr w:rsidR="00552283" w:rsidRPr="008E77DA" w14:paraId="5EF17AFA" w14:textId="77777777" w:rsidTr="00F111D1">
        <w:trPr>
          <w:jc w:val="center"/>
        </w:trPr>
        <w:tc>
          <w:tcPr>
            <w:tcW w:w="3120" w:type="dxa"/>
            <w:shd w:val="clear" w:color="auto" w:fill="FFFFFF"/>
            <w:tcMar>
              <w:top w:w="60" w:type="dxa"/>
              <w:left w:w="120" w:type="dxa"/>
              <w:bottom w:w="60" w:type="dxa"/>
              <w:right w:w="120" w:type="dxa"/>
            </w:tcMar>
          </w:tcPr>
          <w:p w14:paraId="06374D2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2967DC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3264C54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3,21</w:t>
            </w:r>
          </w:p>
        </w:tc>
      </w:tr>
      <w:tr w:rsidR="00552283" w:rsidRPr="008E77DA" w14:paraId="65C7CE64" w14:textId="77777777" w:rsidTr="00F111D1">
        <w:trPr>
          <w:jc w:val="center"/>
        </w:trPr>
        <w:tc>
          <w:tcPr>
            <w:tcW w:w="3120" w:type="dxa"/>
            <w:shd w:val="clear" w:color="auto" w:fill="F9FAFB"/>
            <w:tcMar>
              <w:top w:w="60" w:type="dxa"/>
              <w:left w:w="120" w:type="dxa"/>
              <w:bottom w:w="60" w:type="dxa"/>
              <w:right w:w="120" w:type="dxa"/>
            </w:tcMar>
          </w:tcPr>
          <w:p w14:paraId="7107B38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F7EC1F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4CE41A0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3,42</w:t>
            </w:r>
          </w:p>
        </w:tc>
      </w:tr>
      <w:tr w:rsidR="00552283" w:rsidRPr="008E77DA" w14:paraId="216FEAE0" w14:textId="77777777" w:rsidTr="00F111D1">
        <w:trPr>
          <w:jc w:val="center"/>
        </w:trPr>
        <w:tc>
          <w:tcPr>
            <w:tcW w:w="3120" w:type="dxa"/>
            <w:shd w:val="clear" w:color="auto" w:fill="FFFFFF"/>
            <w:tcMar>
              <w:top w:w="60" w:type="dxa"/>
              <w:left w:w="120" w:type="dxa"/>
              <w:bottom w:w="60" w:type="dxa"/>
              <w:right w:w="120" w:type="dxa"/>
            </w:tcMar>
          </w:tcPr>
          <w:p w14:paraId="3D45CD9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9ECC59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4B65F4D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3,54</w:t>
            </w:r>
          </w:p>
        </w:tc>
      </w:tr>
      <w:tr w:rsidR="00552283" w:rsidRPr="008E77DA" w14:paraId="1E97D5A4" w14:textId="77777777" w:rsidTr="00F111D1">
        <w:trPr>
          <w:jc w:val="center"/>
        </w:trPr>
        <w:tc>
          <w:tcPr>
            <w:tcW w:w="3120" w:type="dxa"/>
            <w:shd w:val="clear" w:color="auto" w:fill="F9FAFB"/>
            <w:tcMar>
              <w:top w:w="60" w:type="dxa"/>
              <w:left w:w="120" w:type="dxa"/>
              <w:bottom w:w="60" w:type="dxa"/>
              <w:right w:w="120" w:type="dxa"/>
            </w:tcMar>
          </w:tcPr>
          <w:p w14:paraId="5D92616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53AE7D1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68018D5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3,62</w:t>
            </w:r>
          </w:p>
        </w:tc>
      </w:tr>
      <w:tr w:rsidR="00552283" w:rsidRPr="008E77DA" w14:paraId="4D7A6211" w14:textId="77777777" w:rsidTr="00F111D1">
        <w:trPr>
          <w:jc w:val="center"/>
        </w:trPr>
        <w:tc>
          <w:tcPr>
            <w:tcW w:w="3120" w:type="dxa"/>
            <w:shd w:val="clear" w:color="auto" w:fill="FFFFFF"/>
            <w:tcMar>
              <w:top w:w="60" w:type="dxa"/>
              <w:left w:w="120" w:type="dxa"/>
              <w:bottom w:w="60" w:type="dxa"/>
              <w:right w:w="120" w:type="dxa"/>
            </w:tcMar>
          </w:tcPr>
          <w:p w14:paraId="41EBAD4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096429B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62A0CA3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3,67</w:t>
            </w:r>
          </w:p>
        </w:tc>
      </w:tr>
      <w:tr w:rsidR="00552283" w:rsidRPr="008E77DA" w14:paraId="466A912C" w14:textId="77777777" w:rsidTr="00F111D1">
        <w:trPr>
          <w:jc w:val="center"/>
        </w:trPr>
        <w:tc>
          <w:tcPr>
            <w:tcW w:w="3120" w:type="dxa"/>
            <w:shd w:val="clear" w:color="auto" w:fill="F9FAFB"/>
            <w:tcMar>
              <w:top w:w="60" w:type="dxa"/>
              <w:left w:w="120" w:type="dxa"/>
              <w:bottom w:w="60" w:type="dxa"/>
              <w:right w:w="120" w:type="dxa"/>
            </w:tcMar>
          </w:tcPr>
          <w:p w14:paraId="6B1107F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076B1D6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33545C6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552283" w:rsidRPr="008E77DA" w14:paraId="1BD40F33" w14:textId="77777777" w:rsidTr="00F111D1">
        <w:trPr>
          <w:jc w:val="center"/>
        </w:trPr>
        <w:tc>
          <w:tcPr>
            <w:tcW w:w="3120" w:type="dxa"/>
            <w:shd w:val="clear" w:color="auto" w:fill="FFFFFF"/>
            <w:tcMar>
              <w:top w:w="60" w:type="dxa"/>
              <w:left w:w="120" w:type="dxa"/>
              <w:bottom w:w="60" w:type="dxa"/>
              <w:right w:w="120" w:type="dxa"/>
            </w:tcMar>
          </w:tcPr>
          <w:p w14:paraId="01501B1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792B9CC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192AD90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3,42</w:t>
            </w:r>
          </w:p>
        </w:tc>
      </w:tr>
      <w:tr w:rsidR="00552283" w:rsidRPr="008E77DA" w14:paraId="3DD871C1" w14:textId="77777777" w:rsidTr="00F111D1">
        <w:trPr>
          <w:jc w:val="center"/>
        </w:trPr>
        <w:tc>
          <w:tcPr>
            <w:tcW w:w="3120" w:type="dxa"/>
            <w:shd w:val="clear" w:color="auto" w:fill="F9FAFB"/>
            <w:tcMar>
              <w:top w:w="60" w:type="dxa"/>
              <w:left w:w="120" w:type="dxa"/>
              <w:bottom w:w="60" w:type="dxa"/>
              <w:right w:w="120" w:type="dxa"/>
            </w:tcMar>
          </w:tcPr>
          <w:p w14:paraId="3157D97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123E7E1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0277829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2,88</w:t>
            </w:r>
          </w:p>
        </w:tc>
      </w:tr>
      <w:tr w:rsidR="00552283" w:rsidRPr="008E77DA" w14:paraId="7C8B7E14" w14:textId="77777777" w:rsidTr="00F111D1">
        <w:trPr>
          <w:jc w:val="center"/>
        </w:trPr>
        <w:tc>
          <w:tcPr>
            <w:tcW w:w="3120" w:type="dxa"/>
            <w:shd w:val="clear" w:color="auto" w:fill="FFFFFF"/>
            <w:tcMar>
              <w:top w:w="60" w:type="dxa"/>
              <w:left w:w="120" w:type="dxa"/>
              <w:bottom w:w="60" w:type="dxa"/>
              <w:right w:w="120" w:type="dxa"/>
            </w:tcMar>
          </w:tcPr>
          <w:p w14:paraId="3390CFB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557E28E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63F3017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3,17</w:t>
            </w:r>
          </w:p>
        </w:tc>
      </w:tr>
      <w:tr w:rsidR="00552283" w:rsidRPr="008E77DA" w14:paraId="4071950A" w14:textId="77777777" w:rsidTr="00F111D1">
        <w:trPr>
          <w:jc w:val="center"/>
        </w:trPr>
        <w:tc>
          <w:tcPr>
            <w:tcW w:w="3120" w:type="dxa"/>
            <w:shd w:val="clear" w:color="auto" w:fill="F9FAFB"/>
            <w:tcMar>
              <w:top w:w="60" w:type="dxa"/>
              <w:left w:w="120" w:type="dxa"/>
              <w:bottom w:w="60" w:type="dxa"/>
              <w:right w:w="120" w:type="dxa"/>
            </w:tcMar>
          </w:tcPr>
          <w:p w14:paraId="0E70B54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14E77A4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0F4AB79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3,33</w:t>
            </w:r>
          </w:p>
        </w:tc>
      </w:tr>
      <w:tr w:rsidR="00552283" w:rsidRPr="008E77DA" w14:paraId="6FFB4103" w14:textId="77777777" w:rsidTr="00F111D1">
        <w:trPr>
          <w:jc w:val="center"/>
        </w:trPr>
        <w:tc>
          <w:tcPr>
            <w:tcW w:w="3120" w:type="dxa"/>
            <w:shd w:val="clear" w:color="auto" w:fill="FFFFFF"/>
            <w:tcMar>
              <w:top w:w="60" w:type="dxa"/>
              <w:left w:w="120" w:type="dxa"/>
              <w:bottom w:w="60" w:type="dxa"/>
              <w:right w:w="120" w:type="dxa"/>
            </w:tcMar>
          </w:tcPr>
          <w:p w14:paraId="606F662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12</w:t>
            </w:r>
          </w:p>
        </w:tc>
        <w:tc>
          <w:tcPr>
            <w:tcW w:w="3120" w:type="dxa"/>
            <w:shd w:val="clear" w:color="auto" w:fill="FFFFFF"/>
            <w:tcMar>
              <w:top w:w="60" w:type="dxa"/>
              <w:left w:w="120" w:type="dxa"/>
              <w:bottom w:w="60" w:type="dxa"/>
              <w:right w:w="120" w:type="dxa"/>
            </w:tcMar>
          </w:tcPr>
          <w:p w14:paraId="2CAF48A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5B83F28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552283" w:rsidRPr="008E77DA" w14:paraId="51C8822B" w14:textId="77777777" w:rsidTr="00F111D1">
        <w:trPr>
          <w:jc w:val="center"/>
        </w:trPr>
        <w:tc>
          <w:tcPr>
            <w:tcW w:w="3120" w:type="dxa"/>
            <w:shd w:val="clear" w:color="auto" w:fill="F9FAFB"/>
            <w:tcMar>
              <w:top w:w="60" w:type="dxa"/>
              <w:left w:w="120" w:type="dxa"/>
              <w:bottom w:w="60" w:type="dxa"/>
              <w:right w:w="120" w:type="dxa"/>
            </w:tcMar>
          </w:tcPr>
          <w:p w14:paraId="14F9FD7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557E5F6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6C1DE43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3,25</w:t>
            </w:r>
          </w:p>
        </w:tc>
      </w:tr>
      <w:tr w:rsidR="00552283" w:rsidRPr="008E77DA" w14:paraId="50E86D10" w14:textId="77777777" w:rsidTr="00F111D1">
        <w:trPr>
          <w:jc w:val="center"/>
        </w:trPr>
        <w:tc>
          <w:tcPr>
            <w:tcW w:w="3120" w:type="dxa"/>
            <w:shd w:val="clear" w:color="auto" w:fill="FFFFFF"/>
            <w:tcMar>
              <w:top w:w="60" w:type="dxa"/>
              <w:left w:w="120" w:type="dxa"/>
              <w:bottom w:w="60" w:type="dxa"/>
              <w:right w:w="120" w:type="dxa"/>
            </w:tcMar>
          </w:tcPr>
          <w:p w14:paraId="14369F6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0E8D64C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616092B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3,25</w:t>
            </w:r>
          </w:p>
        </w:tc>
      </w:tr>
    </w:tbl>
    <w:p w14:paraId="7FACD3B4" w14:textId="77777777" w:rsidR="00552283" w:rsidRPr="008E77DA" w:rsidRDefault="00552283" w:rsidP="008E77DA">
      <w:pPr>
        <w:spacing w:after="0" w:line="240" w:lineRule="auto"/>
        <w:rPr>
          <w:rFonts w:ascii="Times New Roman" w:hAnsi="Times New Roman" w:cs="Times New Roman"/>
        </w:rPr>
      </w:pPr>
    </w:p>
    <w:p w14:paraId="244298E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7D9FEBC8" w14:textId="77777777" w:rsidTr="00F111D1">
        <w:trPr>
          <w:jc w:val="center"/>
        </w:trPr>
        <w:tc>
          <w:tcPr>
            <w:tcW w:w="3120" w:type="dxa"/>
            <w:shd w:val="clear" w:color="auto" w:fill="1F4E79"/>
            <w:tcMar>
              <w:top w:w="80" w:type="dxa"/>
              <w:left w:w="120" w:type="dxa"/>
              <w:bottom w:w="80" w:type="dxa"/>
              <w:right w:w="120" w:type="dxa"/>
            </w:tcMar>
          </w:tcPr>
          <w:p w14:paraId="29EFA63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9C8417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284D9A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5132D89A" w14:textId="77777777" w:rsidTr="00F111D1">
        <w:trPr>
          <w:jc w:val="center"/>
        </w:trPr>
        <w:tc>
          <w:tcPr>
            <w:tcW w:w="3120" w:type="dxa"/>
            <w:shd w:val="clear" w:color="auto" w:fill="F9FAFB"/>
            <w:tcMar>
              <w:top w:w="60" w:type="dxa"/>
              <w:left w:w="120" w:type="dxa"/>
              <w:bottom w:w="60" w:type="dxa"/>
              <w:right w:w="120" w:type="dxa"/>
            </w:tcMar>
          </w:tcPr>
          <w:p w14:paraId="7B25565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26EE74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3AA8EB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4,25</w:t>
            </w:r>
          </w:p>
        </w:tc>
      </w:tr>
      <w:tr w:rsidR="00552283" w:rsidRPr="008E77DA" w14:paraId="0A5EC70E" w14:textId="77777777" w:rsidTr="00F111D1">
        <w:trPr>
          <w:jc w:val="center"/>
        </w:trPr>
        <w:tc>
          <w:tcPr>
            <w:tcW w:w="3120" w:type="dxa"/>
            <w:shd w:val="clear" w:color="auto" w:fill="FFFFFF"/>
            <w:tcMar>
              <w:top w:w="60" w:type="dxa"/>
              <w:left w:w="120" w:type="dxa"/>
              <w:bottom w:w="60" w:type="dxa"/>
              <w:right w:w="120" w:type="dxa"/>
            </w:tcMar>
          </w:tcPr>
          <w:p w14:paraId="26AC740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0EBC91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308F73E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4,21</w:t>
            </w:r>
          </w:p>
        </w:tc>
      </w:tr>
      <w:tr w:rsidR="00552283" w:rsidRPr="008E77DA" w14:paraId="049FE54A" w14:textId="77777777" w:rsidTr="00F111D1">
        <w:trPr>
          <w:jc w:val="center"/>
        </w:trPr>
        <w:tc>
          <w:tcPr>
            <w:tcW w:w="3120" w:type="dxa"/>
            <w:shd w:val="clear" w:color="auto" w:fill="F9FAFB"/>
            <w:tcMar>
              <w:top w:w="60" w:type="dxa"/>
              <w:left w:w="120" w:type="dxa"/>
              <w:bottom w:w="60" w:type="dxa"/>
              <w:right w:w="120" w:type="dxa"/>
            </w:tcMar>
          </w:tcPr>
          <w:p w14:paraId="71071EE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939745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6C2FE63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4,29</w:t>
            </w:r>
          </w:p>
        </w:tc>
      </w:tr>
      <w:tr w:rsidR="00552283" w:rsidRPr="008E77DA" w14:paraId="6A635F16" w14:textId="77777777" w:rsidTr="00F111D1">
        <w:trPr>
          <w:jc w:val="center"/>
        </w:trPr>
        <w:tc>
          <w:tcPr>
            <w:tcW w:w="3120" w:type="dxa"/>
            <w:shd w:val="clear" w:color="auto" w:fill="FFFFFF"/>
            <w:tcMar>
              <w:top w:w="60" w:type="dxa"/>
              <w:left w:w="120" w:type="dxa"/>
              <w:bottom w:w="60" w:type="dxa"/>
              <w:right w:w="120" w:type="dxa"/>
            </w:tcMar>
          </w:tcPr>
          <w:p w14:paraId="052BED9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0145E1E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70F7B83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3,75</w:t>
            </w:r>
          </w:p>
        </w:tc>
      </w:tr>
      <w:tr w:rsidR="00552283" w:rsidRPr="008E77DA" w14:paraId="4BC130D4" w14:textId="77777777" w:rsidTr="00F111D1">
        <w:trPr>
          <w:jc w:val="center"/>
        </w:trPr>
        <w:tc>
          <w:tcPr>
            <w:tcW w:w="3120" w:type="dxa"/>
            <w:shd w:val="clear" w:color="auto" w:fill="F9FAFB"/>
            <w:tcMar>
              <w:top w:w="60" w:type="dxa"/>
              <w:left w:w="120" w:type="dxa"/>
              <w:bottom w:w="60" w:type="dxa"/>
              <w:right w:w="120" w:type="dxa"/>
            </w:tcMar>
          </w:tcPr>
          <w:p w14:paraId="0143C87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206DCE7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2F96EAF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bl>
    <w:p w14:paraId="4D7B1975" w14:textId="77777777" w:rsidR="00552283" w:rsidRPr="008E77DA" w:rsidRDefault="00552283" w:rsidP="008E77DA">
      <w:pPr>
        <w:spacing w:after="0" w:line="240" w:lineRule="auto"/>
        <w:rPr>
          <w:rFonts w:ascii="Times New Roman" w:hAnsi="Times New Roman" w:cs="Times New Roman"/>
        </w:rPr>
      </w:pPr>
    </w:p>
    <w:p w14:paraId="068C76F9" w14:textId="77777777" w:rsidR="00552283" w:rsidRPr="008E77DA" w:rsidRDefault="00552283" w:rsidP="008E77DA">
      <w:pPr>
        <w:spacing w:after="0" w:line="240" w:lineRule="auto"/>
        <w:rPr>
          <w:rFonts w:ascii="Times New Roman" w:hAnsi="Times New Roman" w:cs="Times New Roman"/>
        </w:rPr>
      </w:pPr>
    </w:p>
    <w:p w14:paraId="55BCDD49" w14:textId="18161B96"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18. Ders: BES 303 - Yetişkin Hastalıklarında Tıbbi Beslenme Tedavisi I</w:t>
      </w:r>
    </w:p>
    <w:p w14:paraId="4982278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29D26F12" w14:textId="77777777" w:rsidTr="00F111D1">
        <w:trPr>
          <w:jc w:val="center"/>
        </w:trPr>
        <w:tc>
          <w:tcPr>
            <w:tcW w:w="3120" w:type="dxa"/>
            <w:shd w:val="clear" w:color="auto" w:fill="1F4E79"/>
            <w:tcMar>
              <w:top w:w="80" w:type="dxa"/>
              <w:left w:w="120" w:type="dxa"/>
              <w:bottom w:w="80" w:type="dxa"/>
              <w:right w:w="120" w:type="dxa"/>
            </w:tcMar>
          </w:tcPr>
          <w:p w14:paraId="2132BF4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2E1F0B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0DBC2F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61C808E6" w14:textId="77777777" w:rsidTr="00F111D1">
        <w:trPr>
          <w:jc w:val="center"/>
        </w:trPr>
        <w:tc>
          <w:tcPr>
            <w:tcW w:w="3120" w:type="dxa"/>
            <w:shd w:val="clear" w:color="auto" w:fill="F9FAFB"/>
            <w:tcMar>
              <w:top w:w="60" w:type="dxa"/>
              <w:left w:w="120" w:type="dxa"/>
              <w:bottom w:w="60" w:type="dxa"/>
              <w:right w:w="120" w:type="dxa"/>
            </w:tcMar>
          </w:tcPr>
          <w:p w14:paraId="08FBBF0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CDB95C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4F0DDC4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4,74</w:t>
            </w:r>
          </w:p>
        </w:tc>
      </w:tr>
      <w:tr w:rsidR="00552283" w:rsidRPr="008E77DA" w14:paraId="5F94A0A8" w14:textId="77777777" w:rsidTr="00F111D1">
        <w:trPr>
          <w:jc w:val="center"/>
        </w:trPr>
        <w:tc>
          <w:tcPr>
            <w:tcW w:w="3120" w:type="dxa"/>
            <w:shd w:val="clear" w:color="auto" w:fill="FFFFFF"/>
            <w:tcMar>
              <w:top w:w="60" w:type="dxa"/>
              <w:left w:w="120" w:type="dxa"/>
              <w:bottom w:w="60" w:type="dxa"/>
              <w:right w:w="120" w:type="dxa"/>
            </w:tcMar>
          </w:tcPr>
          <w:p w14:paraId="520A447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6EF2163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584B65F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4,74</w:t>
            </w:r>
          </w:p>
        </w:tc>
      </w:tr>
      <w:tr w:rsidR="00552283" w:rsidRPr="008E77DA" w14:paraId="07ADDDAF" w14:textId="77777777" w:rsidTr="00F111D1">
        <w:trPr>
          <w:jc w:val="center"/>
        </w:trPr>
        <w:tc>
          <w:tcPr>
            <w:tcW w:w="3120" w:type="dxa"/>
            <w:shd w:val="clear" w:color="auto" w:fill="F9FAFB"/>
            <w:tcMar>
              <w:top w:w="60" w:type="dxa"/>
              <w:left w:w="120" w:type="dxa"/>
              <w:bottom w:w="60" w:type="dxa"/>
              <w:right w:w="120" w:type="dxa"/>
            </w:tcMar>
          </w:tcPr>
          <w:p w14:paraId="63E42FA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4045B8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76391A2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4,48</w:t>
            </w:r>
          </w:p>
        </w:tc>
      </w:tr>
      <w:tr w:rsidR="00552283" w:rsidRPr="008E77DA" w14:paraId="6B9C86E7" w14:textId="77777777" w:rsidTr="00F111D1">
        <w:trPr>
          <w:jc w:val="center"/>
        </w:trPr>
        <w:tc>
          <w:tcPr>
            <w:tcW w:w="3120" w:type="dxa"/>
            <w:shd w:val="clear" w:color="auto" w:fill="FFFFFF"/>
            <w:tcMar>
              <w:top w:w="60" w:type="dxa"/>
              <w:left w:w="120" w:type="dxa"/>
              <w:bottom w:w="60" w:type="dxa"/>
              <w:right w:w="120" w:type="dxa"/>
            </w:tcMar>
          </w:tcPr>
          <w:p w14:paraId="341E320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0571296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614D3FF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4,48</w:t>
            </w:r>
          </w:p>
        </w:tc>
      </w:tr>
    </w:tbl>
    <w:p w14:paraId="6EF03C62" w14:textId="77777777" w:rsidR="00552283" w:rsidRPr="008E77DA" w:rsidRDefault="00552283" w:rsidP="008E77DA">
      <w:pPr>
        <w:spacing w:after="0" w:line="240" w:lineRule="auto"/>
        <w:rPr>
          <w:rFonts w:ascii="Times New Roman" w:hAnsi="Times New Roman" w:cs="Times New Roman"/>
        </w:rPr>
      </w:pPr>
    </w:p>
    <w:p w14:paraId="11496E2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5E24FB9C" w14:textId="77777777" w:rsidTr="00F111D1">
        <w:trPr>
          <w:jc w:val="center"/>
        </w:trPr>
        <w:tc>
          <w:tcPr>
            <w:tcW w:w="4680" w:type="dxa"/>
            <w:shd w:val="clear" w:color="auto" w:fill="1F4E79"/>
            <w:tcMar>
              <w:top w:w="80" w:type="dxa"/>
              <w:left w:w="120" w:type="dxa"/>
              <w:bottom w:w="80" w:type="dxa"/>
              <w:right w:w="120" w:type="dxa"/>
            </w:tcMar>
          </w:tcPr>
          <w:p w14:paraId="4914371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27936F6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52432628" w14:textId="77777777" w:rsidTr="00F111D1">
        <w:trPr>
          <w:jc w:val="center"/>
        </w:trPr>
        <w:tc>
          <w:tcPr>
            <w:tcW w:w="4680" w:type="dxa"/>
            <w:shd w:val="clear" w:color="auto" w:fill="F9FAFB"/>
            <w:tcMar>
              <w:top w:w="60" w:type="dxa"/>
              <w:left w:w="120" w:type="dxa"/>
              <w:bottom w:w="60" w:type="dxa"/>
              <w:right w:w="120" w:type="dxa"/>
            </w:tcMar>
          </w:tcPr>
          <w:p w14:paraId="4BD576E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5740211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4,13 saat</w:t>
            </w:r>
          </w:p>
        </w:tc>
      </w:tr>
      <w:tr w:rsidR="00552283" w:rsidRPr="008E77DA" w14:paraId="64F59FAF" w14:textId="77777777" w:rsidTr="00F111D1">
        <w:trPr>
          <w:jc w:val="center"/>
        </w:trPr>
        <w:tc>
          <w:tcPr>
            <w:tcW w:w="4680" w:type="dxa"/>
            <w:shd w:val="clear" w:color="auto" w:fill="FFFFFF"/>
            <w:tcMar>
              <w:top w:w="60" w:type="dxa"/>
              <w:left w:w="120" w:type="dxa"/>
              <w:bottom w:w="60" w:type="dxa"/>
              <w:right w:w="120" w:type="dxa"/>
            </w:tcMar>
          </w:tcPr>
          <w:p w14:paraId="751BB77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4359BEB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4,09 saat</w:t>
            </w:r>
          </w:p>
        </w:tc>
      </w:tr>
      <w:tr w:rsidR="00552283" w:rsidRPr="008E77DA" w14:paraId="4B60F607" w14:textId="77777777" w:rsidTr="00F111D1">
        <w:trPr>
          <w:jc w:val="center"/>
        </w:trPr>
        <w:tc>
          <w:tcPr>
            <w:tcW w:w="4680" w:type="dxa"/>
            <w:shd w:val="clear" w:color="auto" w:fill="F9FAFB"/>
            <w:tcMar>
              <w:top w:w="60" w:type="dxa"/>
              <w:left w:w="120" w:type="dxa"/>
              <w:bottom w:w="60" w:type="dxa"/>
              <w:right w:w="120" w:type="dxa"/>
            </w:tcMar>
          </w:tcPr>
          <w:p w14:paraId="3DFBE16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0303FF2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6,57 saat</w:t>
            </w:r>
          </w:p>
        </w:tc>
      </w:tr>
      <w:tr w:rsidR="00552283" w:rsidRPr="008E77DA" w14:paraId="6D2E30AE" w14:textId="77777777" w:rsidTr="00F111D1">
        <w:trPr>
          <w:jc w:val="center"/>
        </w:trPr>
        <w:tc>
          <w:tcPr>
            <w:tcW w:w="4680" w:type="dxa"/>
            <w:shd w:val="clear" w:color="auto" w:fill="FFFFFF"/>
            <w:tcMar>
              <w:top w:w="60" w:type="dxa"/>
              <w:left w:w="120" w:type="dxa"/>
              <w:bottom w:w="60" w:type="dxa"/>
              <w:right w:w="120" w:type="dxa"/>
            </w:tcMar>
          </w:tcPr>
          <w:p w14:paraId="61CB497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lastRenderedPageBreak/>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4ECEC37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1,00 saat</w:t>
            </w:r>
          </w:p>
        </w:tc>
      </w:tr>
      <w:tr w:rsidR="00552283" w:rsidRPr="008E77DA" w14:paraId="376D2786" w14:textId="77777777" w:rsidTr="00F111D1">
        <w:trPr>
          <w:jc w:val="center"/>
        </w:trPr>
        <w:tc>
          <w:tcPr>
            <w:tcW w:w="4680" w:type="dxa"/>
            <w:shd w:val="clear" w:color="auto" w:fill="F9FAFB"/>
            <w:tcMar>
              <w:top w:w="60" w:type="dxa"/>
              <w:left w:w="120" w:type="dxa"/>
              <w:bottom w:w="60" w:type="dxa"/>
              <w:right w:w="120" w:type="dxa"/>
            </w:tcMar>
          </w:tcPr>
          <w:p w14:paraId="200E6BB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6447F41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10,61 saat</w:t>
            </w:r>
          </w:p>
        </w:tc>
      </w:tr>
      <w:tr w:rsidR="00552283" w:rsidRPr="008E77DA" w14:paraId="17BFB713" w14:textId="77777777" w:rsidTr="00F111D1">
        <w:trPr>
          <w:jc w:val="center"/>
        </w:trPr>
        <w:tc>
          <w:tcPr>
            <w:tcW w:w="4680" w:type="dxa"/>
            <w:shd w:val="clear" w:color="auto" w:fill="FFFFFF"/>
            <w:tcMar>
              <w:top w:w="60" w:type="dxa"/>
              <w:left w:w="120" w:type="dxa"/>
              <w:bottom w:w="60" w:type="dxa"/>
              <w:right w:w="120" w:type="dxa"/>
            </w:tcMar>
          </w:tcPr>
          <w:p w14:paraId="7192067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0A0FB5D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3,74 saat</w:t>
            </w:r>
          </w:p>
        </w:tc>
      </w:tr>
      <w:tr w:rsidR="00552283" w:rsidRPr="008E77DA" w14:paraId="144ADEE7" w14:textId="77777777" w:rsidTr="00F111D1">
        <w:trPr>
          <w:jc w:val="center"/>
        </w:trPr>
        <w:tc>
          <w:tcPr>
            <w:tcW w:w="4680" w:type="dxa"/>
            <w:shd w:val="clear" w:color="auto" w:fill="F9FAFB"/>
            <w:tcMar>
              <w:top w:w="60" w:type="dxa"/>
              <w:left w:w="120" w:type="dxa"/>
              <w:bottom w:w="60" w:type="dxa"/>
              <w:right w:w="120" w:type="dxa"/>
            </w:tcMar>
          </w:tcPr>
          <w:p w14:paraId="30DF0FB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7869F78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0,36 saat</w:t>
            </w:r>
          </w:p>
        </w:tc>
      </w:tr>
      <w:tr w:rsidR="00552283" w:rsidRPr="008E77DA" w14:paraId="6E86086B" w14:textId="77777777" w:rsidTr="00F111D1">
        <w:trPr>
          <w:jc w:val="center"/>
        </w:trPr>
        <w:tc>
          <w:tcPr>
            <w:tcW w:w="4680" w:type="dxa"/>
            <w:shd w:val="clear" w:color="auto" w:fill="FFFFFF"/>
            <w:tcMar>
              <w:top w:w="60" w:type="dxa"/>
              <w:left w:w="120" w:type="dxa"/>
              <w:bottom w:w="60" w:type="dxa"/>
              <w:right w:w="120" w:type="dxa"/>
            </w:tcMar>
          </w:tcPr>
          <w:p w14:paraId="1755EF0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56BEBDD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13,96 saat</w:t>
            </w:r>
          </w:p>
        </w:tc>
      </w:tr>
    </w:tbl>
    <w:p w14:paraId="26FDE1DD" w14:textId="77777777" w:rsidR="00552283" w:rsidRPr="008E77DA" w:rsidRDefault="00552283" w:rsidP="008E77DA">
      <w:pPr>
        <w:spacing w:after="0" w:line="240" w:lineRule="auto"/>
        <w:rPr>
          <w:rFonts w:ascii="Times New Roman" w:hAnsi="Times New Roman" w:cs="Times New Roman"/>
        </w:rPr>
      </w:pPr>
    </w:p>
    <w:p w14:paraId="74CEB1D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14DDDD85" w14:textId="77777777" w:rsidTr="00F111D1">
        <w:trPr>
          <w:jc w:val="center"/>
        </w:trPr>
        <w:tc>
          <w:tcPr>
            <w:tcW w:w="3120" w:type="dxa"/>
            <w:shd w:val="clear" w:color="auto" w:fill="1F4E79"/>
            <w:tcMar>
              <w:top w:w="80" w:type="dxa"/>
              <w:left w:w="120" w:type="dxa"/>
              <w:bottom w:w="80" w:type="dxa"/>
              <w:right w:w="120" w:type="dxa"/>
            </w:tcMar>
          </w:tcPr>
          <w:p w14:paraId="3888E3F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769F2FF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3FFBC0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78715D7D" w14:textId="77777777" w:rsidTr="00F111D1">
        <w:trPr>
          <w:jc w:val="center"/>
        </w:trPr>
        <w:tc>
          <w:tcPr>
            <w:tcW w:w="3120" w:type="dxa"/>
            <w:shd w:val="clear" w:color="auto" w:fill="F9FAFB"/>
            <w:tcMar>
              <w:top w:w="60" w:type="dxa"/>
              <w:left w:w="120" w:type="dxa"/>
              <w:bottom w:w="60" w:type="dxa"/>
              <w:right w:w="120" w:type="dxa"/>
            </w:tcMar>
          </w:tcPr>
          <w:p w14:paraId="1E8803E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30A341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197D56A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4,48</w:t>
            </w:r>
          </w:p>
        </w:tc>
      </w:tr>
      <w:tr w:rsidR="00552283" w:rsidRPr="008E77DA" w14:paraId="4B1B3214" w14:textId="77777777" w:rsidTr="00F111D1">
        <w:trPr>
          <w:jc w:val="center"/>
        </w:trPr>
        <w:tc>
          <w:tcPr>
            <w:tcW w:w="3120" w:type="dxa"/>
            <w:shd w:val="clear" w:color="auto" w:fill="FFFFFF"/>
            <w:tcMar>
              <w:top w:w="60" w:type="dxa"/>
              <w:left w:w="120" w:type="dxa"/>
              <w:bottom w:w="60" w:type="dxa"/>
              <w:right w:w="120" w:type="dxa"/>
            </w:tcMar>
          </w:tcPr>
          <w:p w14:paraId="301C800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068F4B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6582198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4,52</w:t>
            </w:r>
          </w:p>
        </w:tc>
      </w:tr>
      <w:tr w:rsidR="00552283" w:rsidRPr="008E77DA" w14:paraId="2023AD28" w14:textId="77777777" w:rsidTr="00F111D1">
        <w:trPr>
          <w:jc w:val="center"/>
        </w:trPr>
        <w:tc>
          <w:tcPr>
            <w:tcW w:w="3120" w:type="dxa"/>
            <w:shd w:val="clear" w:color="auto" w:fill="F9FAFB"/>
            <w:tcMar>
              <w:top w:w="60" w:type="dxa"/>
              <w:left w:w="120" w:type="dxa"/>
              <w:bottom w:w="60" w:type="dxa"/>
              <w:right w:w="120" w:type="dxa"/>
            </w:tcMar>
          </w:tcPr>
          <w:p w14:paraId="6D5D0CC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5BFC3C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48C7480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4,57</w:t>
            </w:r>
          </w:p>
        </w:tc>
      </w:tr>
      <w:tr w:rsidR="00552283" w:rsidRPr="008E77DA" w14:paraId="0253299D" w14:textId="77777777" w:rsidTr="00F111D1">
        <w:trPr>
          <w:jc w:val="center"/>
        </w:trPr>
        <w:tc>
          <w:tcPr>
            <w:tcW w:w="3120" w:type="dxa"/>
            <w:shd w:val="clear" w:color="auto" w:fill="FFFFFF"/>
            <w:tcMar>
              <w:top w:w="60" w:type="dxa"/>
              <w:left w:w="120" w:type="dxa"/>
              <w:bottom w:w="60" w:type="dxa"/>
              <w:right w:w="120" w:type="dxa"/>
            </w:tcMar>
          </w:tcPr>
          <w:p w14:paraId="13B6A53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0EDB02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198AF12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4,61</w:t>
            </w:r>
          </w:p>
        </w:tc>
      </w:tr>
      <w:tr w:rsidR="00552283" w:rsidRPr="008E77DA" w14:paraId="42B015F4" w14:textId="77777777" w:rsidTr="00F111D1">
        <w:trPr>
          <w:jc w:val="center"/>
        </w:trPr>
        <w:tc>
          <w:tcPr>
            <w:tcW w:w="3120" w:type="dxa"/>
            <w:shd w:val="clear" w:color="auto" w:fill="F9FAFB"/>
            <w:tcMar>
              <w:top w:w="60" w:type="dxa"/>
              <w:left w:w="120" w:type="dxa"/>
              <w:bottom w:w="60" w:type="dxa"/>
              <w:right w:w="120" w:type="dxa"/>
            </w:tcMar>
          </w:tcPr>
          <w:p w14:paraId="4B700C7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249B971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0001088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4,30</w:t>
            </w:r>
          </w:p>
        </w:tc>
      </w:tr>
      <w:tr w:rsidR="00552283" w:rsidRPr="008E77DA" w14:paraId="6A535FBB" w14:textId="77777777" w:rsidTr="00F111D1">
        <w:trPr>
          <w:jc w:val="center"/>
        </w:trPr>
        <w:tc>
          <w:tcPr>
            <w:tcW w:w="3120" w:type="dxa"/>
            <w:shd w:val="clear" w:color="auto" w:fill="FFFFFF"/>
            <w:tcMar>
              <w:top w:w="60" w:type="dxa"/>
              <w:left w:w="120" w:type="dxa"/>
              <w:bottom w:w="60" w:type="dxa"/>
              <w:right w:w="120" w:type="dxa"/>
            </w:tcMar>
          </w:tcPr>
          <w:p w14:paraId="78470A5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58652F2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3CCEF32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4,48</w:t>
            </w:r>
          </w:p>
        </w:tc>
      </w:tr>
      <w:tr w:rsidR="00552283" w:rsidRPr="008E77DA" w14:paraId="20E2CE4D" w14:textId="77777777" w:rsidTr="00F111D1">
        <w:trPr>
          <w:jc w:val="center"/>
        </w:trPr>
        <w:tc>
          <w:tcPr>
            <w:tcW w:w="3120" w:type="dxa"/>
            <w:shd w:val="clear" w:color="auto" w:fill="F9FAFB"/>
            <w:tcMar>
              <w:top w:w="60" w:type="dxa"/>
              <w:left w:w="120" w:type="dxa"/>
              <w:bottom w:w="60" w:type="dxa"/>
              <w:right w:w="120" w:type="dxa"/>
            </w:tcMar>
          </w:tcPr>
          <w:p w14:paraId="1B8C821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7867A18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3AAD2EA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4,35</w:t>
            </w:r>
          </w:p>
        </w:tc>
      </w:tr>
      <w:tr w:rsidR="00552283" w:rsidRPr="008E77DA" w14:paraId="1E2892E0" w14:textId="77777777" w:rsidTr="00F111D1">
        <w:trPr>
          <w:jc w:val="center"/>
        </w:trPr>
        <w:tc>
          <w:tcPr>
            <w:tcW w:w="3120" w:type="dxa"/>
            <w:shd w:val="clear" w:color="auto" w:fill="FFFFFF"/>
            <w:tcMar>
              <w:top w:w="60" w:type="dxa"/>
              <w:left w:w="120" w:type="dxa"/>
              <w:bottom w:w="60" w:type="dxa"/>
              <w:right w:w="120" w:type="dxa"/>
            </w:tcMar>
          </w:tcPr>
          <w:p w14:paraId="3811247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04B0771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00D59E5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552283" w:rsidRPr="008E77DA" w14:paraId="0AF616A4" w14:textId="77777777" w:rsidTr="00F111D1">
        <w:trPr>
          <w:jc w:val="center"/>
        </w:trPr>
        <w:tc>
          <w:tcPr>
            <w:tcW w:w="3120" w:type="dxa"/>
            <w:shd w:val="clear" w:color="auto" w:fill="F9FAFB"/>
            <w:tcMar>
              <w:top w:w="60" w:type="dxa"/>
              <w:left w:w="120" w:type="dxa"/>
              <w:bottom w:w="60" w:type="dxa"/>
              <w:right w:w="120" w:type="dxa"/>
            </w:tcMar>
          </w:tcPr>
          <w:p w14:paraId="15976D5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6D4AC9B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6929FDA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552283" w:rsidRPr="008E77DA" w14:paraId="4DDC7A63" w14:textId="77777777" w:rsidTr="00F111D1">
        <w:trPr>
          <w:jc w:val="center"/>
        </w:trPr>
        <w:tc>
          <w:tcPr>
            <w:tcW w:w="3120" w:type="dxa"/>
            <w:shd w:val="clear" w:color="auto" w:fill="FFFFFF"/>
            <w:tcMar>
              <w:top w:w="60" w:type="dxa"/>
              <w:left w:w="120" w:type="dxa"/>
              <w:bottom w:w="60" w:type="dxa"/>
              <w:right w:w="120" w:type="dxa"/>
            </w:tcMar>
          </w:tcPr>
          <w:p w14:paraId="1DCF52E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35ACC3D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3FE1A0A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4,35</w:t>
            </w:r>
          </w:p>
        </w:tc>
      </w:tr>
      <w:tr w:rsidR="00552283" w:rsidRPr="008E77DA" w14:paraId="4594207A" w14:textId="77777777" w:rsidTr="00F111D1">
        <w:trPr>
          <w:jc w:val="center"/>
        </w:trPr>
        <w:tc>
          <w:tcPr>
            <w:tcW w:w="3120" w:type="dxa"/>
            <w:shd w:val="clear" w:color="auto" w:fill="F9FAFB"/>
            <w:tcMar>
              <w:top w:w="60" w:type="dxa"/>
              <w:left w:w="120" w:type="dxa"/>
              <w:bottom w:w="60" w:type="dxa"/>
              <w:right w:w="120" w:type="dxa"/>
            </w:tcMar>
          </w:tcPr>
          <w:p w14:paraId="1E4FF46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7C5F84A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7771032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4,35</w:t>
            </w:r>
          </w:p>
        </w:tc>
      </w:tr>
      <w:tr w:rsidR="00552283" w:rsidRPr="008E77DA" w14:paraId="00A6FB17" w14:textId="77777777" w:rsidTr="00F111D1">
        <w:trPr>
          <w:jc w:val="center"/>
        </w:trPr>
        <w:tc>
          <w:tcPr>
            <w:tcW w:w="3120" w:type="dxa"/>
            <w:shd w:val="clear" w:color="auto" w:fill="FFFFFF"/>
            <w:tcMar>
              <w:top w:w="60" w:type="dxa"/>
              <w:left w:w="120" w:type="dxa"/>
              <w:bottom w:w="60" w:type="dxa"/>
              <w:right w:w="120" w:type="dxa"/>
            </w:tcMar>
          </w:tcPr>
          <w:p w14:paraId="5EAED2A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73D3D41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207D440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4,48</w:t>
            </w:r>
          </w:p>
        </w:tc>
      </w:tr>
      <w:tr w:rsidR="00552283" w:rsidRPr="008E77DA" w14:paraId="3B837055" w14:textId="77777777" w:rsidTr="00F111D1">
        <w:trPr>
          <w:jc w:val="center"/>
        </w:trPr>
        <w:tc>
          <w:tcPr>
            <w:tcW w:w="3120" w:type="dxa"/>
            <w:shd w:val="clear" w:color="auto" w:fill="F9FAFB"/>
            <w:tcMar>
              <w:top w:w="60" w:type="dxa"/>
              <w:left w:w="120" w:type="dxa"/>
              <w:bottom w:w="60" w:type="dxa"/>
              <w:right w:w="120" w:type="dxa"/>
            </w:tcMar>
          </w:tcPr>
          <w:p w14:paraId="20FB463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62C1BA4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3D13CBE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4,30</w:t>
            </w:r>
          </w:p>
        </w:tc>
      </w:tr>
      <w:tr w:rsidR="00552283" w:rsidRPr="008E77DA" w14:paraId="5E4BD853" w14:textId="77777777" w:rsidTr="00F111D1">
        <w:trPr>
          <w:jc w:val="center"/>
        </w:trPr>
        <w:tc>
          <w:tcPr>
            <w:tcW w:w="3120" w:type="dxa"/>
            <w:shd w:val="clear" w:color="auto" w:fill="FFFFFF"/>
            <w:tcMar>
              <w:top w:w="60" w:type="dxa"/>
              <w:left w:w="120" w:type="dxa"/>
              <w:bottom w:w="60" w:type="dxa"/>
              <w:right w:w="120" w:type="dxa"/>
            </w:tcMar>
          </w:tcPr>
          <w:p w14:paraId="3C7944E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1355D59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5EF0FDF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4,22</w:t>
            </w:r>
          </w:p>
        </w:tc>
      </w:tr>
    </w:tbl>
    <w:p w14:paraId="1EB6E210" w14:textId="77777777" w:rsidR="00552283" w:rsidRPr="008E77DA" w:rsidRDefault="00552283" w:rsidP="008E77DA">
      <w:pPr>
        <w:spacing w:after="0" w:line="240" w:lineRule="auto"/>
        <w:rPr>
          <w:rFonts w:ascii="Times New Roman" w:hAnsi="Times New Roman" w:cs="Times New Roman"/>
        </w:rPr>
      </w:pPr>
    </w:p>
    <w:p w14:paraId="690B479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669FF11C" w14:textId="77777777" w:rsidTr="00F111D1">
        <w:trPr>
          <w:jc w:val="center"/>
        </w:trPr>
        <w:tc>
          <w:tcPr>
            <w:tcW w:w="3120" w:type="dxa"/>
            <w:shd w:val="clear" w:color="auto" w:fill="1F4E79"/>
            <w:tcMar>
              <w:top w:w="80" w:type="dxa"/>
              <w:left w:w="120" w:type="dxa"/>
              <w:bottom w:w="80" w:type="dxa"/>
              <w:right w:w="120" w:type="dxa"/>
            </w:tcMar>
          </w:tcPr>
          <w:p w14:paraId="70C66C8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lastRenderedPageBreak/>
              <w:t>#</w:t>
            </w:r>
          </w:p>
        </w:tc>
        <w:tc>
          <w:tcPr>
            <w:tcW w:w="3120" w:type="dxa"/>
            <w:shd w:val="clear" w:color="auto" w:fill="1F4E79"/>
            <w:tcMar>
              <w:top w:w="80" w:type="dxa"/>
              <w:left w:w="120" w:type="dxa"/>
              <w:bottom w:w="80" w:type="dxa"/>
              <w:right w:w="120" w:type="dxa"/>
            </w:tcMar>
          </w:tcPr>
          <w:p w14:paraId="073D8C5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F3DF2F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066DB941" w14:textId="77777777" w:rsidTr="00F111D1">
        <w:trPr>
          <w:jc w:val="center"/>
        </w:trPr>
        <w:tc>
          <w:tcPr>
            <w:tcW w:w="3120" w:type="dxa"/>
            <w:shd w:val="clear" w:color="auto" w:fill="F9FAFB"/>
            <w:tcMar>
              <w:top w:w="60" w:type="dxa"/>
              <w:left w:w="120" w:type="dxa"/>
              <w:bottom w:w="60" w:type="dxa"/>
              <w:right w:w="120" w:type="dxa"/>
            </w:tcMar>
          </w:tcPr>
          <w:p w14:paraId="20F19C2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7000945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614746A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4,17</w:t>
            </w:r>
          </w:p>
        </w:tc>
      </w:tr>
      <w:tr w:rsidR="00552283" w:rsidRPr="008E77DA" w14:paraId="6FACDDCA" w14:textId="77777777" w:rsidTr="00F111D1">
        <w:trPr>
          <w:jc w:val="center"/>
        </w:trPr>
        <w:tc>
          <w:tcPr>
            <w:tcW w:w="3120" w:type="dxa"/>
            <w:shd w:val="clear" w:color="auto" w:fill="FFFFFF"/>
            <w:tcMar>
              <w:top w:w="60" w:type="dxa"/>
              <w:left w:w="120" w:type="dxa"/>
              <w:bottom w:w="60" w:type="dxa"/>
              <w:right w:w="120" w:type="dxa"/>
            </w:tcMar>
          </w:tcPr>
          <w:p w14:paraId="3A68A48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B7C34B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4700403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4,30</w:t>
            </w:r>
          </w:p>
        </w:tc>
      </w:tr>
      <w:tr w:rsidR="00552283" w:rsidRPr="008E77DA" w14:paraId="5E8A8AB0" w14:textId="77777777" w:rsidTr="00F111D1">
        <w:trPr>
          <w:jc w:val="center"/>
        </w:trPr>
        <w:tc>
          <w:tcPr>
            <w:tcW w:w="3120" w:type="dxa"/>
            <w:shd w:val="clear" w:color="auto" w:fill="F9FAFB"/>
            <w:tcMar>
              <w:top w:w="60" w:type="dxa"/>
              <w:left w:w="120" w:type="dxa"/>
              <w:bottom w:w="60" w:type="dxa"/>
              <w:right w:w="120" w:type="dxa"/>
            </w:tcMar>
          </w:tcPr>
          <w:p w14:paraId="55C57DB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4751F6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6C42ECF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4,35</w:t>
            </w:r>
          </w:p>
        </w:tc>
      </w:tr>
      <w:tr w:rsidR="00552283" w:rsidRPr="008E77DA" w14:paraId="2BD3FE87" w14:textId="77777777" w:rsidTr="00F111D1">
        <w:trPr>
          <w:jc w:val="center"/>
        </w:trPr>
        <w:tc>
          <w:tcPr>
            <w:tcW w:w="3120" w:type="dxa"/>
            <w:shd w:val="clear" w:color="auto" w:fill="FFFFFF"/>
            <w:tcMar>
              <w:top w:w="60" w:type="dxa"/>
              <w:left w:w="120" w:type="dxa"/>
              <w:bottom w:w="60" w:type="dxa"/>
              <w:right w:w="120" w:type="dxa"/>
            </w:tcMar>
          </w:tcPr>
          <w:p w14:paraId="03F7679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54EDE8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7DBBE1D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3,96</w:t>
            </w:r>
          </w:p>
        </w:tc>
      </w:tr>
      <w:tr w:rsidR="00552283" w:rsidRPr="008E77DA" w14:paraId="1F5837BB" w14:textId="77777777" w:rsidTr="00F111D1">
        <w:trPr>
          <w:jc w:val="center"/>
        </w:trPr>
        <w:tc>
          <w:tcPr>
            <w:tcW w:w="3120" w:type="dxa"/>
            <w:shd w:val="clear" w:color="auto" w:fill="F9FAFB"/>
            <w:tcMar>
              <w:top w:w="60" w:type="dxa"/>
              <w:left w:w="120" w:type="dxa"/>
              <w:bottom w:w="60" w:type="dxa"/>
              <w:right w:w="120" w:type="dxa"/>
            </w:tcMar>
          </w:tcPr>
          <w:p w14:paraId="7ED8399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48271B3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1F4B1B0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3,26</w:t>
            </w:r>
          </w:p>
        </w:tc>
      </w:tr>
    </w:tbl>
    <w:p w14:paraId="165EBB28" w14:textId="77777777" w:rsidR="00552283" w:rsidRPr="008E77DA" w:rsidRDefault="00552283" w:rsidP="008E77DA">
      <w:pPr>
        <w:spacing w:after="0" w:line="240" w:lineRule="auto"/>
        <w:rPr>
          <w:rFonts w:ascii="Times New Roman" w:hAnsi="Times New Roman" w:cs="Times New Roman"/>
        </w:rPr>
      </w:pPr>
    </w:p>
    <w:p w14:paraId="4B3EA62D" w14:textId="77777777" w:rsidR="00552283" w:rsidRPr="008E77DA" w:rsidRDefault="00552283" w:rsidP="008E77DA">
      <w:pPr>
        <w:spacing w:after="0" w:line="240" w:lineRule="auto"/>
        <w:rPr>
          <w:rFonts w:ascii="Times New Roman" w:hAnsi="Times New Roman" w:cs="Times New Roman"/>
        </w:rPr>
      </w:pPr>
    </w:p>
    <w:p w14:paraId="3D79F27A" w14:textId="232D1B2B"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19. Ders: BES 318 - Beslenme Eğitimi ve Danışmanlığı</w:t>
      </w:r>
    </w:p>
    <w:p w14:paraId="0A57FBE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52642C19" w14:textId="77777777" w:rsidTr="00F111D1">
        <w:trPr>
          <w:jc w:val="center"/>
        </w:trPr>
        <w:tc>
          <w:tcPr>
            <w:tcW w:w="3120" w:type="dxa"/>
            <w:shd w:val="clear" w:color="auto" w:fill="1F4E79"/>
            <w:tcMar>
              <w:top w:w="80" w:type="dxa"/>
              <w:left w:w="120" w:type="dxa"/>
              <w:bottom w:w="80" w:type="dxa"/>
              <w:right w:w="120" w:type="dxa"/>
            </w:tcMar>
          </w:tcPr>
          <w:p w14:paraId="6C678EA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BD79BC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980846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4AC7D87C" w14:textId="77777777" w:rsidTr="00F111D1">
        <w:trPr>
          <w:jc w:val="center"/>
        </w:trPr>
        <w:tc>
          <w:tcPr>
            <w:tcW w:w="3120" w:type="dxa"/>
            <w:shd w:val="clear" w:color="auto" w:fill="F9FAFB"/>
            <w:tcMar>
              <w:top w:w="60" w:type="dxa"/>
              <w:left w:w="120" w:type="dxa"/>
              <w:bottom w:w="60" w:type="dxa"/>
              <w:right w:w="120" w:type="dxa"/>
            </w:tcMar>
          </w:tcPr>
          <w:p w14:paraId="67FC9C6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109667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40AD133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3,41</w:t>
            </w:r>
          </w:p>
        </w:tc>
      </w:tr>
      <w:tr w:rsidR="00552283" w:rsidRPr="008E77DA" w14:paraId="67C284D1" w14:textId="77777777" w:rsidTr="00F111D1">
        <w:trPr>
          <w:jc w:val="center"/>
        </w:trPr>
        <w:tc>
          <w:tcPr>
            <w:tcW w:w="3120" w:type="dxa"/>
            <w:shd w:val="clear" w:color="auto" w:fill="FFFFFF"/>
            <w:tcMar>
              <w:top w:w="60" w:type="dxa"/>
              <w:left w:w="120" w:type="dxa"/>
              <w:bottom w:w="60" w:type="dxa"/>
              <w:right w:w="120" w:type="dxa"/>
            </w:tcMar>
          </w:tcPr>
          <w:p w14:paraId="6FC8F84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0BE9462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0F3462E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3,41</w:t>
            </w:r>
          </w:p>
        </w:tc>
      </w:tr>
      <w:tr w:rsidR="00552283" w:rsidRPr="008E77DA" w14:paraId="682C66FF" w14:textId="77777777" w:rsidTr="00F111D1">
        <w:trPr>
          <w:jc w:val="center"/>
        </w:trPr>
        <w:tc>
          <w:tcPr>
            <w:tcW w:w="3120" w:type="dxa"/>
            <w:shd w:val="clear" w:color="auto" w:fill="F9FAFB"/>
            <w:tcMar>
              <w:top w:w="60" w:type="dxa"/>
              <w:left w:w="120" w:type="dxa"/>
              <w:bottom w:w="60" w:type="dxa"/>
              <w:right w:w="120" w:type="dxa"/>
            </w:tcMar>
          </w:tcPr>
          <w:p w14:paraId="2C6E246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877ABD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4208D6F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3,09</w:t>
            </w:r>
          </w:p>
        </w:tc>
      </w:tr>
      <w:tr w:rsidR="00552283" w:rsidRPr="008E77DA" w14:paraId="6E9225B7" w14:textId="77777777" w:rsidTr="00F111D1">
        <w:trPr>
          <w:jc w:val="center"/>
        </w:trPr>
        <w:tc>
          <w:tcPr>
            <w:tcW w:w="3120" w:type="dxa"/>
            <w:shd w:val="clear" w:color="auto" w:fill="FFFFFF"/>
            <w:tcMar>
              <w:top w:w="60" w:type="dxa"/>
              <w:left w:w="120" w:type="dxa"/>
              <w:bottom w:w="60" w:type="dxa"/>
              <w:right w:w="120" w:type="dxa"/>
            </w:tcMar>
          </w:tcPr>
          <w:p w14:paraId="0A78429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29F81A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7C3DEBF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3,64</w:t>
            </w:r>
          </w:p>
        </w:tc>
      </w:tr>
    </w:tbl>
    <w:p w14:paraId="77BDC64D" w14:textId="77777777" w:rsidR="00552283" w:rsidRPr="008E77DA" w:rsidRDefault="00552283" w:rsidP="008E77DA">
      <w:pPr>
        <w:spacing w:after="0" w:line="240" w:lineRule="auto"/>
        <w:rPr>
          <w:rFonts w:ascii="Times New Roman" w:hAnsi="Times New Roman" w:cs="Times New Roman"/>
        </w:rPr>
      </w:pPr>
    </w:p>
    <w:p w14:paraId="466D7CAC"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1973F2B0" w14:textId="77777777" w:rsidTr="00F111D1">
        <w:trPr>
          <w:jc w:val="center"/>
        </w:trPr>
        <w:tc>
          <w:tcPr>
            <w:tcW w:w="4680" w:type="dxa"/>
            <w:shd w:val="clear" w:color="auto" w:fill="1F4E79"/>
            <w:tcMar>
              <w:top w:w="80" w:type="dxa"/>
              <w:left w:w="120" w:type="dxa"/>
              <w:bottom w:w="80" w:type="dxa"/>
              <w:right w:w="120" w:type="dxa"/>
            </w:tcMar>
          </w:tcPr>
          <w:p w14:paraId="7154A05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5697D28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71654138" w14:textId="77777777" w:rsidTr="00F111D1">
        <w:trPr>
          <w:jc w:val="center"/>
        </w:trPr>
        <w:tc>
          <w:tcPr>
            <w:tcW w:w="4680" w:type="dxa"/>
            <w:shd w:val="clear" w:color="auto" w:fill="F9FAFB"/>
            <w:tcMar>
              <w:top w:w="60" w:type="dxa"/>
              <w:left w:w="120" w:type="dxa"/>
              <w:bottom w:w="60" w:type="dxa"/>
              <w:right w:w="120" w:type="dxa"/>
            </w:tcMar>
          </w:tcPr>
          <w:p w14:paraId="1032108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6BB09C3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2,73 saat</w:t>
            </w:r>
          </w:p>
        </w:tc>
      </w:tr>
      <w:tr w:rsidR="00552283" w:rsidRPr="008E77DA" w14:paraId="57A8ED26" w14:textId="77777777" w:rsidTr="00F111D1">
        <w:trPr>
          <w:jc w:val="center"/>
        </w:trPr>
        <w:tc>
          <w:tcPr>
            <w:tcW w:w="4680" w:type="dxa"/>
            <w:shd w:val="clear" w:color="auto" w:fill="FFFFFF"/>
            <w:tcMar>
              <w:top w:w="60" w:type="dxa"/>
              <w:left w:w="120" w:type="dxa"/>
              <w:bottom w:w="60" w:type="dxa"/>
              <w:right w:w="120" w:type="dxa"/>
            </w:tcMar>
          </w:tcPr>
          <w:p w14:paraId="5483E26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62905F6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5,36 saat</w:t>
            </w:r>
          </w:p>
        </w:tc>
      </w:tr>
      <w:tr w:rsidR="00552283" w:rsidRPr="008E77DA" w14:paraId="065051E8" w14:textId="77777777" w:rsidTr="00F111D1">
        <w:trPr>
          <w:jc w:val="center"/>
        </w:trPr>
        <w:tc>
          <w:tcPr>
            <w:tcW w:w="4680" w:type="dxa"/>
            <w:shd w:val="clear" w:color="auto" w:fill="F9FAFB"/>
            <w:tcMar>
              <w:top w:w="60" w:type="dxa"/>
              <w:left w:w="120" w:type="dxa"/>
              <w:bottom w:w="60" w:type="dxa"/>
              <w:right w:w="120" w:type="dxa"/>
            </w:tcMar>
          </w:tcPr>
          <w:p w14:paraId="069EB8E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12273CB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5,82 saat</w:t>
            </w:r>
          </w:p>
        </w:tc>
      </w:tr>
      <w:tr w:rsidR="00552283" w:rsidRPr="008E77DA" w14:paraId="28241E80" w14:textId="77777777" w:rsidTr="00F111D1">
        <w:trPr>
          <w:jc w:val="center"/>
        </w:trPr>
        <w:tc>
          <w:tcPr>
            <w:tcW w:w="4680" w:type="dxa"/>
            <w:shd w:val="clear" w:color="auto" w:fill="FFFFFF"/>
            <w:tcMar>
              <w:top w:w="60" w:type="dxa"/>
              <w:left w:w="120" w:type="dxa"/>
              <w:bottom w:w="60" w:type="dxa"/>
              <w:right w:w="120" w:type="dxa"/>
            </w:tcMar>
          </w:tcPr>
          <w:p w14:paraId="5262F19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38DA420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0,68 saat</w:t>
            </w:r>
          </w:p>
        </w:tc>
      </w:tr>
      <w:tr w:rsidR="00552283" w:rsidRPr="008E77DA" w14:paraId="5D12E59B" w14:textId="77777777" w:rsidTr="00F111D1">
        <w:trPr>
          <w:jc w:val="center"/>
        </w:trPr>
        <w:tc>
          <w:tcPr>
            <w:tcW w:w="4680" w:type="dxa"/>
            <w:shd w:val="clear" w:color="auto" w:fill="F9FAFB"/>
            <w:tcMar>
              <w:top w:w="60" w:type="dxa"/>
              <w:left w:w="120" w:type="dxa"/>
              <w:bottom w:w="60" w:type="dxa"/>
              <w:right w:w="120" w:type="dxa"/>
            </w:tcMar>
          </w:tcPr>
          <w:p w14:paraId="0CB2D61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43CAFB2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6,18 saat</w:t>
            </w:r>
          </w:p>
        </w:tc>
      </w:tr>
      <w:tr w:rsidR="00552283" w:rsidRPr="008E77DA" w14:paraId="7ABFD1DC" w14:textId="77777777" w:rsidTr="00F111D1">
        <w:trPr>
          <w:jc w:val="center"/>
        </w:trPr>
        <w:tc>
          <w:tcPr>
            <w:tcW w:w="4680" w:type="dxa"/>
            <w:shd w:val="clear" w:color="auto" w:fill="FFFFFF"/>
            <w:tcMar>
              <w:top w:w="60" w:type="dxa"/>
              <w:left w:w="120" w:type="dxa"/>
              <w:bottom w:w="60" w:type="dxa"/>
              <w:right w:w="120" w:type="dxa"/>
            </w:tcMar>
          </w:tcPr>
          <w:p w14:paraId="38FF599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371D512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4,32 saat</w:t>
            </w:r>
          </w:p>
        </w:tc>
      </w:tr>
      <w:tr w:rsidR="00552283" w:rsidRPr="008E77DA" w14:paraId="735B1A83" w14:textId="77777777" w:rsidTr="00F111D1">
        <w:trPr>
          <w:jc w:val="center"/>
        </w:trPr>
        <w:tc>
          <w:tcPr>
            <w:tcW w:w="4680" w:type="dxa"/>
            <w:shd w:val="clear" w:color="auto" w:fill="F9FAFB"/>
            <w:tcMar>
              <w:top w:w="60" w:type="dxa"/>
              <w:left w:w="120" w:type="dxa"/>
              <w:bottom w:w="60" w:type="dxa"/>
              <w:right w:w="120" w:type="dxa"/>
            </w:tcMar>
          </w:tcPr>
          <w:p w14:paraId="2BE2CCB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36D3B88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0,18 saat</w:t>
            </w:r>
          </w:p>
        </w:tc>
      </w:tr>
      <w:tr w:rsidR="00552283" w:rsidRPr="008E77DA" w14:paraId="4ED8175E" w14:textId="77777777" w:rsidTr="00F111D1">
        <w:trPr>
          <w:jc w:val="center"/>
        </w:trPr>
        <w:tc>
          <w:tcPr>
            <w:tcW w:w="4680" w:type="dxa"/>
            <w:shd w:val="clear" w:color="auto" w:fill="FFFFFF"/>
            <w:tcMar>
              <w:top w:w="60" w:type="dxa"/>
              <w:left w:w="120" w:type="dxa"/>
              <w:bottom w:w="60" w:type="dxa"/>
              <w:right w:w="120" w:type="dxa"/>
            </w:tcMar>
          </w:tcPr>
          <w:p w14:paraId="0914FD0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053B4BD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6,95 saat</w:t>
            </w:r>
          </w:p>
        </w:tc>
      </w:tr>
    </w:tbl>
    <w:p w14:paraId="530562D0" w14:textId="77777777" w:rsidR="00552283" w:rsidRPr="008E77DA" w:rsidRDefault="00552283" w:rsidP="008E77DA">
      <w:pPr>
        <w:spacing w:after="0" w:line="240" w:lineRule="auto"/>
        <w:rPr>
          <w:rFonts w:ascii="Times New Roman" w:hAnsi="Times New Roman" w:cs="Times New Roman"/>
        </w:rPr>
      </w:pPr>
    </w:p>
    <w:p w14:paraId="10ACB47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lastRenderedPageBreak/>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4051497A" w14:textId="77777777" w:rsidTr="00F111D1">
        <w:trPr>
          <w:jc w:val="center"/>
        </w:trPr>
        <w:tc>
          <w:tcPr>
            <w:tcW w:w="3120" w:type="dxa"/>
            <w:shd w:val="clear" w:color="auto" w:fill="1F4E79"/>
            <w:tcMar>
              <w:top w:w="80" w:type="dxa"/>
              <w:left w:w="120" w:type="dxa"/>
              <w:bottom w:w="80" w:type="dxa"/>
              <w:right w:w="120" w:type="dxa"/>
            </w:tcMar>
          </w:tcPr>
          <w:p w14:paraId="4C93BFC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B2FFB0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ABDD99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32E12965" w14:textId="77777777" w:rsidTr="00F111D1">
        <w:trPr>
          <w:jc w:val="center"/>
        </w:trPr>
        <w:tc>
          <w:tcPr>
            <w:tcW w:w="3120" w:type="dxa"/>
            <w:shd w:val="clear" w:color="auto" w:fill="F9FAFB"/>
            <w:tcMar>
              <w:top w:w="60" w:type="dxa"/>
              <w:left w:w="120" w:type="dxa"/>
              <w:bottom w:w="60" w:type="dxa"/>
              <w:right w:w="120" w:type="dxa"/>
            </w:tcMar>
          </w:tcPr>
          <w:p w14:paraId="097C9C1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0C7C34B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13FED94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3,59</w:t>
            </w:r>
          </w:p>
        </w:tc>
      </w:tr>
      <w:tr w:rsidR="00552283" w:rsidRPr="008E77DA" w14:paraId="592FA927" w14:textId="77777777" w:rsidTr="00F111D1">
        <w:trPr>
          <w:jc w:val="center"/>
        </w:trPr>
        <w:tc>
          <w:tcPr>
            <w:tcW w:w="3120" w:type="dxa"/>
            <w:shd w:val="clear" w:color="auto" w:fill="FFFFFF"/>
            <w:tcMar>
              <w:top w:w="60" w:type="dxa"/>
              <w:left w:w="120" w:type="dxa"/>
              <w:bottom w:w="60" w:type="dxa"/>
              <w:right w:w="120" w:type="dxa"/>
            </w:tcMar>
          </w:tcPr>
          <w:p w14:paraId="02FDC39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C4423C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3D1E946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4,27</w:t>
            </w:r>
          </w:p>
        </w:tc>
      </w:tr>
      <w:tr w:rsidR="00552283" w:rsidRPr="008E77DA" w14:paraId="27C0BA9B" w14:textId="77777777" w:rsidTr="00F111D1">
        <w:trPr>
          <w:jc w:val="center"/>
        </w:trPr>
        <w:tc>
          <w:tcPr>
            <w:tcW w:w="3120" w:type="dxa"/>
            <w:shd w:val="clear" w:color="auto" w:fill="F9FAFB"/>
            <w:tcMar>
              <w:top w:w="60" w:type="dxa"/>
              <w:left w:w="120" w:type="dxa"/>
              <w:bottom w:w="60" w:type="dxa"/>
              <w:right w:w="120" w:type="dxa"/>
            </w:tcMar>
          </w:tcPr>
          <w:p w14:paraId="14791B6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51E11C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6D9C7EF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4,27</w:t>
            </w:r>
          </w:p>
        </w:tc>
      </w:tr>
      <w:tr w:rsidR="00552283" w:rsidRPr="008E77DA" w14:paraId="08E1D93D" w14:textId="77777777" w:rsidTr="00F111D1">
        <w:trPr>
          <w:jc w:val="center"/>
        </w:trPr>
        <w:tc>
          <w:tcPr>
            <w:tcW w:w="3120" w:type="dxa"/>
            <w:shd w:val="clear" w:color="auto" w:fill="FFFFFF"/>
            <w:tcMar>
              <w:top w:w="60" w:type="dxa"/>
              <w:left w:w="120" w:type="dxa"/>
              <w:bottom w:w="60" w:type="dxa"/>
              <w:right w:w="120" w:type="dxa"/>
            </w:tcMar>
          </w:tcPr>
          <w:p w14:paraId="27C3882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134C053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66709A7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3,68</w:t>
            </w:r>
          </w:p>
        </w:tc>
      </w:tr>
      <w:tr w:rsidR="00552283" w:rsidRPr="008E77DA" w14:paraId="5DC45748" w14:textId="77777777" w:rsidTr="00F111D1">
        <w:trPr>
          <w:jc w:val="center"/>
        </w:trPr>
        <w:tc>
          <w:tcPr>
            <w:tcW w:w="3120" w:type="dxa"/>
            <w:shd w:val="clear" w:color="auto" w:fill="F9FAFB"/>
            <w:tcMar>
              <w:top w:w="60" w:type="dxa"/>
              <w:left w:w="120" w:type="dxa"/>
              <w:bottom w:w="60" w:type="dxa"/>
              <w:right w:w="120" w:type="dxa"/>
            </w:tcMar>
          </w:tcPr>
          <w:p w14:paraId="5B57BA1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4F8C239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4E3EE42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3,68</w:t>
            </w:r>
          </w:p>
        </w:tc>
      </w:tr>
      <w:tr w:rsidR="00552283" w:rsidRPr="008E77DA" w14:paraId="19ED3A03" w14:textId="77777777" w:rsidTr="00F111D1">
        <w:trPr>
          <w:jc w:val="center"/>
        </w:trPr>
        <w:tc>
          <w:tcPr>
            <w:tcW w:w="3120" w:type="dxa"/>
            <w:shd w:val="clear" w:color="auto" w:fill="FFFFFF"/>
            <w:tcMar>
              <w:top w:w="60" w:type="dxa"/>
              <w:left w:w="120" w:type="dxa"/>
              <w:bottom w:w="60" w:type="dxa"/>
              <w:right w:w="120" w:type="dxa"/>
            </w:tcMar>
          </w:tcPr>
          <w:p w14:paraId="5055433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71FF871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72ED6FF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3,77</w:t>
            </w:r>
          </w:p>
        </w:tc>
      </w:tr>
      <w:tr w:rsidR="00552283" w:rsidRPr="008E77DA" w14:paraId="0B3A0498" w14:textId="77777777" w:rsidTr="00F111D1">
        <w:trPr>
          <w:jc w:val="center"/>
        </w:trPr>
        <w:tc>
          <w:tcPr>
            <w:tcW w:w="3120" w:type="dxa"/>
            <w:shd w:val="clear" w:color="auto" w:fill="F9FAFB"/>
            <w:tcMar>
              <w:top w:w="60" w:type="dxa"/>
              <w:left w:w="120" w:type="dxa"/>
              <w:bottom w:w="60" w:type="dxa"/>
              <w:right w:w="120" w:type="dxa"/>
            </w:tcMar>
          </w:tcPr>
          <w:p w14:paraId="3CD7527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2B84779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13ED21E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3,64</w:t>
            </w:r>
          </w:p>
        </w:tc>
      </w:tr>
      <w:tr w:rsidR="00552283" w:rsidRPr="008E77DA" w14:paraId="36BC47B2" w14:textId="77777777" w:rsidTr="00F111D1">
        <w:trPr>
          <w:jc w:val="center"/>
        </w:trPr>
        <w:tc>
          <w:tcPr>
            <w:tcW w:w="3120" w:type="dxa"/>
            <w:shd w:val="clear" w:color="auto" w:fill="FFFFFF"/>
            <w:tcMar>
              <w:top w:w="60" w:type="dxa"/>
              <w:left w:w="120" w:type="dxa"/>
              <w:bottom w:w="60" w:type="dxa"/>
              <w:right w:w="120" w:type="dxa"/>
            </w:tcMar>
          </w:tcPr>
          <w:p w14:paraId="4BCEE9C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5BEA3CD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442E13D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3,68</w:t>
            </w:r>
          </w:p>
        </w:tc>
      </w:tr>
      <w:tr w:rsidR="00552283" w:rsidRPr="008E77DA" w14:paraId="6E881B14" w14:textId="77777777" w:rsidTr="00F111D1">
        <w:trPr>
          <w:jc w:val="center"/>
        </w:trPr>
        <w:tc>
          <w:tcPr>
            <w:tcW w:w="3120" w:type="dxa"/>
            <w:shd w:val="clear" w:color="auto" w:fill="F9FAFB"/>
            <w:tcMar>
              <w:top w:w="60" w:type="dxa"/>
              <w:left w:w="120" w:type="dxa"/>
              <w:bottom w:w="60" w:type="dxa"/>
              <w:right w:w="120" w:type="dxa"/>
            </w:tcMar>
          </w:tcPr>
          <w:p w14:paraId="701745A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47D867F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54196D6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552283" w:rsidRPr="008E77DA" w14:paraId="421D3BE6" w14:textId="77777777" w:rsidTr="00F111D1">
        <w:trPr>
          <w:jc w:val="center"/>
        </w:trPr>
        <w:tc>
          <w:tcPr>
            <w:tcW w:w="3120" w:type="dxa"/>
            <w:shd w:val="clear" w:color="auto" w:fill="FFFFFF"/>
            <w:tcMar>
              <w:top w:w="60" w:type="dxa"/>
              <w:left w:w="120" w:type="dxa"/>
              <w:bottom w:w="60" w:type="dxa"/>
              <w:right w:w="120" w:type="dxa"/>
            </w:tcMar>
          </w:tcPr>
          <w:p w14:paraId="7683D3B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3A5DDA4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3D8C156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3,45</w:t>
            </w:r>
          </w:p>
        </w:tc>
      </w:tr>
      <w:tr w:rsidR="00552283" w:rsidRPr="008E77DA" w14:paraId="7D4130AA" w14:textId="77777777" w:rsidTr="00F111D1">
        <w:trPr>
          <w:jc w:val="center"/>
        </w:trPr>
        <w:tc>
          <w:tcPr>
            <w:tcW w:w="3120" w:type="dxa"/>
            <w:shd w:val="clear" w:color="auto" w:fill="F9FAFB"/>
            <w:tcMar>
              <w:top w:w="60" w:type="dxa"/>
              <w:left w:w="120" w:type="dxa"/>
              <w:bottom w:w="60" w:type="dxa"/>
              <w:right w:w="120" w:type="dxa"/>
            </w:tcMar>
          </w:tcPr>
          <w:p w14:paraId="768FC49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0475AD2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317F573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552283" w:rsidRPr="008E77DA" w14:paraId="3A1AE417" w14:textId="77777777" w:rsidTr="00F111D1">
        <w:trPr>
          <w:jc w:val="center"/>
        </w:trPr>
        <w:tc>
          <w:tcPr>
            <w:tcW w:w="3120" w:type="dxa"/>
            <w:shd w:val="clear" w:color="auto" w:fill="FFFFFF"/>
            <w:tcMar>
              <w:top w:w="60" w:type="dxa"/>
              <w:left w:w="120" w:type="dxa"/>
              <w:bottom w:w="60" w:type="dxa"/>
              <w:right w:w="120" w:type="dxa"/>
            </w:tcMar>
          </w:tcPr>
          <w:p w14:paraId="48F4F49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785881B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7676795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3,73</w:t>
            </w:r>
          </w:p>
        </w:tc>
      </w:tr>
      <w:tr w:rsidR="00552283" w:rsidRPr="008E77DA" w14:paraId="6C4D4419" w14:textId="77777777" w:rsidTr="00F111D1">
        <w:trPr>
          <w:jc w:val="center"/>
        </w:trPr>
        <w:tc>
          <w:tcPr>
            <w:tcW w:w="3120" w:type="dxa"/>
            <w:shd w:val="clear" w:color="auto" w:fill="F9FAFB"/>
            <w:tcMar>
              <w:top w:w="60" w:type="dxa"/>
              <w:left w:w="120" w:type="dxa"/>
              <w:bottom w:w="60" w:type="dxa"/>
              <w:right w:w="120" w:type="dxa"/>
            </w:tcMar>
          </w:tcPr>
          <w:p w14:paraId="34AD113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6E7A09B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5AD303F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3,36</w:t>
            </w:r>
          </w:p>
        </w:tc>
      </w:tr>
      <w:tr w:rsidR="00552283" w:rsidRPr="008E77DA" w14:paraId="1677DE21" w14:textId="77777777" w:rsidTr="00F111D1">
        <w:trPr>
          <w:jc w:val="center"/>
        </w:trPr>
        <w:tc>
          <w:tcPr>
            <w:tcW w:w="3120" w:type="dxa"/>
            <w:shd w:val="clear" w:color="auto" w:fill="FFFFFF"/>
            <w:tcMar>
              <w:top w:w="60" w:type="dxa"/>
              <w:left w:w="120" w:type="dxa"/>
              <w:bottom w:w="60" w:type="dxa"/>
              <w:right w:w="120" w:type="dxa"/>
            </w:tcMar>
          </w:tcPr>
          <w:p w14:paraId="6B3A539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37A59FE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67F3FE8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3,27</w:t>
            </w:r>
          </w:p>
        </w:tc>
      </w:tr>
    </w:tbl>
    <w:p w14:paraId="0F91591B" w14:textId="77777777" w:rsidR="00552283" w:rsidRPr="008E77DA" w:rsidRDefault="00552283" w:rsidP="008E77DA">
      <w:pPr>
        <w:spacing w:after="0" w:line="240" w:lineRule="auto"/>
        <w:rPr>
          <w:rFonts w:ascii="Times New Roman" w:hAnsi="Times New Roman" w:cs="Times New Roman"/>
        </w:rPr>
      </w:pPr>
    </w:p>
    <w:p w14:paraId="56140E5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74DFC724" w14:textId="77777777" w:rsidTr="00F111D1">
        <w:trPr>
          <w:jc w:val="center"/>
        </w:trPr>
        <w:tc>
          <w:tcPr>
            <w:tcW w:w="3120" w:type="dxa"/>
            <w:shd w:val="clear" w:color="auto" w:fill="1F4E79"/>
            <w:tcMar>
              <w:top w:w="80" w:type="dxa"/>
              <w:left w:w="120" w:type="dxa"/>
              <w:bottom w:w="80" w:type="dxa"/>
              <w:right w:w="120" w:type="dxa"/>
            </w:tcMar>
          </w:tcPr>
          <w:p w14:paraId="5A77F06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64EB1D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408E90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4FC59E32" w14:textId="77777777" w:rsidTr="00F111D1">
        <w:trPr>
          <w:jc w:val="center"/>
        </w:trPr>
        <w:tc>
          <w:tcPr>
            <w:tcW w:w="3120" w:type="dxa"/>
            <w:shd w:val="clear" w:color="auto" w:fill="F9FAFB"/>
            <w:tcMar>
              <w:top w:w="60" w:type="dxa"/>
              <w:left w:w="120" w:type="dxa"/>
              <w:bottom w:w="60" w:type="dxa"/>
              <w:right w:w="120" w:type="dxa"/>
            </w:tcMar>
          </w:tcPr>
          <w:p w14:paraId="47E7B2F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1ECA074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4784E15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3,91</w:t>
            </w:r>
          </w:p>
        </w:tc>
      </w:tr>
      <w:tr w:rsidR="00552283" w:rsidRPr="008E77DA" w14:paraId="74A3CC91" w14:textId="77777777" w:rsidTr="00F111D1">
        <w:trPr>
          <w:jc w:val="center"/>
        </w:trPr>
        <w:tc>
          <w:tcPr>
            <w:tcW w:w="3120" w:type="dxa"/>
            <w:shd w:val="clear" w:color="auto" w:fill="FFFFFF"/>
            <w:tcMar>
              <w:top w:w="60" w:type="dxa"/>
              <w:left w:w="120" w:type="dxa"/>
              <w:bottom w:w="60" w:type="dxa"/>
              <w:right w:w="120" w:type="dxa"/>
            </w:tcMar>
          </w:tcPr>
          <w:p w14:paraId="6B52CAF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624147A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7D6707D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50B93B63" w14:textId="77777777" w:rsidTr="00F111D1">
        <w:trPr>
          <w:jc w:val="center"/>
        </w:trPr>
        <w:tc>
          <w:tcPr>
            <w:tcW w:w="3120" w:type="dxa"/>
            <w:shd w:val="clear" w:color="auto" w:fill="F9FAFB"/>
            <w:tcMar>
              <w:top w:w="60" w:type="dxa"/>
              <w:left w:w="120" w:type="dxa"/>
              <w:bottom w:w="60" w:type="dxa"/>
              <w:right w:w="120" w:type="dxa"/>
            </w:tcMar>
          </w:tcPr>
          <w:p w14:paraId="4AEBC96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5299DEC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7403CC1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4,09</w:t>
            </w:r>
          </w:p>
        </w:tc>
      </w:tr>
      <w:tr w:rsidR="00552283" w:rsidRPr="008E77DA" w14:paraId="7773B70F" w14:textId="77777777" w:rsidTr="00F111D1">
        <w:trPr>
          <w:jc w:val="center"/>
        </w:trPr>
        <w:tc>
          <w:tcPr>
            <w:tcW w:w="3120" w:type="dxa"/>
            <w:shd w:val="clear" w:color="auto" w:fill="FFFFFF"/>
            <w:tcMar>
              <w:top w:w="60" w:type="dxa"/>
              <w:left w:w="120" w:type="dxa"/>
              <w:bottom w:w="60" w:type="dxa"/>
              <w:right w:w="120" w:type="dxa"/>
            </w:tcMar>
          </w:tcPr>
          <w:p w14:paraId="6D28253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829CB6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366C653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3,91</w:t>
            </w:r>
          </w:p>
        </w:tc>
      </w:tr>
      <w:tr w:rsidR="00552283" w:rsidRPr="008E77DA" w14:paraId="3A46C795" w14:textId="77777777" w:rsidTr="00F111D1">
        <w:trPr>
          <w:jc w:val="center"/>
        </w:trPr>
        <w:tc>
          <w:tcPr>
            <w:tcW w:w="3120" w:type="dxa"/>
            <w:shd w:val="clear" w:color="auto" w:fill="F9FAFB"/>
            <w:tcMar>
              <w:top w:w="60" w:type="dxa"/>
              <w:left w:w="120" w:type="dxa"/>
              <w:bottom w:w="60" w:type="dxa"/>
              <w:right w:w="120" w:type="dxa"/>
            </w:tcMar>
          </w:tcPr>
          <w:p w14:paraId="2D42B09D"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727E3BB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6FC6D78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3,41</w:t>
            </w:r>
          </w:p>
        </w:tc>
      </w:tr>
    </w:tbl>
    <w:p w14:paraId="486376DF" w14:textId="77777777" w:rsidR="00552283" w:rsidRPr="008E77DA" w:rsidRDefault="00552283" w:rsidP="008E77DA">
      <w:pPr>
        <w:spacing w:after="0" w:line="240" w:lineRule="auto"/>
        <w:rPr>
          <w:rFonts w:ascii="Times New Roman" w:hAnsi="Times New Roman" w:cs="Times New Roman"/>
        </w:rPr>
      </w:pPr>
    </w:p>
    <w:p w14:paraId="2AD41763" w14:textId="77777777" w:rsidR="00552283" w:rsidRPr="008E77DA" w:rsidRDefault="00552283" w:rsidP="008E77DA">
      <w:pPr>
        <w:spacing w:after="0" w:line="240" w:lineRule="auto"/>
        <w:rPr>
          <w:rFonts w:ascii="Times New Roman" w:hAnsi="Times New Roman" w:cs="Times New Roman"/>
        </w:rPr>
      </w:pPr>
    </w:p>
    <w:p w14:paraId="25920AA8" w14:textId="58CAF58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20. Ders: BES 366 - Stres Biyokimyası ve Başa Çıkma Yolları</w:t>
      </w:r>
    </w:p>
    <w:p w14:paraId="6EAF92C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68FD21CB" w14:textId="77777777" w:rsidTr="00F111D1">
        <w:trPr>
          <w:jc w:val="center"/>
        </w:trPr>
        <w:tc>
          <w:tcPr>
            <w:tcW w:w="3120" w:type="dxa"/>
            <w:shd w:val="clear" w:color="auto" w:fill="1F4E79"/>
            <w:tcMar>
              <w:top w:w="80" w:type="dxa"/>
              <w:left w:w="120" w:type="dxa"/>
              <w:bottom w:w="80" w:type="dxa"/>
              <w:right w:w="120" w:type="dxa"/>
            </w:tcMar>
          </w:tcPr>
          <w:p w14:paraId="609E4AD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3A9C14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269340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5F8F1277" w14:textId="77777777" w:rsidTr="00F111D1">
        <w:trPr>
          <w:jc w:val="center"/>
        </w:trPr>
        <w:tc>
          <w:tcPr>
            <w:tcW w:w="3120" w:type="dxa"/>
            <w:shd w:val="clear" w:color="auto" w:fill="F9FAFB"/>
            <w:tcMar>
              <w:top w:w="60" w:type="dxa"/>
              <w:left w:w="120" w:type="dxa"/>
              <w:bottom w:w="60" w:type="dxa"/>
              <w:right w:w="120" w:type="dxa"/>
            </w:tcMar>
          </w:tcPr>
          <w:p w14:paraId="5206464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5C21FD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134BD74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3,61</w:t>
            </w:r>
          </w:p>
        </w:tc>
      </w:tr>
      <w:tr w:rsidR="00552283" w:rsidRPr="008E77DA" w14:paraId="320006F2" w14:textId="77777777" w:rsidTr="00F111D1">
        <w:trPr>
          <w:jc w:val="center"/>
        </w:trPr>
        <w:tc>
          <w:tcPr>
            <w:tcW w:w="3120" w:type="dxa"/>
            <w:shd w:val="clear" w:color="auto" w:fill="FFFFFF"/>
            <w:tcMar>
              <w:top w:w="60" w:type="dxa"/>
              <w:left w:w="120" w:type="dxa"/>
              <w:bottom w:w="60" w:type="dxa"/>
              <w:right w:w="120" w:type="dxa"/>
            </w:tcMar>
          </w:tcPr>
          <w:p w14:paraId="0EC43E3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994904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7370307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3,72</w:t>
            </w:r>
          </w:p>
        </w:tc>
      </w:tr>
      <w:tr w:rsidR="00552283" w:rsidRPr="008E77DA" w14:paraId="472B55C8" w14:textId="77777777" w:rsidTr="00F111D1">
        <w:trPr>
          <w:jc w:val="center"/>
        </w:trPr>
        <w:tc>
          <w:tcPr>
            <w:tcW w:w="3120" w:type="dxa"/>
            <w:shd w:val="clear" w:color="auto" w:fill="F9FAFB"/>
            <w:tcMar>
              <w:top w:w="60" w:type="dxa"/>
              <w:left w:w="120" w:type="dxa"/>
              <w:bottom w:w="60" w:type="dxa"/>
              <w:right w:w="120" w:type="dxa"/>
            </w:tcMar>
          </w:tcPr>
          <w:p w14:paraId="461730E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2BCEB1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24936F8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2,72</w:t>
            </w:r>
          </w:p>
        </w:tc>
      </w:tr>
      <w:tr w:rsidR="00552283" w:rsidRPr="008E77DA" w14:paraId="10524F05" w14:textId="77777777" w:rsidTr="00F111D1">
        <w:trPr>
          <w:jc w:val="center"/>
        </w:trPr>
        <w:tc>
          <w:tcPr>
            <w:tcW w:w="3120" w:type="dxa"/>
            <w:shd w:val="clear" w:color="auto" w:fill="FFFFFF"/>
            <w:tcMar>
              <w:top w:w="60" w:type="dxa"/>
              <w:left w:w="120" w:type="dxa"/>
              <w:bottom w:w="60" w:type="dxa"/>
              <w:right w:w="120" w:type="dxa"/>
            </w:tcMar>
          </w:tcPr>
          <w:p w14:paraId="6486B72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1F2DBA7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3857833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3,78</w:t>
            </w:r>
          </w:p>
        </w:tc>
      </w:tr>
    </w:tbl>
    <w:p w14:paraId="40AE2B76" w14:textId="77777777" w:rsidR="00552283" w:rsidRPr="008E77DA" w:rsidRDefault="00552283" w:rsidP="008E77DA">
      <w:pPr>
        <w:spacing w:after="0" w:line="240" w:lineRule="auto"/>
        <w:rPr>
          <w:rFonts w:ascii="Times New Roman" w:hAnsi="Times New Roman" w:cs="Times New Roman"/>
        </w:rPr>
      </w:pPr>
    </w:p>
    <w:p w14:paraId="74C633FE"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552283" w:rsidRPr="008E77DA" w14:paraId="40298B35" w14:textId="77777777" w:rsidTr="00F111D1">
        <w:trPr>
          <w:jc w:val="center"/>
        </w:trPr>
        <w:tc>
          <w:tcPr>
            <w:tcW w:w="4680" w:type="dxa"/>
            <w:shd w:val="clear" w:color="auto" w:fill="1F4E79"/>
            <w:tcMar>
              <w:top w:w="80" w:type="dxa"/>
              <w:left w:w="120" w:type="dxa"/>
              <w:bottom w:w="80" w:type="dxa"/>
              <w:right w:w="120" w:type="dxa"/>
            </w:tcMar>
          </w:tcPr>
          <w:p w14:paraId="72C5873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1EE1313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552283" w:rsidRPr="008E77DA" w14:paraId="5A521131" w14:textId="77777777" w:rsidTr="00F111D1">
        <w:trPr>
          <w:jc w:val="center"/>
        </w:trPr>
        <w:tc>
          <w:tcPr>
            <w:tcW w:w="4680" w:type="dxa"/>
            <w:shd w:val="clear" w:color="auto" w:fill="F9FAFB"/>
            <w:tcMar>
              <w:top w:w="60" w:type="dxa"/>
              <w:left w:w="120" w:type="dxa"/>
              <w:bottom w:w="60" w:type="dxa"/>
              <w:right w:w="120" w:type="dxa"/>
            </w:tcMar>
          </w:tcPr>
          <w:p w14:paraId="14CE38A3"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465F8A8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1,94 saat</w:t>
            </w:r>
          </w:p>
        </w:tc>
      </w:tr>
      <w:tr w:rsidR="00552283" w:rsidRPr="008E77DA" w14:paraId="2DFD4806" w14:textId="77777777" w:rsidTr="00F111D1">
        <w:trPr>
          <w:jc w:val="center"/>
        </w:trPr>
        <w:tc>
          <w:tcPr>
            <w:tcW w:w="4680" w:type="dxa"/>
            <w:shd w:val="clear" w:color="auto" w:fill="FFFFFF"/>
            <w:tcMar>
              <w:top w:w="60" w:type="dxa"/>
              <w:left w:w="120" w:type="dxa"/>
              <w:bottom w:w="60" w:type="dxa"/>
              <w:right w:w="120" w:type="dxa"/>
            </w:tcMar>
          </w:tcPr>
          <w:p w14:paraId="196A6ED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232A6F5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0,33 saat</w:t>
            </w:r>
          </w:p>
        </w:tc>
      </w:tr>
      <w:tr w:rsidR="00552283" w:rsidRPr="008E77DA" w14:paraId="101676A1" w14:textId="77777777" w:rsidTr="00F111D1">
        <w:trPr>
          <w:jc w:val="center"/>
        </w:trPr>
        <w:tc>
          <w:tcPr>
            <w:tcW w:w="4680" w:type="dxa"/>
            <w:shd w:val="clear" w:color="auto" w:fill="F9FAFB"/>
            <w:tcMar>
              <w:top w:w="60" w:type="dxa"/>
              <w:left w:w="120" w:type="dxa"/>
              <w:bottom w:w="60" w:type="dxa"/>
              <w:right w:w="120" w:type="dxa"/>
            </w:tcMar>
          </w:tcPr>
          <w:p w14:paraId="68C0E09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4A75464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0,28 saat</w:t>
            </w:r>
          </w:p>
        </w:tc>
      </w:tr>
      <w:tr w:rsidR="00552283" w:rsidRPr="008E77DA" w14:paraId="7B308DE5" w14:textId="77777777" w:rsidTr="00F111D1">
        <w:trPr>
          <w:jc w:val="center"/>
        </w:trPr>
        <w:tc>
          <w:tcPr>
            <w:tcW w:w="4680" w:type="dxa"/>
            <w:shd w:val="clear" w:color="auto" w:fill="FFFFFF"/>
            <w:tcMar>
              <w:top w:w="60" w:type="dxa"/>
              <w:left w:w="120" w:type="dxa"/>
              <w:bottom w:w="60" w:type="dxa"/>
              <w:right w:w="120" w:type="dxa"/>
            </w:tcMar>
          </w:tcPr>
          <w:p w14:paraId="48D1A7A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2E18744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0,44 saat</w:t>
            </w:r>
          </w:p>
        </w:tc>
      </w:tr>
      <w:tr w:rsidR="00552283" w:rsidRPr="008E77DA" w14:paraId="6BF6C953" w14:textId="77777777" w:rsidTr="00F111D1">
        <w:trPr>
          <w:jc w:val="center"/>
        </w:trPr>
        <w:tc>
          <w:tcPr>
            <w:tcW w:w="4680" w:type="dxa"/>
            <w:shd w:val="clear" w:color="auto" w:fill="F9FAFB"/>
            <w:tcMar>
              <w:top w:w="60" w:type="dxa"/>
              <w:left w:w="120" w:type="dxa"/>
              <w:bottom w:w="60" w:type="dxa"/>
              <w:right w:w="120" w:type="dxa"/>
            </w:tcMar>
          </w:tcPr>
          <w:p w14:paraId="10C07172"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41CCE19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3,22 saat</w:t>
            </w:r>
          </w:p>
        </w:tc>
      </w:tr>
      <w:tr w:rsidR="00552283" w:rsidRPr="008E77DA" w14:paraId="5B23C759" w14:textId="77777777" w:rsidTr="00F111D1">
        <w:trPr>
          <w:jc w:val="center"/>
        </w:trPr>
        <w:tc>
          <w:tcPr>
            <w:tcW w:w="4680" w:type="dxa"/>
            <w:shd w:val="clear" w:color="auto" w:fill="FFFFFF"/>
            <w:tcMar>
              <w:top w:w="60" w:type="dxa"/>
              <w:left w:w="120" w:type="dxa"/>
              <w:bottom w:w="60" w:type="dxa"/>
              <w:right w:w="120" w:type="dxa"/>
            </w:tcMar>
          </w:tcPr>
          <w:p w14:paraId="759657D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23B468C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0,33 saat</w:t>
            </w:r>
          </w:p>
        </w:tc>
      </w:tr>
      <w:tr w:rsidR="00552283" w:rsidRPr="008E77DA" w14:paraId="33399CB0" w14:textId="77777777" w:rsidTr="00F111D1">
        <w:trPr>
          <w:jc w:val="center"/>
        </w:trPr>
        <w:tc>
          <w:tcPr>
            <w:tcW w:w="4680" w:type="dxa"/>
            <w:shd w:val="clear" w:color="auto" w:fill="F9FAFB"/>
            <w:tcMar>
              <w:top w:w="60" w:type="dxa"/>
              <w:left w:w="120" w:type="dxa"/>
              <w:bottom w:w="60" w:type="dxa"/>
              <w:right w:w="120" w:type="dxa"/>
            </w:tcMar>
          </w:tcPr>
          <w:p w14:paraId="06A37841"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4848FDB3"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0,33 saat</w:t>
            </w:r>
          </w:p>
        </w:tc>
      </w:tr>
      <w:tr w:rsidR="00552283" w:rsidRPr="008E77DA" w14:paraId="6D7D1B63" w14:textId="77777777" w:rsidTr="00F111D1">
        <w:trPr>
          <w:jc w:val="center"/>
        </w:trPr>
        <w:tc>
          <w:tcPr>
            <w:tcW w:w="4680" w:type="dxa"/>
            <w:shd w:val="clear" w:color="auto" w:fill="FFFFFF"/>
            <w:tcMar>
              <w:top w:w="60" w:type="dxa"/>
              <w:left w:w="120" w:type="dxa"/>
              <w:bottom w:w="60" w:type="dxa"/>
              <w:right w:w="120" w:type="dxa"/>
            </w:tcMar>
          </w:tcPr>
          <w:p w14:paraId="443CCB8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6B59C23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3,89 saat</w:t>
            </w:r>
          </w:p>
        </w:tc>
      </w:tr>
    </w:tbl>
    <w:p w14:paraId="73908997" w14:textId="77777777" w:rsidR="00552283" w:rsidRPr="008E77DA" w:rsidRDefault="00552283" w:rsidP="008E77DA">
      <w:pPr>
        <w:spacing w:after="0" w:line="240" w:lineRule="auto"/>
        <w:rPr>
          <w:rFonts w:ascii="Times New Roman" w:hAnsi="Times New Roman" w:cs="Times New Roman"/>
        </w:rPr>
      </w:pPr>
    </w:p>
    <w:p w14:paraId="0AFB63F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38B76BE4" w14:textId="77777777" w:rsidTr="00F111D1">
        <w:trPr>
          <w:jc w:val="center"/>
        </w:trPr>
        <w:tc>
          <w:tcPr>
            <w:tcW w:w="3120" w:type="dxa"/>
            <w:shd w:val="clear" w:color="auto" w:fill="1F4E79"/>
            <w:tcMar>
              <w:top w:w="80" w:type="dxa"/>
              <w:left w:w="120" w:type="dxa"/>
              <w:bottom w:w="80" w:type="dxa"/>
              <w:right w:w="120" w:type="dxa"/>
            </w:tcMar>
          </w:tcPr>
          <w:p w14:paraId="6936A2D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70110C95"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91C961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6803DDAE" w14:textId="77777777" w:rsidTr="00F111D1">
        <w:trPr>
          <w:jc w:val="center"/>
        </w:trPr>
        <w:tc>
          <w:tcPr>
            <w:tcW w:w="3120" w:type="dxa"/>
            <w:shd w:val="clear" w:color="auto" w:fill="F9FAFB"/>
            <w:tcMar>
              <w:top w:w="60" w:type="dxa"/>
              <w:left w:w="120" w:type="dxa"/>
              <w:bottom w:w="60" w:type="dxa"/>
              <w:right w:w="120" w:type="dxa"/>
            </w:tcMar>
          </w:tcPr>
          <w:p w14:paraId="6FB2DAC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B7ED82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0C38543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4,61</w:t>
            </w:r>
          </w:p>
        </w:tc>
      </w:tr>
      <w:tr w:rsidR="00552283" w:rsidRPr="008E77DA" w14:paraId="547B807D" w14:textId="77777777" w:rsidTr="00F111D1">
        <w:trPr>
          <w:jc w:val="center"/>
        </w:trPr>
        <w:tc>
          <w:tcPr>
            <w:tcW w:w="3120" w:type="dxa"/>
            <w:shd w:val="clear" w:color="auto" w:fill="FFFFFF"/>
            <w:tcMar>
              <w:top w:w="60" w:type="dxa"/>
              <w:left w:w="120" w:type="dxa"/>
              <w:bottom w:w="60" w:type="dxa"/>
              <w:right w:w="120" w:type="dxa"/>
            </w:tcMar>
          </w:tcPr>
          <w:p w14:paraId="775C474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A2784A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4918B8E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4,56</w:t>
            </w:r>
          </w:p>
        </w:tc>
      </w:tr>
      <w:tr w:rsidR="00552283" w:rsidRPr="008E77DA" w14:paraId="24C3FBCA" w14:textId="77777777" w:rsidTr="00F111D1">
        <w:trPr>
          <w:jc w:val="center"/>
        </w:trPr>
        <w:tc>
          <w:tcPr>
            <w:tcW w:w="3120" w:type="dxa"/>
            <w:shd w:val="clear" w:color="auto" w:fill="F9FAFB"/>
            <w:tcMar>
              <w:top w:w="60" w:type="dxa"/>
              <w:left w:w="120" w:type="dxa"/>
              <w:bottom w:w="60" w:type="dxa"/>
              <w:right w:w="120" w:type="dxa"/>
            </w:tcMar>
          </w:tcPr>
          <w:p w14:paraId="20FD292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B21A786"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4524830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4,56</w:t>
            </w:r>
          </w:p>
        </w:tc>
      </w:tr>
      <w:tr w:rsidR="00552283" w:rsidRPr="008E77DA" w14:paraId="068B5935" w14:textId="77777777" w:rsidTr="00F111D1">
        <w:trPr>
          <w:jc w:val="center"/>
        </w:trPr>
        <w:tc>
          <w:tcPr>
            <w:tcW w:w="3120" w:type="dxa"/>
            <w:shd w:val="clear" w:color="auto" w:fill="FFFFFF"/>
            <w:tcMar>
              <w:top w:w="60" w:type="dxa"/>
              <w:left w:w="120" w:type="dxa"/>
              <w:bottom w:w="60" w:type="dxa"/>
              <w:right w:w="120" w:type="dxa"/>
            </w:tcMar>
          </w:tcPr>
          <w:p w14:paraId="0D9F301B"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F05265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739DC49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06A04467" w14:textId="77777777" w:rsidTr="00F111D1">
        <w:trPr>
          <w:jc w:val="center"/>
        </w:trPr>
        <w:tc>
          <w:tcPr>
            <w:tcW w:w="3120" w:type="dxa"/>
            <w:shd w:val="clear" w:color="auto" w:fill="F9FAFB"/>
            <w:tcMar>
              <w:top w:w="60" w:type="dxa"/>
              <w:left w:w="120" w:type="dxa"/>
              <w:bottom w:w="60" w:type="dxa"/>
              <w:right w:w="120" w:type="dxa"/>
            </w:tcMar>
          </w:tcPr>
          <w:p w14:paraId="2AE9E80C"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6A77EB2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1584118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4,44</w:t>
            </w:r>
          </w:p>
        </w:tc>
      </w:tr>
      <w:tr w:rsidR="00552283" w:rsidRPr="008E77DA" w14:paraId="313EF4E5" w14:textId="77777777" w:rsidTr="00F111D1">
        <w:trPr>
          <w:jc w:val="center"/>
        </w:trPr>
        <w:tc>
          <w:tcPr>
            <w:tcW w:w="3120" w:type="dxa"/>
            <w:shd w:val="clear" w:color="auto" w:fill="FFFFFF"/>
            <w:tcMar>
              <w:top w:w="60" w:type="dxa"/>
              <w:left w:w="120" w:type="dxa"/>
              <w:bottom w:w="60" w:type="dxa"/>
              <w:right w:w="120" w:type="dxa"/>
            </w:tcMar>
          </w:tcPr>
          <w:p w14:paraId="4D6CE24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6531CD3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429A370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4,56</w:t>
            </w:r>
          </w:p>
        </w:tc>
      </w:tr>
      <w:tr w:rsidR="00552283" w:rsidRPr="008E77DA" w14:paraId="7AFD2580" w14:textId="77777777" w:rsidTr="00F111D1">
        <w:trPr>
          <w:jc w:val="center"/>
        </w:trPr>
        <w:tc>
          <w:tcPr>
            <w:tcW w:w="3120" w:type="dxa"/>
            <w:shd w:val="clear" w:color="auto" w:fill="F9FAFB"/>
            <w:tcMar>
              <w:top w:w="60" w:type="dxa"/>
              <w:left w:w="120" w:type="dxa"/>
              <w:bottom w:w="60" w:type="dxa"/>
              <w:right w:w="120" w:type="dxa"/>
            </w:tcMar>
          </w:tcPr>
          <w:p w14:paraId="5745C2B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2A4CCCC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5F592C1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4,56</w:t>
            </w:r>
          </w:p>
        </w:tc>
      </w:tr>
      <w:tr w:rsidR="00552283" w:rsidRPr="008E77DA" w14:paraId="31C94391" w14:textId="77777777" w:rsidTr="00F111D1">
        <w:trPr>
          <w:jc w:val="center"/>
        </w:trPr>
        <w:tc>
          <w:tcPr>
            <w:tcW w:w="3120" w:type="dxa"/>
            <w:shd w:val="clear" w:color="auto" w:fill="FFFFFF"/>
            <w:tcMar>
              <w:top w:w="60" w:type="dxa"/>
              <w:left w:w="120" w:type="dxa"/>
              <w:bottom w:w="60" w:type="dxa"/>
              <w:right w:w="120" w:type="dxa"/>
            </w:tcMar>
          </w:tcPr>
          <w:p w14:paraId="5C9493B6"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4AF3A2D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7FBA869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11FECFD6" w14:textId="77777777" w:rsidTr="00F111D1">
        <w:trPr>
          <w:jc w:val="center"/>
        </w:trPr>
        <w:tc>
          <w:tcPr>
            <w:tcW w:w="3120" w:type="dxa"/>
            <w:shd w:val="clear" w:color="auto" w:fill="F9FAFB"/>
            <w:tcMar>
              <w:top w:w="60" w:type="dxa"/>
              <w:left w:w="120" w:type="dxa"/>
              <w:bottom w:w="60" w:type="dxa"/>
              <w:right w:w="120" w:type="dxa"/>
            </w:tcMar>
          </w:tcPr>
          <w:p w14:paraId="1131D1E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3F4DE4DB"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2A5174E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552283" w:rsidRPr="008E77DA" w14:paraId="49C53788" w14:textId="77777777" w:rsidTr="00F111D1">
        <w:trPr>
          <w:jc w:val="center"/>
        </w:trPr>
        <w:tc>
          <w:tcPr>
            <w:tcW w:w="3120" w:type="dxa"/>
            <w:shd w:val="clear" w:color="auto" w:fill="FFFFFF"/>
            <w:tcMar>
              <w:top w:w="60" w:type="dxa"/>
              <w:left w:w="120" w:type="dxa"/>
              <w:bottom w:w="60" w:type="dxa"/>
              <w:right w:w="120" w:type="dxa"/>
            </w:tcMar>
          </w:tcPr>
          <w:p w14:paraId="7777F94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50A28C3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06E9935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4,56</w:t>
            </w:r>
          </w:p>
        </w:tc>
      </w:tr>
      <w:tr w:rsidR="00552283" w:rsidRPr="008E77DA" w14:paraId="5B3C46FF" w14:textId="77777777" w:rsidTr="00F111D1">
        <w:trPr>
          <w:jc w:val="center"/>
        </w:trPr>
        <w:tc>
          <w:tcPr>
            <w:tcW w:w="3120" w:type="dxa"/>
            <w:shd w:val="clear" w:color="auto" w:fill="F9FAFB"/>
            <w:tcMar>
              <w:top w:w="60" w:type="dxa"/>
              <w:left w:w="120" w:type="dxa"/>
              <w:bottom w:w="60" w:type="dxa"/>
              <w:right w:w="120" w:type="dxa"/>
            </w:tcMar>
          </w:tcPr>
          <w:p w14:paraId="2DF0439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755D898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207247E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4,56</w:t>
            </w:r>
          </w:p>
        </w:tc>
      </w:tr>
      <w:tr w:rsidR="00552283" w:rsidRPr="008E77DA" w14:paraId="2D692542" w14:textId="77777777" w:rsidTr="00F111D1">
        <w:trPr>
          <w:jc w:val="center"/>
        </w:trPr>
        <w:tc>
          <w:tcPr>
            <w:tcW w:w="3120" w:type="dxa"/>
            <w:shd w:val="clear" w:color="auto" w:fill="FFFFFF"/>
            <w:tcMar>
              <w:top w:w="60" w:type="dxa"/>
              <w:left w:w="120" w:type="dxa"/>
              <w:bottom w:w="60" w:type="dxa"/>
              <w:right w:w="120" w:type="dxa"/>
            </w:tcMar>
          </w:tcPr>
          <w:p w14:paraId="327C90A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6FC76090"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4ED07018"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4,61</w:t>
            </w:r>
          </w:p>
        </w:tc>
      </w:tr>
      <w:tr w:rsidR="00552283" w:rsidRPr="008E77DA" w14:paraId="700F57BA" w14:textId="77777777" w:rsidTr="00F111D1">
        <w:trPr>
          <w:jc w:val="center"/>
        </w:trPr>
        <w:tc>
          <w:tcPr>
            <w:tcW w:w="3120" w:type="dxa"/>
            <w:shd w:val="clear" w:color="auto" w:fill="F9FAFB"/>
            <w:tcMar>
              <w:top w:w="60" w:type="dxa"/>
              <w:left w:w="120" w:type="dxa"/>
              <w:bottom w:w="60" w:type="dxa"/>
              <w:right w:w="120" w:type="dxa"/>
            </w:tcMar>
          </w:tcPr>
          <w:p w14:paraId="35C714F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317C263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02D2E7B2"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4,56</w:t>
            </w:r>
          </w:p>
        </w:tc>
      </w:tr>
      <w:tr w:rsidR="00552283" w:rsidRPr="008E77DA" w14:paraId="20D0DF68" w14:textId="77777777" w:rsidTr="00F111D1">
        <w:trPr>
          <w:jc w:val="center"/>
        </w:trPr>
        <w:tc>
          <w:tcPr>
            <w:tcW w:w="3120" w:type="dxa"/>
            <w:shd w:val="clear" w:color="auto" w:fill="FFFFFF"/>
            <w:tcMar>
              <w:top w:w="60" w:type="dxa"/>
              <w:left w:w="120" w:type="dxa"/>
              <w:bottom w:w="60" w:type="dxa"/>
              <w:right w:w="120" w:type="dxa"/>
            </w:tcMar>
          </w:tcPr>
          <w:p w14:paraId="17A5600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3E61B4D9"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4563CD89"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4,39</w:t>
            </w:r>
          </w:p>
        </w:tc>
      </w:tr>
    </w:tbl>
    <w:p w14:paraId="08175C12" w14:textId="77777777" w:rsidR="00552283" w:rsidRPr="008E77DA" w:rsidRDefault="00552283" w:rsidP="008E77DA">
      <w:pPr>
        <w:spacing w:after="0" w:line="240" w:lineRule="auto"/>
        <w:rPr>
          <w:rFonts w:ascii="Times New Roman" w:hAnsi="Times New Roman" w:cs="Times New Roman"/>
        </w:rPr>
      </w:pPr>
    </w:p>
    <w:p w14:paraId="0333D65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552283" w:rsidRPr="008E77DA" w14:paraId="3D85A3AA" w14:textId="77777777" w:rsidTr="00F111D1">
        <w:trPr>
          <w:jc w:val="center"/>
        </w:trPr>
        <w:tc>
          <w:tcPr>
            <w:tcW w:w="3120" w:type="dxa"/>
            <w:shd w:val="clear" w:color="auto" w:fill="1F4E79"/>
            <w:tcMar>
              <w:top w:w="80" w:type="dxa"/>
              <w:left w:w="120" w:type="dxa"/>
              <w:bottom w:w="80" w:type="dxa"/>
              <w:right w:w="120" w:type="dxa"/>
            </w:tcMar>
          </w:tcPr>
          <w:p w14:paraId="76B36D9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C8163AD"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AD9B87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552283" w:rsidRPr="008E77DA" w14:paraId="01E7857F" w14:textId="77777777" w:rsidTr="00F111D1">
        <w:trPr>
          <w:jc w:val="center"/>
        </w:trPr>
        <w:tc>
          <w:tcPr>
            <w:tcW w:w="3120" w:type="dxa"/>
            <w:shd w:val="clear" w:color="auto" w:fill="F9FAFB"/>
            <w:tcMar>
              <w:top w:w="60" w:type="dxa"/>
              <w:left w:w="120" w:type="dxa"/>
              <w:bottom w:w="60" w:type="dxa"/>
              <w:right w:w="120" w:type="dxa"/>
            </w:tcMar>
          </w:tcPr>
          <w:p w14:paraId="4AE477B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9D181D8"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356F178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3,89</w:t>
            </w:r>
          </w:p>
        </w:tc>
      </w:tr>
      <w:tr w:rsidR="00552283" w:rsidRPr="008E77DA" w14:paraId="72F902A1" w14:textId="77777777" w:rsidTr="00F111D1">
        <w:trPr>
          <w:jc w:val="center"/>
        </w:trPr>
        <w:tc>
          <w:tcPr>
            <w:tcW w:w="3120" w:type="dxa"/>
            <w:shd w:val="clear" w:color="auto" w:fill="FFFFFF"/>
            <w:tcMar>
              <w:top w:w="60" w:type="dxa"/>
              <w:left w:w="120" w:type="dxa"/>
              <w:bottom w:w="60" w:type="dxa"/>
              <w:right w:w="120" w:type="dxa"/>
            </w:tcMar>
          </w:tcPr>
          <w:p w14:paraId="29F9039F"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510CC43A"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71D0D144"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3,83</w:t>
            </w:r>
          </w:p>
        </w:tc>
      </w:tr>
      <w:tr w:rsidR="00552283" w:rsidRPr="008E77DA" w14:paraId="2E9E90E2" w14:textId="77777777" w:rsidTr="00F111D1">
        <w:trPr>
          <w:jc w:val="center"/>
        </w:trPr>
        <w:tc>
          <w:tcPr>
            <w:tcW w:w="3120" w:type="dxa"/>
            <w:shd w:val="clear" w:color="auto" w:fill="F9FAFB"/>
            <w:tcMar>
              <w:top w:w="60" w:type="dxa"/>
              <w:left w:w="120" w:type="dxa"/>
              <w:bottom w:w="60" w:type="dxa"/>
              <w:right w:w="120" w:type="dxa"/>
            </w:tcMar>
          </w:tcPr>
          <w:p w14:paraId="55E6CE1A"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27D9FC7"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78675115"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3,94</w:t>
            </w:r>
          </w:p>
        </w:tc>
      </w:tr>
      <w:tr w:rsidR="00552283" w:rsidRPr="008E77DA" w14:paraId="10F45234" w14:textId="77777777" w:rsidTr="00F111D1">
        <w:trPr>
          <w:jc w:val="center"/>
        </w:trPr>
        <w:tc>
          <w:tcPr>
            <w:tcW w:w="3120" w:type="dxa"/>
            <w:shd w:val="clear" w:color="auto" w:fill="FFFFFF"/>
            <w:tcMar>
              <w:top w:w="60" w:type="dxa"/>
              <w:left w:w="120" w:type="dxa"/>
              <w:bottom w:w="60" w:type="dxa"/>
              <w:right w:w="120" w:type="dxa"/>
            </w:tcMar>
          </w:tcPr>
          <w:p w14:paraId="14290A7E"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058435D4"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3C11C661"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552283" w:rsidRPr="008E77DA" w14:paraId="34562A90" w14:textId="77777777" w:rsidTr="00F111D1">
        <w:trPr>
          <w:jc w:val="center"/>
        </w:trPr>
        <w:tc>
          <w:tcPr>
            <w:tcW w:w="3120" w:type="dxa"/>
            <w:shd w:val="clear" w:color="auto" w:fill="F9FAFB"/>
            <w:tcMar>
              <w:top w:w="60" w:type="dxa"/>
              <w:left w:w="120" w:type="dxa"/>
              <w:bottom w:w="60" w:type="dxa"/>
              <w:right w:w="120" w:type="dxa"/>
            </w:tcMar>
          </w:tcPr>
          <w:p w14:paraId="08025C00"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5D902DEF" w14:textId="77777777" w:rsidR="00552283" w:rsidRPr="008E77DA" w:rsidRDefault="00552283"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7F3F2407" w14:textId="77777777" w:rsidR="00552283" w:rsidRPr="008E77DA" w:rsidRDefault="00552283" w:rsidP="008E77DA">
            <w:pPr>
              <w:spacing w:after="0" w:line="240" w:lineRule="auto"/>
              <w:jc w:val="center"/>
              <w:rPr>
                <w:rFonts w:ascii="Times New Roman" w:hAnsi="Times New Roman" w:cs="Times New Roman"/>
              </w:rPr>
            </w:pPr>
            <w:r w:rsidRPr="008E77DA">
              <w:rPr>
                <w:rFonts w:ascii="Times New Roman" w:hAnsi="Times New Roman" w:cs="Times New Roman"/>
                <w:sz w:val="19"/>
              </w:rPr>
              <w:t>3,56</w:t>
            </w:r>
          </w:p>
        </w:tc>
      </w:tr>
    </w:tbl>
    <w:p w14:paraId="68ABA044" w14:textId="77777777" w:rsidR="00552283" w:rsidRPr="008E77DA" w:rsidRDefault="00552283" w:rsidP="008E77DA">
      <w:pPr>
        <w:spacing w:after="0" w:line="240" w:lineRule="auto"/>
        <w:rPr>
          <w:rFonts w:ascii="Times New Roman" w:hAnsi="Times New Roman" w:cs="Times New Roman"/>
        </w:rPr>
      </w:pPr>
    </w:p>
    <w:p w14:paraId="64766BF3" w14:textId="77777777" w:rsidR="004266A8" w:rsidRPr="008E77DA" w:rsidRDefault="004266A8" w:rsidP="008E77DA">
      <w:pPr>
        <w:spacing w:after="0" w:line="240" w:lineRule="auto"/>
        <w:rPr>
          <w:rFonts w:ascii="Times New Roman" w:hAnsi="Times New Roman" w:cs="Times New Roman"/>
        </w:rPr>
      </w:pPr>
    </w:p>
    <w:p w14:paraId="2E183F5E" w14:textId="3E5E26FE"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21. Ders: BES 408 - Kanser ve Beslenme</w:t>
      </w:r>
    </w:p>
    <w:p w14:paraId="7343B6D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3B07DB4A" w14:textId="77777777" w:rsidTr="00F111D1">
        <w:trPr>
          <w:jc w:val="center"/>
        </w:trPr>
        <w:tc>
          <w:tcPr>
            <w:tcW w:w="3120" w:type="dxa"/>
            <w:shd w:val="clear" w:color="auto" w:fill="1F4E79"/>
            <w:tcMar>
              <w:top w:w="80" w:type="dxa"/>
              <w:left w:w="120" w:type="dxa"/>
              <w:bottom w:w="80" w:type="dxa"/>
              <w:right w:w="120" w:type="dxa"/>
            </w:tcMar>
          </w:tcPr>
          <w:p w14:paraId="07C9363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D3177C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DCCF60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53B13A11" w14:textId="77777777" w:rsidTr="00F111D1">
        <w:trPr>
          <w:jc w:val="center"/>
        </w:trPr>
        <w:tc>
          <w:tcPr>
            <w:tcW w:w="3120" w:type="dxa"/>
            <w:shd w:val="clear" w:color="auto" w:fill="F9FAFB"/>
            <w:tcMar>
              <w:top w:w="60" w:type="dxa"/>
              <w:left w:w="120" w:type="dxa"/>
              <w:bottom w:w="60" w:type="dxa"/>
              <w:right w:w="120" w:type="dxa"/>
            </w:tcMar>
          </w:tcPr>
          <w:p w14:paraId="377470E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091B877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002983C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3,95</w:t>
            </w:r>
          </w:p>
        </w:tc>
      </w:tr>
      <w:tr w:rsidR="004266A8" w:rsidRPr="008E77DA" w14:paraId="7E186AD0" w14:textId="77777777" w:rsidTr="00F111D1">
        <w:trPr>
          <w:jc w:val="center"/>
        </w:trPr>
        <w:tc>
          <w:tcPr>
            <w:tcW w:w="3120" w:type="dxa"/>
            <w:shd w:val="clear" w:color="auto" w:fill="FFFFFF"/>
            <w:tcMar>
              <w:top w:w="60" w:type="dxa"/>
              <w:left w:w="120" w:type="dxa"/>
              <w:bottom w:w="60" w:type="dxa"/>
              <w:right w:w="120" w:type="dxa"/>
            </w:tcMar>
          </w:tcPr>
          <w:p w14:paraId="510D70A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2</w:t>
            </w:r>
          </w:p>
        </w:tc>
        <w:tc>
          <w:tcPr>
            <w:tcW w:w="3120" w:type="dxa"/>
            <w:shd w:val="clear" w:color="auto" w:fill="FFFFFF"/>
            <w:tcMar>
              <w:top w:w="60" w:type="dxa"/>
              <w:left w:w="120" w:type="dxa"/>
              <w:bottom w:w="60" w:type="dxa"/>
              <w:right w:w="120" w:type="dxa"/>
            </w:tcMar>
          </w:tcPr>
          <w:p w14:paraId="0BA85E3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553219E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3,95</w:t>
            </w:r>
          </w:p>
        </w:tc>
      </w:tr>
      <w:tr w:rsidR="004266A8" w:rsidRPr="008E77DA" w14:paraId="4FEA96D1" w14:textId="77777777" w:rsidTr="00F111D1">
        <w:trPr>
          <w:jc w:val="center"/>
        </w:trPr>
        <w:tc>
          <w:tcPr>
            <w:tcW w:w="3120" w:type="dxa"/>
            <w:shd w:val="clear" w:color="auto" w:fill="F9FAFB"/>
            <w:tcMar>
              <w:top w:w="60" w:type="dxa"/>
              <w:left w:w="120" w:type="dxa"/>
              <w:bottom w:w="60" w:type="dxa"/>
              <w:right w:w="120" w:type="dxa"/>
            </w:tcMar>
          </w:tcPr>
          <w:p w14:paraId="09C69AB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32AEAC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407E7F6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3,24</w:t>
            </w:r>
          </w:p>
        </w:tc>
      </w:tr>
      <w:tr w:rsidR="004266A8" w:rsidRPr="008E77DA" w14:paraId="3E65F80B" w14:textId="77777777" w:rsidTr="00F111D1">
        <w:trPr>
          <w:jc w:val="center"/>
        </w:trPr>
        <w:tc>
          <w:tcPr>
            <w:tcW w:w="3120" w:type="dxa"/>
            <w:shd w:val="clear" w:color="auto" w:fill="FFFFFF"/>
            <w:tcMar>
              <w:top w:w="60" w:type="dxa"/>
              <w:left w:w="120" w:type="dxa"/>
              <w:bottom w:w="60" w:type="dxa"/>
              <w:right w:w="120" w:type="dxa"/>
            </w:tcMar>
          </w:tcPr>
          <w:p w14:paraId="75A8A83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249389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2E0CDC2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3,95</w:t>
            </w:r>
          </w:p>
        </w:tc>
      </w:tr>
    </w:tbl>
    <w:p w14:paraId="68E982DA" w14:textId="77777777" w:rsidR="004266A8" w:rsidRPr="008E77DA" w:rsidRDefault="004266A8" w:rsidP="008E77DA">
      <w:pPr>
        <w:spacing w:after="0" w:line="240" w:lineRule="auto"/>
        <w:rPr>
          <w:rFonts w:ascii="Times New Roman" w:hAnsi="Times New Roman" w:cs="Times New Roman"/>
        </w:rPr>
      </w:pPr>
    </w:p>
    <w:p w14:paraId="614DE2A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4266A8" w:rsidRPr="008E77DA" w14:paraId="78F4CF16" w14:textId="77777777" w:rsidTr="00F111D1">
        <w:trPr>
          <w:jc w:val="center"/>
        </w:trPr>
        <w:tc>
          <w:tcPr>
            <w:tcW w:w="4680" w:type="dxa"/>
            <w:shd w:val="clear" w:color="auto" w:fill="1F4E79"/>
            <w:tcMar>
              <w:top w:w="80" w:type="dxa"/>
              <w:left w:w="120" w:type="dxa"/>
              <w:bottom w:w="80" w:type="dxa"/>
              <w:right w:w="120" w:type="dxa"/>
            </w:tcMar>
          </w:tcPr>
          <w:p w14:paraId="03FBF08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7346AA0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4266A8" w:rsidRPr="008E77DA" w14:paraId="1118D342" w14:textId="77777777" w:rsidTr="00F111D1">
        <w:trPr>
          <w:jc w:val="center"/>
        </w:trPr>
        <w:tc>
          <w:tcPr>
            <w:tcW w:w="4680" w:type="dxa"/>
            <w:shd w:val="clear" w:color="auto" w:fill="F9FAFB"/>
            <w:tcMar>
              <w:top w:w="60" w:type="dxa"/>
              <w:left w:w="120" w:type="dxa"/>
              <w:bottom w:w="60" w:type="dxa"/>
              <w:right w:w="120" w:type="dxa"/>
            </w:tcMar>
          </w:tcPr>
          <w:p w14:paraId="62B9806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017F70D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2,57 saat</w:t>
            </w:r>
          </w:p>
        </w:tc>
      </w:tr>
      <w:tr w:rsidR="004266A8" w:rsidRPr="008E77DA" w14:paraId="3139B051" w14:textId="77777777" w:rsidTr="00F111D1">
        <w:trPr>
          <w:jc w:val="center"/>
        </w:trPr>
        <w:tc>
          <w:tcPr>
            <w:tcW w:w="4680" w:type="dxa"/>
            <w:shd w:val="clear" w:color="auto" w:fill="FFFFFF"/>
            <w:tcMar>
              <w:top w:w="60" w:type="dxa"/>
              <w:left w:w="120" w:type="dxa"/>
              <w:bottom w:w="60" w:type="dxa"/>
              <w:right w:w="120" w:type="dxa"/>
            </w:tcMar>
          </w:tcPr>
          <w:p w14:paraId="006D34B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788C162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4,81 saat</w:t>
            </w:r>
          </w:p>
        </w:tc>
      </w:tr>
      <w:tr w:rsidR="004266A8" w:rsidRPr="008E77DA" w14:paraId="37EF9DEB" w14:textId="77777777" w:rsidTr="00F111D1">
        <w:trPr>
          <w:jc w:val="center"/>
        </w:trPr>
        <w:tc>
          <w:tcPr>
            <w:tcW w:w="4680" w:type="dxa"/>
            <w:shd w:val="clear" w:color="auto" w:fill="F9FAFB"/>
            <w:tcMar>
              <w:top w:w="60" w:type="dxa"/>
              <w:left w:w="120" w:type="dxa"/>
              <w:bottom w:w="60" w:type="dxa"/>
              <w:right w:w="120" w:type="dxa"/>
            </w:tcMar>
          </w:tcPr>
          <w:p w14:paraId="0D2DE33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3472ECB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4,62 saat</w:t>
            </w:r>
          </w:p>
        </w:tc>
      </w:tr>
      <w:tr w:rsidR="004266A8" w:rsidRPr="008E77DA" w14:paraId="6DCF8791" w14:textId="77777777" w:rsidTr="00F111D1">
        <w:trPr>
          <w:jc w:val="center"/>
        </w:trPr>
        <w:tc>
          <w:tcPr>
            <w:tcW w:w="4680" w:type="dxa"/>
            <w:shd w:val="clear" w:color="auto" w:fill="FFFFFF"/>
            <w:tcMar>
              <w:top w:w="60" w:type="dxa"/>
              <w:left w:w="120" w:type="dxa"/>
              <w:bottom w:w="60" w:type="dxa"/>
              <w:right w:w="120" w:type="dxa"/>
            </w:tcMar>
          </w:tcPr>
          <w:p w14:paraId="7E8A02C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0F98A3C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1,10 saat</w:t>
            </w:r>
          </w:p>
        </w:tc>
      </w:tr>
      <w:tr w:rsidR="004266A8" w:rsidRPr="008E77DA" w14:paraId="736E637B" w14:textId="77777777" w:rsidTr="00F111D1">
        <w:trPr>
          <w:jc w:val="center"/>
        </w:trPr>
        <w:tc>
          <w:tcPr>
            <w:tcW w:w="4680" w:type="dxa"/>
            <w:shd w:val="clear" w:color="auto" w:fill="F9FAFB"/>
            <w:tcMar>
              <w:top w:w="60" w:type="dxa"/>
              <w:left w:w="120" w:type="dxa"/>
              <w:bottom w:w="60" w:type="dxa"/>
              <w:right w:w="120" w:type="dxa"/>
            </w:tcMar>
          </w:tcPr>
          <w:p w14:paraId="4D90BF0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44FE862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5,81 saat</w:t>
            </w:r>
          </w:p>
        </w:tc>
      </w:tr>
      <w:tr w:rsidR="004266A8" w:rsidRPr="008E77DA" w14:paraId="614B79C3" w14:textId="77777777" w:rsidTr="00F111D1">
        <w:trPr>
          <w:jc w:val="center"/>
        </w:trPr>
        <w:tc>
          <w:tcPr>
            <w:tcW w:w="4680" w:type="dxa"/>
            <w:shd w:val="clear" w:color="auto" w:fill="FFFFFF"/>
            <w:tcMar>
              <w:top w:w="60" w:type="dxa"/>
              <w:left w:w="120" w:type="dxa"/>
              <w:bottom w:w="60" w:type="dxa"/>
              <w:right w:w="120" w:type="dxa"/>
            </w:tcMar>
          </w:tcPr>
          <w:p w14:paraId="6CEB5E8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1C96D3E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3,71 saat</w:t>
            </w:r>
          </w:p>
        </w:tc>
      </w:tr>
      <w:tr w:rsidR="004266A8" w:rsidRPr="008E77DA" w14:paraId="482D86E6" w14:textId="77777777" w:rsidTr="00F111D1">
        <w:trPr>
          <w:jc w:val="center"/>
        </w:trPr>
        <w:tc>
          <w:tcPr>
            <w:tcW w:w="4680" w:type="dxa"/>
            <w:shd w:val="clear" w:color="auto" w:fill="F9FAFB"/>
            <w:tcMar>
              <w:top w:w="60" w:type="dxa"/>
              <w:left w:w="120" w:type="dxa"/>
              <w:bottom w:w="60" w:type="dxa"/>
              <w:right w:w="120" w:type="dxa"/>
            </w:tcMar>
          </w:tcPr>
          <w:p w14:paraId="278B26E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206119F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0,19 saat</w:t>
            </w:r>
          </w:p>
        </w:tc>
      </w:tr>
      <w:tr w:rsidR="004266A8" w:rsidRPr="008E77DA" w14:paraId="678CD513" w14:textId="77777777" w:rsidTr="00F111D1">
        <w:trPr>
          <w:jc w:val="center"/>
        </w:trPr>
        <w:tc>
          <w:tcPr>
            <w:tcW w:w="4680" w:type="dxa"/>
            <w:shd w:val="clear" w:color="auto" w:fill="FFFFFF"/>
            <w:tcMar>
              <w:top w:w="60" w:type="dxa"/>
              <w:left w:w="120" w:type="dxa"/>
              <w:bottom w:w="60" w:type="dxa"/>
              <w:right w:w="120" w:type="dxa"/>
            </w:tcMar>
          </w:tcPr>
          <w:p w14:paraId="159CF68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41AB66A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6,90 saat</w:t>
            </w:r>
          </w:p>
        </w:tc>
      </w:tr>
    </w:tbl>
    <w:p w14:paraId="20D728A6" w14:textId="77777777" w:rsidR="004266A8" w:rsidRPr="008E77DA" w:rsidRDefault="004266A8" w:rsidP="008E77DA">
      <w:pPr>
        <w:spacing w:after="0" w:line="240" w:lineRule="auto"/>
        <w:rPr>
          <w:rFonts w:ascii="Times New Roman" w:hAnsi="Times New Roman" w:cs="Times New Roman"/>
        </w:rPr>
      </w:pPr>
    </w:p>
    <w:p w14:paraId="793F2D9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478FAECD" w14:textId="77777777" w:rsidTr="00F111D1">
        <w:trPr>
          <w:jc w:val="center"/>
        </w:trPr>
        <w:tc>
          <w:tcPr>
            <w:tcW w:w="3120" w:type="dxa"/>
            <w:shd w:val="clear" w:color="auto" w:fill="1F4E79"/>
            <w:tcMar>
              <w:top w:w="80" w:type="dxa"/>
              <w:left w:w="120" w:type="dxa"/>
              <w:bottom w:w="80" w:type="dxa"/>
              <w:right w:w="120" w:type="dxa"/>
            </w:tcMar>
          </w:tcPr>
          <w:p w14:paraId="07C5BA8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79276E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8E796C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751480F5" w14:textId="77777777" w:rsidTr="00F111D1">
        <w:trPr>
          <w:jc w:val="center"/>
        </w:trPr>
        <w:tc>
          <w:tcPr>
            <w:tcW w:w="3120" w:type="dxa"/>
            <w:shd w:val="clear" w:color="auto" w:fill="F9FAFB"/>
            <w:tcMar>
              <w:top w:w="60" w:type="dxa"/>
              <w:left w:w="120" w:type="dxa"/>
              <w:bottom w:w="60" w:type="dxa"/>
              <w:right w:w="120" w:type="dxa"/>
            </w:tcMar>
          </w:tcPr>
          <w:p w14:paraId="6E31C0E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05C1E38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7A42F09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4,10</w:t>
            </w:r>
          </w:p>
        </w:tc>
      </w:tr>
      <w:tr w:rsidR="004266A8" w:rsidRPr="008E77DA" w14:paraId="6F0BB9C8" w14:textId="77777777" w:rsidTr="00F111D1">
        <w:trPr>
          <w:jc w:val="center"/>
        </w:trPr>
        <w:tc>
          <w:tcPr>
            <w:tcW w:w="3120" w:type="dxa"/>
            <w:shd w:val="clear" w:color="auto" w:fill="FFFFFF"/>
            <w:tcMar>
              <w:top w:w="60" w:type="dxa"/>
              <w:left w:w="120" w:type="dxa"/>
              <w:bottom w:w="60" w:type="dxa"/>
              <w:right w:w="120" w:type="dxa"/>
            </w:tcMar>
          </w:tcPr>
          <w:p w14:paraId="2EA4288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6AB3575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7D2AD3C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4,29</w:t>
            </w:r>
          </w:p>
        </w:tc>
      </w:tr>
      <w:tr w:rsidR="004266A8" w:rsidRPr="008E77DA" w14:paraId="66992512" w14:textId="77777777" w:rsidTr="00F111D1">
        <w:trPr>
          <w:jc w:val="center"/>
        </w:trPr>
        <w:tc>
          <w:tcPr>
            <w:tcW w:w="3120" w:type="dxa"/>
            <w:shd w:val="clear" w:color="auto" w:fill="F9FAFB"/>
            <w:tcMar>
              <w:top w:w="60" w:type="dxa"/>
              <w:left w:w="120" w:type="dxa"/>
              <w:bottom w:w="60" w:type="dxa"/>
              <w:right w:w="120" w:type="dxa"/>
            </w:tcMar>
          </w:tcPr>
          <w:p w14:paraId="2FE31FE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74C7AB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0C0CEAD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4,29</w:t>
            </w:r>
          </w:p>
        </w:tc>
      </w:tr>
      <w:tr w:rsidR="004266A8" w:rsidRPr="008E77DA" w14:paraId="7E6AF0E8" w14:textId="77777777" w:rsidTr="00F111D1">
        <w:trPr>
          <w:jc w:val="center"/>
        </w:trPr>
        <w:tc>
          <w:tcPr>
            <w:tcW w:w="3120" w:type="dxa"/>
            <w:shd w:val="clear" w:color="auto" w:fill="FFFFFF"/>
            <w:tcMar>
              <w:top w:w="60" w:type="dxa"/>
              <w:left w:w="120" w:type="dxa"/>
              <w:bottom w:w="60" w:type="dxa"/>
              <w:right w:w="120" w:type="dxa"/>
            </w:tcMar>
          </w:tcPr>
          <w:p w14:paraId="1C3018E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C37347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6CE3E8E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4,14</w:t>
            </w:r>
          </w:p>
        </w:tc>
      </w:tr>
      <w:tr w:rsidR="004266A8" w:rsidRPr="008E77DA" w14:paraId="3F9C863C" w14:textId="77777777" w:rsidTr="00F111D1">
        <w:trPr>
          <w:jc w:val="center"/>
        </w:trPr>
        <w:tc>
          <w:tcPr>
            <w:tcW w:w="3120" w:type="dxa"/>
            <w:shd w:val="clear" w:color="auto" w:fill="F9FAFB"/>
            <w:tcMar>
              <w:top w:w="60" w:type="dxa"/>
              <w:left w:w="120" w:type="dxa"/>
              <w:bottom w:w="60" w:type="dxa"/>
              <w:right w:w="120" w:type="dxa"/>
            </w:tcMar>
          </w:tcPr>
          <w:p w14:paraId="67A8F26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57678E6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3ACF592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3,95</w:t>
            </w:r>
          </w:p>
        </w:tc>
      </w:tr>
      <w:tr w:rsidR="004266A8" w:rsidRPr="008E77DA" w14:paraId="5D9F35C1" w14:textId="77777777" w:rsidTr="00F111D1">
        <w:trPr>
          <w:jc w:val="center"/>
        </w:trPr>
        <w:tc>
          <w:tcPr>
            <w:tcW w:w="3120" w:type="dxa"/>
            <w:shd w:val="clear" w:color="auto" w:fill="FFFFFF"/>
            <w:tcMar>
              <w:top w:w="60" w:type="dxa"/>
              <w:left w:w="120" w:type="dxa"/>
              <w:bottom w:w="60" w:type="dxa"/>
              <w:right w:w="120" w:type="dxa"/>
            </w:tcMar>
          </w:tcPr>
          <w:p w14:paraId="72D68DC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2C0AE1C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3884E70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2359544E" w14:textId="77777777" w:rsidTr="00F111D1">
        <w:trPr>
          <w:jc w:val="center"/>
        </w:trPr>
        <w:tc>
          <w:tcPr>
            <w:tcW w:w="3120" w:type="dxa"/>
            <w:shd w:val="clear" w:color="auto" w:fill="F9FAFB"/>
            <w:tcMar>
              <w:top w:w="60" w:type="dxa"/>
              <w:left w:w="120" w:type="dxa"/>
              <w:bottom w:w="60" w:type="dxa"/>
              <w:right w:w="120" w:type="dxa"/>
            </w:tcMar>
          </w:tcPr>
          <w:p w14:paraId="3FDE1AE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46BA2DE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6F802D5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3,86</w:t>
            </w:r>
          </w:p>
        </w:tc>
      </w:tr>
      <w:tr w:rsidR="004266A8" w:rsidRPr="008E77DA" w14:paraId="2E2E5973" w14:textId="77777777" w:rsidTr="00F111D1">
        <w:trPr>
          <w:jc w:val="center"/>
        </w:trPr>
        <w:tc>
          <w:tcPr>
            <w:tcW w:w="3120" w:type="dxa"/>
            <w:shd w:val="clear" w:color="auto" w:fill="FFFFFF"/>
            <w:tcMar>
              <w:top w:w="60" w:type="dxa"/>
              <w:left w:w="120" w:type="dxa"/>
              <w:bottom w:w="60" w:type="dxa"/>
              <w:right w:w="120" w:type="dxa"/>
            </w:tcMar>
          </w:tcPr>
          <w:p w14:paraId="3503F03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8</w:t>
            </w:r>
          </w:p>
        </w:tc>
        <w:tc>
          <w:tcPr>
            <w:tcW w:w="3120" w:type="dxa"/>
            <w:shd w:val="clear" w:color="auto" w:fill="FFFFFF"/>
            <w:tcMar>
              <w:top w:w="60" w:type="dxa"/>
              <w:left w:w="120" w:type="dxa"/>
              <w:bottom w:w="60" w:type="dxa"/>
              <w:right w:w="120" w:type="dxa"/>
            </w:tcMar>
          </w:tcPr>
          <w:p w14:paraId="7322D9B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1B0872F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4,29</w:t>
            </w:r>
          </w:p>
        </w:tc>
      </w:tr>
      <w:tr w:rsidR="004266A8" w:rsidRPr="008E77DA" w14:paraId="7D47E039" w14:textId="77777777" w:rsidTr="00F111D1">
        <w:trPr>
          <w:jc w:val="center"/>
        </w:trPr>
        <w:tc>
          <w:tcPr>
            <w:tcW w:w="3120" w:type="dxa"/>
            <w:shd w:val="clear" w:color="auto" w:fill="F9FAFB"/>
            <w:tcMar>
              <w:top w:w="60" w:type="dxa"/>
              <w:left w:w="120" w:type="dxa"/>
              <w:bottom w:w="60" w:type="dxa"/>
              <w:right w:w="120" w:type="dxa"/>
            </w:tcMar>
          </w:tcPr>
          <w:p w14:paraId="432A58B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4A99FFF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10FE0D1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3,81</w:t>
            </w:r>
          </w:p>
        </w:tc>
      </w:tr>
      <w:tr w:rsidR="004266A8" w:rsidRPr="008E77DA" w14:paraId="7CAF3DBE" w14:textId="77777777" w:rsidTr="00F111D1">
        <w:trPr>
          <w:jc w:val="center"/>
        </w:trPr>
        <w:tc>
          <w:tcPr>
            <w:tcW w:w="3120" w:type="dxa"/>
            <w:shd w:val="clear" w:color="auto" w:fill="FFFFFF"/>
            <w:tcMar>
              <w:top w:w="60" w:type="dxa"/>
              <w:left w:w="120" w:type="dxa"/>
              <w:bottom w:w="60" w:type="dxa"/>
              <w:right w:w="120" w:type="dxa"/>
            </w:tcMar>
          </w:tcPr>
          <w:p w14:paraId="4971DA8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2FD83AA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154E6CC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4,14</w:t>
            </w:r>
          </w:p>
        </w:tc>
      </w:tr>
      <w:tr w:rsidR="004266A8" w:rsidRPr="008E77DA" w14:paraId="16DD6B5D" w14:textId="77777777" w:rsidTr="00F111D1">
        <w:trPr>
          <w:jc w:val="center"/>
        </w:trPr>
        <w:tc>
          <w:tcPr>
            <w:tcW w:w="3120" w:type="dxa"/>
            <w:shd w:val="clear" w:color="auto" w:fill="F9FAFB"/>
            <w:tcMar>
              <w:top w:w="60" w:type="dxa"/>
              <w:left w:w="120" w:type="dxa"/>
              <w:bottom w:w="60" w:type="dxa"/>
              <w:right w:w="120" w:type="dxa"/>
            </w:tcMar>
          </w:tcPr>
          <w:p w14:paraId="69E0981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68384E3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531CE72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4,29</w:t>
            </w:r>
          </w:p>
        </w:tc>
      </w:tr>
      <w:tr w:rsidR="004266A8" w:rsidRPr="008E77DA" w14:paraId="2D29318C" w14:textId="77777777" w:rsidTr="00F111D1">
        <w:trPr>
          <w:jc w:val="center"/>
        </w:trPr>
        <w:tc>
          <w:tcPr>
            <w:tcW w:w="3120" w:type="dxa"/>
            <w:shd w:val="clear" w:color="auto" w:fill="FFFFFF"/>
            <w:tcMar>
              <w:top w:w="60" w:type="dxa"/>
              <w:left w:w="120" w:type="dxa"/>
              <w:bottom w:w="60" w:type="dxa"/>
              <w:right w:w="120" w:type="dxa"/>
            </w:tcMar>
          </w:tcPr>
          <w:p w14:paraId="476C833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28F3745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1EC2AB0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3,90</w:t>
            </w:r>
          </w:p>
        </w:tc>
      </w:tr>
      <w:tr w:rsidR="004266A8" w:rsidRPr="008E77DA" w14:paraId="5E5551E7" w14:textId="77777777" w:rsidTr="00F111D1">
        <w:trPr>
          <w:jc w:val="center"/>
        </w:trPr>
        <w:tc>
          <w:tcPr>
            <w:tcW w:w="3120" w:type="dxa"/>
            <w:shd w:val="clear" w:color="auto" w:fill="F9FAFB"/>
            <w:tcMar>
              <w:top w:w="60" w:type="dxa"/>
              <w:left w:w="120" w:type="dxa"/>
              <w:bottom w:w="60" w:type="dxa"/>
              <w:right w:w="120" w:type="dxa"/>
            </w:tcMar>
          </w:tcPr>
          <w:p w14:paraId="205E8C3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663526D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201EF2C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3,67</w:t>
            </w:r>
          </w:p>
        </w:tc>
      </w:tr>
      <w:tr w:rsidR="004266A8" w:rsidRPr="008E77DA" w14:paraId="1386D129" w14:textId="77777777" w:rsidTr="00F111D1">
        <w:trPr>
          <w:jc w:val="center"/>
        </w:trPr>
        <w:tc>
          <w:tcPr>
            <w:tcW w:w="3120" w:type="dxa"/>
            <w:shd w:val="clear" w:color="auto" w:fill="FFFFFF"/>
            <w:tcMar>
              <w:top w:w="60" w:type="dxa"/>
              <w:left w:w="120" w:type="dxa"/>
              <w:bottom w:w="60" w:type="dxa"/>
              <w:right w:w="120" w:type="dxa"/>
            </w:tcMar>
          </w:tcPr>
          <w:p w14:paraId="0A33E3F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03BC199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622DD66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3,62</w:t>
            </w:r>
          </w:p>
        </w:tc>
      </w:tr>
    </w:tbl>
    <w:p w14:paraId="3612DE06" w14:textId="77777777" w:rsidR="004266A8" w:rsidRPr="008E77DA" w:rsidRDefault="004266A8" w:rsidP="008E77DA">
      <w:pPr>
        <w:spacing w:after="0" w:line="240" w:lineRule="auto"/>
        <w:rPr>
          <w:rFonts w:ascii="Times New Roman" w:hAnsi="Times New Roman" w:cs="Times New Roman"/>
        </w:rPr>
      </w:pPr>
    </w:p>
    <w:p w14:paraId="0CDC54A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06AF4E1F" w14:textId="77777777" w:rsidTr="00F111D1">
        <w:trPr>
          <w:jc w:val="center"/>
        </w:trPr>
        <w:tc>
          <w:tcPr>
            <w:tcW w:w="3120" w:type="dxa"/>
            <w:shd w:val="clear" w:color="auto" w:fill="1F4E79"/>
            <w:tcMar>
              <w:top w:w="80" w:type="dxa"/>
              <w:left w:w="120" w:type="dxa"/>
              <w:bottom w:w="80" w:type="dxa"/>
              <w:right w:w="120" w:type="dxa"/>
            </w:tcMar>
          </w:tcPr>
          <w:p w14:paraId="7BA7BD7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D1D612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B2572B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484EFEBF" w14:textId="77777777" w:rsidTr="00F111D1">
        <w:trPr>
          <w:jc w:val="center"/>
        </w:trPr>
        <w:tc>
          <w:tcPr>
            <w:tcW w:w="3120" w:type="dxa"/>
            <w:shd w:val="clear" w:color="auto" w:fill="F9FAFB"/>
            <w:tcMar>
              <w:top w:w="60" w:type="dxa"/>
              <w:left w:w="120" w:type="dxa"/>
              <w:bottom w:w="60" w:type="dxa"/>
              <w:right w:w="120" w:type="dxa"/>
            </w:tcMar>
          </w:tcPr>
          <w:p w14:paraId="0E54BB1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39AA4F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3EB8883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4,24</w:t>
            </w:r>
          </w:p>
        </w:tc>
      </w:tr>
      <w:tr w:rsidR="004266A8" w:rsidRPr="008E77DA" w14:paraId="2D694A39" w14:textId="77777777" w:rsidTr="00F111D1">
        <w:trPr>
          <w:jc w:val="center"/>
        </w:trPr>
        <w:tc>
          <w:tcPr>
            <w:tcW w:w="3120" w:type="dxa"/>
            <w:shd w:val="clear" w:color="auto" w:fill="FFFFFF"/>
            <w:tcMar>
              <w:top w:w="60" w:type="dxa"/>
              <w:left w:w="120" w:type="dxa"/>
              <w:bottom w:w="60" w:type="dxa"/>
              <w:right w:w="120" w:type="dxa"/>
            </w:tcMar>
          </w:tcPr>
          <w:p w14:paraId="198FD1E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D73A58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18A2823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4,14</w:t>
            </w:r>
          </w:p>
        </w:tc>
      </w:tr>
      <w:tr w:rsidR="004266A8" w:rsidRPr="008E77DA" w14:paraId="37FCF504" w14:textId="77777777" w:rsidTr="00F111D1">
        <w:trPr>
          <w:jc w:val="center"/>
        </w:trPr>
        <w:tc>
          <w:tcPr>
            <w:tcW w:w="3120" w:type="dxa"/>
            <w:shd w:val="clear" w:color="auto" w:fill="F9FAFB"/>
            <w:tcMar>
              <w:top w:w="60" w:type="dxa"/>
              <w:left w:w="120" w:type="dxa"/>
              <w:bottom w:w="60" w:type="dxa"/>
              <w:right w:w="120" w:type="dxa"/>
            </w:tcMar>
          </w:tcPr>
          <w:p w14:paraId="3B513DE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6C1A96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3E8CBB5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4,05</w:t>
            </w:r>
          </w:p>
        </w:tc>
      </w:tr>
      <w:tr w:rsidR="004266A8" w:rsidRPr="008E77DA" w14:paraId="46585CAE" w14:textId="77777777" w:rsidTr="00F111D1">
        <w:trPr>
          <w:jc w:val="center"/>
        </w:trPr>
        <w:tc>
          <w:tcPr>
            <w:tcW w:w="3120" w:type="dxa"/>
            <w:shd w:val="clear" w:color="auto" w:fill="FFFFFF"/>
            <w:tcMar>
              <w:top w:w="60" w:type="dxa"/>
              <w:left w:w="120" w:type="dxa"/>
              <w:bottom w:w="60" w:type="dxa"/>
              <w:right w:w="120" w:type="dxa"/>
            </w:tcMar>
          </w:tcPr>
          <w:p w14:paraId="7E507B8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0A1065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6C7E5A3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3,95</w:t>
            </w:r>
          </w:p>
        </w:tc>
      </w:tr>
      <w:tr w:rsidR="004266A8" w:rsidRPr="008E77DA" w14:paraId="7630CC93" w14:textId="77777777" w:rsidTr="00F111D1">
        <w:trPr>
          <w:jc w:val="center"/>
        </w:trPr>
        <w:tc>
          <w:tcPr>
            <w:tcW w:w="3120" w:type="dxa"/>
            <w:shd w:val="clear" w:color="auto" w:fill="F9FAFB"/>
            <w:tcMar>
              <w:top w:w="60" w:type="dxa"/>
              <w:left w:w="120" w:type="dxa"/>
              <w:bottom w:w="60" w:type="dxa"/>
              <w:right w:w="120" w:type="dxa"/>
            </w:tcMar>
          </w:tcPr>
          <w:p w14:paraId="46E8518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598DA65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2A32B40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3,38</w:t>
            </w:r>
          </w:p>
        </w:tc>
      </w:tr>
    </w:tbl>
    <w:p w14:paraId="49251C69" w14:textId="77777777" w:rsidR="004266A8" w:rsidRPr="008E77DA" w:rsidRDefault="004266A8" w:rsidP="008E77DA">
      <w:pPr>
        <w:spacing w:after="0" w:line="240" w:lineRule="auto"/>
        <w:rPr>
          <w:rFonts w:ascii="Times New Roman" w:hAnsi="Times New Roman" w:cs="Times New Roman"/>
        </w:rPr>
      </w:pPr>
    </w:p>
    <w:p w14:paraId="2FBFCF79" w14:textId="77777777" w:rsidR="004266A8" w:rsidRPr="008E77DA" w:rsidRDefault="004266A8" w:rsidP="008E77DA">
      <w:pPr>
        <w:spacing w:after="0" w:line="240" w:lineRule="auto"/>
        <w:rPr>
          <w:rFonts w:ascii="Times New Roman" w:hAnsi="Times New Roman" w:cs="Times New Roman"/>
        </w:rPr>
      </w:pPr>
    </w:p>
    <w:p w14:paraId="6C871AF0" w14:textId="3D0ABCE9"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22. Ders: FZD 100 - Üniversite Kültürü ve Oryantasyonu</w:t>
      </w:r>
    </w:p>
    <w:p w14:paraId="16215C0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48F925DC" w14:textId="77777777" w:rsidTr="00F111D1">
        <w:trPr>
          <w:jc w:val="center"/>
        </w:trPr>
        <w:tc>
          <w:tcPr>
            <w:tcW w:w="3120" w:type="dxa"/>
            <w:shd w:val="clear" w:color="auto" w:fill="1F4E79"/>
            <w:tcMar>
              <w:top w:w="80" w:type="dxa"/>
              <w:left w:w="120" w:type="dxa"/>
              <w:bottom w:w="80" w:type="dxa"/>
              <w:right w:w="120" w:type="dxa"/>
            </w:tcMar>
          </w:tcPr>
          <w:p w14:paraId="18D54A1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9885FB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0FCD105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2436513A" w14:textId="77777777" w:rsidTr="00F111D1">
        <w:trPr>
          <w:jc w:val="center"/>
        </w:trPr>
        <w:tc>
          <w:tcPr>
            <w:tcW w:w="3120" w:type="dxa"/>
            <w:shd w:val="clear" w:color="auto" w:fill="F9FAFB"/>
            <w:tcMar>
              <w:top w:w="60" w:type="dxa"/>
              <w:left w:w="120" w:type="dxa"/>
              <w:bottom w:w="60" w:type="dxa"/>
              <w:right w:w="120" w:type="dxa"/>
            </w:tcMar>
          </w:tcPr>
          <w:p w14:paraId="192E489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1FA43A6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7A62327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2,14</w:t>
            </w:r>
          </w:p>
        </w:tc>
      </w:tr>
      <w:tr w:rsidR="004266A8" w:rsidRPr="008E77DA" w14:paraId="333524D0" w14:textId="77777777" w:rsidTr="00F111D1">
        <w:trPr>
          <w:jc w:val="center"/>
        </w:trPr>
        <w:tc>
          <w:tcPr>
            <w:tcW w:w="3120" w:type="dxa"/>
            <w:shd w:val="clear" w:color="auto" w:fill="FFFFFF"/>
            <w:tcMar>
              <w:top w:w="60" w:type="dxa"/>
              <w:left w:w="120" w:type="dxa"/>
              <w:bottom w:w="60" w:type="dxa"/>
              <w:right w:w="120" w:type="dxa"/>
            </w:tcMar>
          </w:tcPr>
          <w:p w14:paraId="52D6E3D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8EF19F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27C45D1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2,29</w:t>
            </w:r>
          </w:p>
        </w:tc>
      </w:tr>
      <w:tr w:rsidR="004266A8" w:rsidRPr="008E77DA" w14:paraId="2D2A6321" w14:textId="77777777" w:rsidTr="00F111D1">
        <w:trPr>
          <w:jc w:val="center"/>
        </w:trPr>
        <w:tc>
          <w:tcPr>
            <w:tcW w:w="3120" w:type="dxa"/>
            <w:shd w:val="clear" w:color="auto" w:fill="F9FAFB"/>
            <w:tcMar>
              <w:top w:w="60" w:type="dxa"/>
              <w:left w:w="120" w:type="dxa"/>
              <w:bottom w:w="60" w:type="dxa"/>
              <w:right w:w="120" w:type="dxa"/>
            </w:tcMar>
          </w:tcPr>
          <w:p w14:paraId="18D1FC0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ABE88C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0A92649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2,57</w:t>
            </w:r>
          </w:p>
        </w:tc>
      </w:tr>
      <w:tr w:rsidR="004266A8" w:rsidRPr="008E77DA" w14:paraId="7B8241FF" w14:textId="77777777" w:rsidTr="00F111D1">
        <w:trPr>
          <w:jc w:val="center"/>
        </w:trPr>
        <w:tc>
          <w:tcPr>
            <w:tcW w:w="3120" w:type="dxa"/>
            <w:shd w:val="clear" w:color="auto" w:fill="FFFFFF"/>
            <w:tcMar>
              <w:top w:w="60" w:type="dxa"/>
              <w:left w:w="120" w:type="dxa"/>
              <w:bottom w:w="60" w:type="dxa"/>
              <w:right w:w="120" w:type="dxa"/>
            </w:tcMar>
          </w:tcPr>
          <w:p w14:paraId="4E29B42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0F0AA0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1BB7F6C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2,79</w:t>
            </w:r>
          </w:p>
        </w:tc>
      </w:tr>
    </w:tbl>
    <w:p w14:paraId="4F2AC574" w14:textId="77777777" w:rsidR="004266A8" w:rsidRPr="008E77DA" w:rsidRDefault="004266A8" w:rsidP="008E77DA">
      <w:pPr>
        <w:spacing w:after="0" w:line="240" w:lineRule="auto"/>
        <w:rPr>
          <w:rFonts w:ascii="Times New Roman" w:hAnsi="Times New Roman" w:cs="Times New Roman"/>
        </w:rPr>
      </w:pPr>
    </w:p>
    <w:p w14:paraId="36E5C9A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sz w:val="21"/>
        </w:rPr>
        <w:lastRenderedPageBreak/>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4266A8" w:rsidRPr="008E77DA" w14:paraId="16918B95" w14:textId="77777777" w:rsidTr="00F111D1">
        <w:trPr>
          <w:jc w:val="center"/>
        </w:trPr>
        <w:tc>
          <w:tcPr>
            <w:tcW w:w="4680" w:type="dxa"/>
            <w:shd w:val="clear" w:color="auto" w:fill="1F4E79"/>
            <w:tcMar>
              <w:top w:w="80" w:type="dxa"/>
              <w:left w:w="120" w:type="dxa"/>
              <w:bottom w:w="80" w:type="dxa"/>
              <w:right w:w="120" w:type="dxa"/>
            </w:tcMar>
          </w:tcPr>
          <w:p w14:paraId="2877108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7AC299C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4266A8" w:rsidRPr="008E77DA" w14:paraId="19A5F5F7" w14:textId="77777777" w:rsidTr="00F111D1">
        <w:trPr>
          <w:jc w:val="center"/>
        </w:trPr>
        <w:tc>
          <w:tcPr>
            <w:tcW w:w="4680" w:type="dxa"/>
            <w:shd w:val="clear" w:color="auto" w:fill="F9FAFB"/>
            <w:tcMar>
              <w:top w:w="60" w:type="dxa"/>
              <w:left w:w="120" w:type="dxa"/>
              <w:bottom w:w="60" w:type="dxa"/>
              <w:right w:w="120" w:type="dxa"/>
            </w:tcMar>
          </w:tcPr>
          <w:p w14:paraId="68A4A06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0EA98D7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0,21 saat</w:t>
            </w:r>
          </w:p>
        </w:tc>
      </w:tr>
      <w:tr w:rsidR="004266A8" w:rsidRPr="008E77DA" w14:paraId="324A4E51" w14:textId="77777777" w:rsidTr="00F111D1">
        <w:trPr>
          <w:jc w:val="center"/>
        </w:trPr>
        <w:tc>
          <w:tcPr>
            <w:tcW w:w="4680" w:type="dxa"/>
            <w:shd w:val="clear" w:color="auto" w:fill="FFFFFF"/>
            <w:tcMar>
              <w:top w:w="60" w:type="dxa"/>
              <w:left w:w="120" w:type="dxa"/>
              <w:bottom w:w="60" w:type="dxa"/>
              <w:right w:w="120" w:type="dxa"/>
            </w:tcMar>
          </w:tcPr>
          <w:p w14:paraId="0ED9BA6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51CFF72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0,14 saat</w:t>
            </w:r>
          </w:p>
        </w:tc>
      </w:tr>
      <w:tr w:rsidR="004266A8" w:rsidRPr="008E77DA" w14:paraId="5CCDFE5B" w14:textId="77777777" w:rsidTr="00F111D1">
        <w:trPr>
          <w:jc w:val="center"/>
        </w:trPr>
        <w:tc>
          <w:tcPr>
            <w:tcW w:w="4680" w:type="dxa"/>
            <w:shd w:val="clear" w:color="auto" w:fill="F9FAFB"/>
            <w:tcMar>
              <w:top w:w="60" w:type="dxa"/>
              <w:left w:w="120" w:type="dxa"/>
              <w:bottom w:w="60" w:type="dxa"/>
              <w:right w:w="120" w:type="dxa"/>
            </w:tcMar>
          </w:tcPr>
          <w:p w14:paraId="67AB528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32896AA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0,14 saat</w:t>
            </w:r>
          </w:p>
        </w:tc>
      </w:tr>
      <w:tr w:rsidR="004266A8" w:rsidRPr="008E77DA" w14:paraId="30575DE5" w14:textId="77777777" w:rsidTr="00F111D1">
        <w:trPr>
          <w:jc w:val="center"/>
        </w:trPr>
        <w:tc>
          <w:tcPr>
            <w:tcW w:w="4680" w:type="dxa"/>
            <w:shd w:val="clear" w:color="auto" w:fill="FFFFFF"/>
            <w:tcMar>
              <w:top w:w="60" w:type="dxa"/>
              <w:left w:w="120" w:type="dxa"/>
              <w:bottom w:w="60" w:type="dxa"/>
              <w:right w:w="120" w:type="dxa"/>
            </w:tcMar>
          </w:tcPr>
          <w:p w14:paraId="65A3D9E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59EB3B8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0,07 saat</w:t>
            </w:r>
          </w:p>
        </w:tc>
      </w:tr>
      <w:tr w:rsidR="004266A8" w:rsidRPr="008E77DA" w14:paraId="6A0E8836" w14:textId="77777777" w:rsidTr="00F111D1">
        <w:trPr>
          <w:jc w:val="center"/>
        </w:trPr>
        <w:tc>
          <w:tcPr>
            <w:tcW w:w="4680" w:type="dxa"/>
            <w:shd w:val="clear" w:color="auto" w:fill="F9FAFB"/>
            <w:tcMar>
              <w:top w:w="60" w:type="dxa"/>
              <w:left w:w="120" w:type="dxa"/>
              <w:bottom w:w="60" w:type="dxa"/>
              <w:right w:w="120" w:type="dxa"/>
            </w:tcMar>
          </w:tcPr>
          <w:p w14:paraId="22B9E85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51133CC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0,36 saat</w:t>
            </w:r>
          </w:p>
        </w:tc>
      </w:tr>
      <w:tr w:rsidR="004266A8" w:rsidRPr="008E77DA" w14:paraId="59D7FB01" w14:textId="77777777" w:rsidTr="00F111D1">
        <w:trPr>
          <w:jc w:val="center"/>
        </w:trPr>
        <w:tc>
          <w:tcPr>
            <w:tcW w:w="4680" w:type="dxa"/>
            <w:shd w:val="clear" w:color="auto" w:fill="FFFFFF"/>
            <w:tcMar>
              <w:top w:w="60" w:type="dxa"/>
              <w:left w:w="120" w:type="dxa"/>
              <w:bottom w:w="60" w:type="dxa"/>
              <w:right w:w="120" w:type="dxa"/>
            </w:tcMar>
          </w:tcPr>
          <w:p w14:paraId="4A8C602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065083A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0,07 saat</w:t>
            </w:r>
          </w:p>
        </w:tc>
      </w:tr>
      <w:tr w:rsidR="004266A8" w:rsidRPr="008E77DA" w14:paraId="210FF4FF" w14:textId="77777777" w:rsidTr="00F111D1">
        <w:trPr>
          <w:jc w:val="center"/>
        </w:trPr>
        <w:tc>
          <w:tcPr>
            <w:tcW w:w="4680" w:type="dxa"/>
            <w:shd w:val="clear" w:color="auto" w:fill="F9FAFB"/>
            <w:tcMar>
              <w:top w:w="60" w:type="dxa"/>
              <w:left w:w="120" w:type="dxa"/>
              <w:bottom w:w="60" w:type="dxa"/>
              <w:right w:w="120" w:type="dxa"/>
            </w:tcMar>
          </w:tcPr>
          <w:p w14:paraId="4DC544E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23F24A0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w:t>
            </w:r>
          </w:p>
        </w:tc>
      </w:tr>
      <w:tr w:rsidR="004266A8" w:rsidRPr="008E77DA" w14:paraId="78C2A316" w14:textId="77777777" w:rsidTr="00F111D1">
        <w:trPr>
          <w:jc w:val="center"/>
        </w:trPr>
        <w:tc>
          <w:tcPr>
            <w:tcW w:w="4680" w:type="dxa"/>
            <w:shd w:val="clear" w:color="auto" w:fill="FFFFFF"/>
            <w:tcMar>
              <w:top w:w="60" w:type="dxa"/>
              <w:left w:w="120" w:type="dxa"/>
              <w:bottom w:w="60" w:type="dxa"/>
              <w:right w:w="120" w:type="dxa"/>
            </w:tcMar>
          </w:tcPr>
          <w:p w14:paraId="7C36A26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5701BD2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1,21 saat</w:t>
            </w:r>
          </w:p>
        </w:tc>
      </w:tr>
    </w:tbl>
    <w:p w14:paraId="5DF770FC" w14:textId="77777777" w:rsidR="004266A8" w:rsidRPr="008E77DA" w:rsidRDefault="004266A8" w:rsidP="008E77DA">
      <w:pPr>
        <w:spacing w:after="0" w:line="240" w:lineRule="auto"/>
        <w:rPr>
          <w:rFonts w:ascii="Times New Roman" w:hAnsi="Times New Roman" w:cs="Times New Roman"/>
        </w:rPr>
      </w:pPr>
    </w:p>
    <w:p w14:paraId="78B6664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215073D0" w14:textId="77777777" w:rsidTr="00F111D1">
        <w:trPr>
          <w:jc w:val="center"/>
        </w:trPr>
        <w:tc>
          <w:tcPr>
            <w:tcW w:w="3120" w:type="dxa"/>
            <w:shd w:val="clear" w:color="auto" w:fill="1F4E79"/>
            <w:tcMar>
              <w:top w:w="80" w:type="dxa"/>
              <w:left w:w="120" w:type="dxa"/>
              <w:bottom w:w="80" w:type="dxa"/>
              <w:right w:w="120" w:type="dxa"/>
            </w:tcMar>
          </w:tcPr>
          <w:p w14:paraId="087DF5B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347BA7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1C8D99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1D0B7CE0" w14:textId="77777777" w:rsidTr="00F111D1">
        <w:trPr>
          <w:jc w:val="center"/>
        </w:trPr>
        <w:tc>
          <w:tcPr>
            <w:tcW w:w="3120" w:type="dxa"/>
            <w:shd w:val="clear" w:color="auto" w:fill="F9FAFB"/>
            <w:tcMar>
              <w:top w:w="60" w:type="dxa"/>
              <w:left w:w="120" w:type="dxa"/>
              <w:bottom w:w="60" w:type="dxa"/>
              <w:right w:w="120" w:type="dxa"/>
            </w:tcMar>
          </w:tcPr>
          <w:p w14:paraId="2677B30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91AE8E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7866DBC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3,64</w:t>
            </w:r>
          </w:p>
        </w:tc>
      </w:tr>
      <w:tr w:rsidR="004266A8" w:rsidRPr="008E77DA" w14:paraId="49E20E20" w14:textId="77777777" w:rsidTr="00F111D1">
        <w:trPr>
          <w:jc w:val="center"/>
        </w:trPr>
        <w:tc>
          <w:tcPr>
            <w:tcW w:w="3120" w:type="dxa"/>
            <w:shd w:val="clear" w:color="auto" w:fill="FFFFFF"/>
            <w:tcMar>
              <w:top w:w="60" w:type="dxa"/>
              <w:left w:w="120" w:type="dxa"/>
              <w:bottom w:w="60" w:type="dxa"/>
              <w:right w:w="120" w:type="dxa"/>
            </w:tcMar>
          </w:tcPr>
          <w:p w14:paraId="5CC26DC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9FA1AF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7AE8A3D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4266A8" w:rsidRPr="008E77DA" w14:paraId="780F8065" w14:textId="77777777" w:rsidTr="00F111D1">
        <w:trPr>
          <w:jc w:val="center"/>
        </w:trPr>
        <w:tc>
          <w:tcPr>
            <w:tcW w:w="3120" w:type="dxa"/>
            <w:shd w:val="clear" w:color="auto" w:fill="F9FAFB"/>
            <w:tcMar>
              <w:top w:w="60" w:type="dxa"/>
              <w:left w:w="120" w:type="dxa"/>
              <w:bottom w:w="60" w:type="dxa"/>
              <w:right w:w="120" w:type="dxa"/>
            </w:tcMar>
          </w:tcPr>
          <w:p w14:paraId="0044C34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6903887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47969CF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3,36</w:t>
            </w:r>
          </w:p>
        </w:tc>
      </w:tr>
      <w:tr w:rsidR="004266A8" w:rsidRPr="008E77DA" w14:paraId="453377E8" w14:textId="77777777" w:rsidTr="00F111D1">
        <w:trPr>
          <w:jc w:val="center"/>
        </w:trPr>
        <w:tc>
          <w:tcPr>
            <w:tcW w:w="3120" w:type="dxa"/>
            <w:shd w:val="clear" w:color="auto" w:fill="FFFFFF"/>
            <w:tcMar>
              <w:top w:w="60" w:type="dxa"/>
              <w:left w:w="120" w:type="dxa"/>
              <w:bottom w:w="60" w:type="dxa"/>
              <w:right w:w="120" w:type="dxa"/>
            </w:tcMar>
          </w:tcPr>
          <w:p w14:paraId="05BDA16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56E57F8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3D5A1DB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r w:rsidR="004266A8" w:rsidRPr="008E77DA" w14:paraId="151E72E3" w14:textId="77777777" w:rsidTr="00F111D1">
        <w:trPr>
          <w:jc w:val="center"/>
        </w:trPr>
        <w:tc>
          <w:tcPr>
            <w:tcW w:w="3120" w:type="dxa"/>
            <w:shd w:val="clear" w:color="auto" w:fill="F9FAFB"/>
            <w:tcMar>
              <w:top w:w="60" w:type="dxa"/>
              <w:left w:w="120" w:type="dxa"/>
              <w:bottom w:w="60" w:type="dxa"/>
              <w:right w:w="120" w:type="dxa"/>
            </w:tcMar>
          </w:tcPr>
          <w:p w14:paraId="628BEB7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2CD58C4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1772406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4266A8" w:rsidRPr="008E77DA" w14:paraId="73EA0C1B" w14:textId="77777777" w:rsidTr="00F111D1">
        <w:trPr>
          <w:jc w:val="center"/>
        </w:trPr>
        <w:tc>
          <w:tcPr>
            <w:tcW w:w="3120" w:type="dxa"/>
            <w:shd w:val="clear" w:color="auto" w:fill="FFFFFF"/>
            <w:tcMar>
              <w:top w:w="60" w:type="dxa"/>
              <w:left w:w="120" w:type="dxa"/>
              <w:bottom w:w="60" w:type="dxa"/>
              <w:right w:w="120" w:type="dxa"/>
            </w:tcMar>
          </w:tcPr>
          <w:p w14:paraId="4C2A276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0836C2C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37DB521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r w:rsidR="004266A8" w:rsidRPr="008E77DA" w14:paraId="12D98470" w14:textId="77777777" w:rsidTr="00F111D1">
        <w:trPr>
          <w:jc w:val="center"/>
        </w:trPr>
        <w:tc>
          <w:tcPr>
            <w:tcW w:w="3120" w:type="dxa"/>
            <w:shd w:val="clear" w:color="auto" w:fill="F9FAFB"/>
            <w:tcMar>
              <w:top w:w="60" w:type="dxa"/>
              <w:left w:w="120" w:type="dxa"/>
              <w:bottom w:w="60" w:type="dxa"/>
              <w:right w:w="120" w:type="dxa"/>
            </w:tcMar>
          </w:tcPr>
          <w:p w14:paraId="74DF656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3941714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1EA3F42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4266A8" w:rsidRPr="008E77DA" w14:paraId="631E413F" w14:textId="77777777" w:rsidTr="00F111D1">
        <w:trPr>
          <w:jc w:val="center"/>
        </w:trPr>
        <w:tc>
          <w:tcPr>
            <w:tcW w:w="3120" w:type="dxa"/>
            <w:shd w:val="clear" w:color="auto" w:fill="FFFFFF"/>
            <w:tcMar>
              <w:top w:w="60" w:type="dxa"/>
              <w:left w:w="120" w:type="dxa"/>
              <w:bottom w:w="60" w:type="dxa"/>
              <w:right w:w="120" w:type="dxa"/>
            </w:tcMar>
          </w:tcPr>
          <w:p w14:paraId="3DBA662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32EC9E4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3A80328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4266A8" w:rsidRPr="008E77DA" w14:paraId="77A3D33A" w14:textId="77777777" w:rsidTr="00F111D1">
        <w:trPr>
          <w:jc w:val="center"/>
        </w:trPr>
        <w:tc>
          <w:tcPr>
            <w:tcW w:w="3120" w:type="dxa"/>
            <w:shd w:val="clear" w:color="auto" w:fill="F9FAFB"/>
            <w:tcMar>
              <w:top w:w="60" w:type="dxa"/>
              <w:left w:w="120" w:type="dxa"/>
              <w:bottom w:w="60" w:type="dxa"/>
              <w:right w:w="120" w:type="dxa"/>
            </w:tcMar>
          </w:tcPr>
          <w:p w14:paraId="1ABA0B8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6E599E6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7F1F87A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3,36</w:t>
            </w:r>
          </w:p>
        </w:tc>
      </w:tr>
      <w:tr w:rsidR="004266A8" w:rsidRPr="008E77DA" w14:paraId="302B0885" w14:textId="77777777" w:rsidTr="00F111D1">
        <w:trPr>
          <w:jc w:val="center"/>
        </w:trPr>
        <w:tc>
          <w:tcPr>
            <w:tcW w:w="3120" w:type="dxa"/>
            <w:shd w:val="clear" w:color="auto" w:fill="FFFFFF"/>
            <w:tcMar>
              <w:top w:w="60" w:type="dxa"/>
              <w:left w:w="120" w:type="dxa"/>
              <w:bottom w:w="60" w:type="dxa"/>
              <w:right w:w="120" w:type="dxa"/>
            </w:tcMar>
          </w:tcPr>
          <w:p w14:paraId="62EB55E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794A4B5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32382D3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4266A8" w:rsidRPr="008E77DA" w14:paraId="16DFB660" w14:textId="77777777" w:rsidTr="00F111D1">
        <w:trPr>
          <w:jc w:val="center"/>
        </w:trPr>
        <w:tc>
          <w:tcPr>
            <w:tcW w:w="3120" w:type="dxa"/>
            <w:shd w:val="clear" w:color="auto" w:fill="F9FAFB"/>
            <w:tcMar>
              <w:top w:w="60" w:type="dxa"/>
              <w:left w:w="120" w:type="dxa"/>
              <w:bottom w:w="60" w:type="dxa"/>
              <w:right w:w="120" w:type="dxa"/>
            </w:tcMar>
          </w:tcPr>
          <w:p w14:paraId="7DF2ADF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620963F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1D4C658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3,21</w:t>
            </w:r>
          </w:p>
        </w:tc>
      </w:tr>
      <w:tr w:rsidR="004266A8" w:rsidRPr="008E77DA" w14:paraId="56D4A4D3" w14:textId="77777777" w:rsidTr="00F111D1">
        <w:trPr>
          <w:jc w:val="center"/>
        </w:trPr>
        <w:tc>
          <w:tcPr>
            <w:tcW w:w="3120" w:type="dxa"/>
            <w:shd w:val="clear" w:color="auto" w:fill="FFFFFF"/>
            <w:tcMar>
              <w:top w:w="60" w:type="dxa"/>
              <w:left w:w="120" w:type="dxa"/>
              <w:bottom w:w="60" w:type="dxa"/>
              <w:right w:w="120" w:type="dxa"/>
            </w:tcMar>
          </w:tcPr>
          <w:p w14:paraId="1F643B8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12</w:t>
            </w:r>
          </w:p>
        </w:tc>
        <w:tc>
          <w:tcPr>
            <w:tcW w:w="3120" w:type="dxa"/>
            <w:shd w:val="clear" w:color="auto" w:fill="FFFFFF"/>
            <w:tcMar>
              <w:top w:w="60" w:type="dxa"/>
              <w:left w:w="120" w:type="dxa"/>
              <w:bottom w:w="60" w:type="dxa"/>
              <w:right w:w="120" w:type="dxa"/>
            </w:tcMar>
          </w:tcPr>
          <w:p w14:paraId="634D25F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21B5CF0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3,14</w:t>
            </w:r>
          </w:p>
        </w:tc>
      </w:tr>
      <w:tr w:rsidR="004266A8" w:rsidRPr="008E77DA" w14:paraId="16311769" w14:textId="77777777" w:rsidTr="00F111D1">
        <w:trPr>
          <w:jc w:val="center"/>
        </w:trPr>
        <w:tc>
          <w:tcPr>
            <w:tcW w:w="3120" w:type="dxa"/>
            <w:shd w:val="clear" w:color="auto" w:fill="F9FAFB"/>
            <w:tcMar>
              <w:top w:w="60" w:type="dxa"/>
              <w:left w:w="120" w:type="dxa"/>
              <w:bottom w:w="60" w:type="dxa"/>
              <w:right w:w="120" w:type="dxa"/>
            </w:tcMar>
          </w:tcPr>
          <w:p w14:paraId="36C4059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19179B5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39AF53D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3,36</w:t>
            </w:r>
          </w:p>
        </w:tc>
      </w:tr>
      <w:tr w:rsidR="004266A8" w:rsidRPr="008E77DA" w14:paraId="4B43B08F" w14:textId="77777777" w:rsidTr="00F111D1">
        <w:trPr>
          <w:jc w:val="center"/>
        </w:trPr>
        <w:tc>
          <w:tcPr>
            <w:tcW w:w="3120" w:type="dxa"/>
            <w:shd w:val="clear" w:color="auto" w:fill="FFFFFF"/>
            <w:tcMar>
              <w:top w:w="60" w:type="dxa"/>
              <w:left w:w="120" w:type="dxa"/>
              <w:bottom w:w="60" w:type="dxa"/>
              <w:right w:w="120" w:type="dxa"/>
            </w:tcMar>
          </w:tcPr>
          <w:p w14:paraId="745BCD9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00EC024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791F927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bl>
    <w:p w14:paraId="7ED93995" w14:textId="77777777" w:rsidR="004266A8" w:rsidRPr="008E77DA" w:rsidRDefault="004266A8" w:rsidP="008E77DA">
      <w:pPr>
        <w:spacing w:after="0" w:line="240" w:lineRule="auto"/>
        <w:rPr>
          <w:rFonts w:ascii="Times New Roman" w:hAnsi="Times New Roman" w:cs="Times New Roman"/>
        </w:rPr>
      </w:pPr>
    </w:p>
    <w:p w14:paraId="6E830EF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452E4310" w14:textId="77777777" w:rsidTr="00F111D1">
        <w:trPr>
          <w:jc w:val="center"/>
        </w:trPr>
        <w:tc>
          <w:tcPr>
            <w:tcW w:w="3120" w:type="dxa"/>
            <w:shd w:val="clear" w:color="auto" w:fill="1F4E79"/>
            <w:tcMar>
              <w:top w:w="80" w:type="dxa"/>
              <w:left w:w="120" w:type="dxa"/>
              <w:bottom w:w="80" w:type="dxa"/>
              <w:right w:w="120" w:type="dxa"/>
            </w:tcMar>
          </w:tcPr>
          <w:p w14:paraId="34E16A0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6AC673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F01051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3C4BC7B8" w14:textId="77777777" w:rsidTr="00F111D1">
        <w:trPr>
          <w:jc w:val="center"/>
        </w:trPr>
        <w:tc>
          <w:tcPr>
            <w:tcW w:w="3120" w:type="dxa"/>
            <w:shd w:val="clear" w:color="auto" w:fill="F9FAFB"/>
            <w:tcMar>
              <w:top w:w="60" w:type="dxa"/>
              <w:left w:w="120" w:type="dxa"/>
              <w:bottom w:w="60" w:type="dxa"/>
              <w:right w:w="120" w:type="dxa"/>
            </w:tcMar>
          </w:tcPr>
          <w:p w14:paraId="1ACF9D9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29DEAA5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E3898D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3,64</w:t>
            </w:r>
          </w:p>
        </w:tc>
      </w:tr>
      <w:tr w:rsidR="004266A8" w:rsidRPr="008E77DA" w14:paraId="73A6E3F3" w14:textId="77777777" w:rsidTr="00F111D1">
        <w:trPr>
          <w:jc w:val="center"/>
        </w:trPr>
        <w:tc>
          <w:tcPr>
            <w:tcW w:w="3120" w:type="dxa"/>
            <w:shd w:val="clear" w:color="auto" w:fill="FFFFFF"/>
            <w:tcMar>
              <w:top w:w="60" w:type="dxa"/>
              <w:left w:w="120" w:type="dxa"/>
              <w:bottom w:w="60" w:type="dxa"/>
              <w:right w:w="120" w:type="dxa"/>
            </w:tcMar>
          </w:tcPr>
          <w:p w14:paraId="4239BB5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BD55FE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03CD3CE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3,36</w:t>
            </w:r>
          </w:p>
        </w:tc>
      </w:tr>
      <w:tr w:rsidR="004266A8" w:rsidRPr="008E77DA" w14:paraId="54DB58FE" w14:textId="77777777" w:rsidTr="00F111D1">
        <w:trPr>
          <w:jc w:val="center"/>
        </w:trPr>
        <w:tc>
          <w:tcPr>
            <w:tcW w:w="3120" w:type="dxa"/>
            <w:shd w:val="clear" w:color="auto" w:fill="F9FAFB"/>
            <w:tcMar>
              <w:top w:w="60" w:type="dxa"/>
              <w:left w:w="120" w:type="dxa"/>
              <w:bottom w:w="60" w:type="dxa"/>
              <w:right w:w="120" w:type="dxa"/>
            </w:tcMar>
          </w:tcPr>
          <w:p w14:paraId="6483E6A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334546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7997EFE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4266A8" w:rsidRPr="008E77DA" w14:paraId="7A5C8D64" w14:textId="77777777" w:rsidTr="00F111D1">
        <w:trPr>
          <w:jc w:val="center"/>
        </w:trPr>
        <w:tc>
          <w:tcPr>
            <w:tcW w:w="3120" w:type="dxa"/>
            <w:shd w:val="clear" w:color="auto" w:fill="FFFFFF"/>
            <w:tcMar>
              <w:top w:w="60" w:type="dxa"/>
              <w:left w:w="120" w:type="dxa"/>
              <w:bottom w:w="60" w:type="dxa"/>
              <w:right w:w="120" w:type="dxa"/>
            </w:tcMar>
          </w:tcPr>
          <w:p w14:paraId="7DF1EDA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536F04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67AD31C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3,07</w:t>
            </w:r>
          </w:p>
        </w:tc>
      </w:tr>
      <w:tr w:rsidR="004266A8" w:rsidRPr="008E77DA" w14:paraId="1CC31CD6" w14:textId="77777777" w:rsidTr="00F111D1">
        <w:trPr>
          <w:jc w:val="center"/>
        </w:trPr>
        <w:tc>
          <w:tcPr>
            <w:tcW w:w="3120" w:type="dxa"/>
            <w:shd w:val="clear" w:color="auto" w:fill="F9FAFB"/>
            <w:tcMar>
              <w:top w:w="60" w:type="dxa"/>
              <w:left w:w="120" w:type="dxa"/>
              <w:bottom w:w="60" w:type="dxa"/>
              <w:right w:w="120" w:type="dxa"/>
            </w:tcMar>
          </w:tcPr>
          <w:p w14:paraId="4BA9223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3291D58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1FB924B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3,57</w:t>
            </w:r>
          </w:p>
        </w:tc>
      </w:tr>
    </w:tbl>
    <w:p w14:paraId="0435FDBC" w14:textId="77777777" w:rsidR="004266A8" w:rsidRPr="008E77DA" w:rsidRDefault="004266A8" w:rsidP="008E77DA">
      <w:pPr>
        <w:spacing w:after="0" w:line="240" w:lineRule="auto"/>
        <w:rPr>
          <w:rFonts w:ascii="Times New Roman" w:hAnsi="Times New Roman" w:cs="Times New Roman"/>
        </w:rPr>
      </w:pPr>
    </w:p>
    <w:p w14:paraId="2653CD6C" w14:textId="77777777" w:rsidR="004266A8" w:rsidRPr="008E77DA" w:rsidRDefault="004266A8" w:rsidP="008E77DA">
      <w:pPr>
        <w:spacing w:after="0" w:line="240" w:lineRule="auto"/>
        <w:rPr>
          <w:rFonts w:ascii="Times New Roman" w:hAnsi="Times New Roman" w:cs="Times New Roman"/>
        </w:rPr>
      </w:pPr>
    </w:p>
    <w:p w14:paraId="77FC5D95" w14:textId="5FFDF9EE"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23. Ders: FZD 109 - Sağlık Hizmetlerinde İletişim</w:t>
      </w:r>
    </w:p>
    <w:p w14:paraId="279F038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66535D5C" w14:textId="77777777" w:rsidTr="00F111D1">
        <w:trPr>
          <w:jc w:val="center"/>
        </w:trPr>
        <w:tc>
          <w:tcPr>
            <w:tcW w:w="3120" w:type="dxa"/>
            <w:shd w:val="clear" w:color="auto" w:fill="1F4E79"/>
            <w:tcMar>
              <w:top w:w="80" w:type="dxa"/>
              <w:left w:w="120" w:type="dxa"/>
              <w:bottom w:w="80" w:type="dxa"/>
              <w:right w:w="120" w:type="dxa"/>
            </w:tcMar>
          </w:tcPr>
          <w:p w14:paraId="1A58441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739EB1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3FCDA6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25A3D15A" w14:textId="77777777" w:rsidTr="00F111D1">
        <w:trPr>
          <w:jc w:val="center"/>
        </w:trPr>
        <w:tc>
          <w:tcPr>
            <w:tcW w:w="3120" w:type="dxa"/>
            <w:shd w:val="clear" w:color="auto" w:fill="F9FAFB"/>
            <w:tcMar>
              <w:top w:w="60" w:type="dxa"/>
              <w:left w:w="120" w:type="dxa"/>
              <w:bottom w:w="60" w:type="dxa"/>
              <w:right w:w="120" w:type="dxa"/>
            </w:tcMar>
          </w:tcPr>
          <w:p w14:paraId="2731784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2FDF035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198F32F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4266A8" w:rsidRPr="008E77DA" w14:paraId="17B2CF9A" w14:textId="77777777" w:rsidTr="00F111D1">
        <w:trPr>
          <w:jc w:val="center"/>
        </w:trPr>
        <w:tc>
          <w:tcPr>
            <w:tcW w:w="3120" w:type="dxa"/>
            <w:shd w:val="clear" w:color="auto" w:fill="FFFFFF"/>
            <w:tcMar>
              <w:top w:w="60" w:type="dxa"/>
              <w:left w:w="120" w:type="dxa"/>
              <w:bottom w:w="60" w:type="dxa"/>
              <w:right w:w="120" w:type="dxa"/>
            </w:tcMar>
          </w:tcPr>
          <w:p w14:paraId="18A3417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A12341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3764238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3,38</w:t>
            </w:r>
          </w:p>
        </w:tc>
      </w:tr>
      <w:tr w:rsidR="004266A8" w:rsidRPr="008E77DA" w14:paraId="40F514CC" w14:textId="77777777" w:rsidTr="00F111D1">
        <w:trPr>
          <w:jc w:val="center"/>
        </w:trPr>
        <w:tc>
          <w:tcPr>
            <w:tcW w:w="3120" w:type="dxa"/>
            <w:shd w:val="clear" w:color="auto" w:fill="F9FAFB"/>
            <w:tcMar>
              <w:top w:w="60" w:type="dxa"/>
              <w:left w:w="120" w:type="dxa"/>
              <w:bottom w:w="60" w:type="dxa"/>
              <w:right w:w="120" w:type="dxa"/>
            </w:tcMar>
          </w:tcPr>
          <w:p w14:paraId="41D3023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5708C57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068BEC4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4266A8" w:rsidRPr="008E77DA" w14:paraId="5BE44C44" w14:textId="77777777" w:rsidTr="00F111D1">
        <w:trPr>
          <w:jc w:val="center"/>
        </w:trPr>
        <w:tc>
          <w:tcPr>
            <w:tcW w:w="3120" w:type="dxa"/>
            <w:shd w:val="clear" w:color="auto" w:fill="FFFFFF"/>
            <w:tcMar>
              <w:top w:w="60" w:type="dxa"/>
              <w:left w:w="120" w:type="dxa"/>
              <w:bottom w:w="60" w:type="dxa"/>
              <w:right w:w="120" w:type="dxa"/>
            </w:tcMar>
          </w:tcPr>
          <w:p w14:paraId="152BB34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888494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2F6F4CD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3,25</w:t>
            </w:r>
          </w:p>
        </w:tc>
      </w:tr>
    </w:tbl>
    <w:p w14:paraId="604EBD52" w14:textId="77777777" w:rsidR="004266A8" w:rsidRPr="008E77DA" w:rsidRDefault="004266A8" w:rsidP="008E77DA">
      <w:pPr>
        <w:spacing w:after="0" w:line="240" w:lineRule="auto"/>
        <w:rPr>
          <w:rFonts w:ascii="Times New Roman" w:hAnsi="Times New Roman" w:cs="Times New Roman"/>
        </w:rPr>
      </w:pPr>
    </w:p>
    <w:p w14:paraId="47C1CCD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4266A8" w:rsidRPr="008E77DA" w14:paraId="636BF35A" w14:textId="77777777" w:rsidTr="00F111D1">
        <w:trPr>
          <w:jc w:val="center"/>
        </w:trPr>
        <w:tc>
          <w:tcPr>
            <w:tcW w:w="4680" w:type="dxa"/>
            <w:shd w:val="clear" w:color="auto" w:fill="1F4E79"/>
            <w:tcMar>
              <w:top w:w="80" w:type="dxa"/>
              <w:left w:w="120" w:type="dxa"/>
              <w:bottom w:w="80" w:type="dxa"/>
              <w:right w:w="120" w:type="dxa"/>
            </w:tcMar>
          </w:tcPr>
          <w:p w14:paraId="70DCADC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5D0351F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4266A8" w:rsidRPr="008E77DA" w14:paraId="30E6146F" w14:textId="77777777" w:rsidTr="00F111D1">
        <w:trPr>
          <w:jc w:val="center"/>
        </w:trPr>
        <w:tc>
          <w:tcPr>
            <w:tcW w:w="4680" w:type="dxa"/>
            <w:shd w:val="clear" w:color="auto" w:fill="F9FAFB"/>
            <w:tcMar>
              <w:top w:w="60" w:type="dxa"/>
              <w:left w:w="120" w:type="dxa"/>
              <w:bottom w:w="60" w:type="dxa"/>
              <w:right w:w="120" w:type="dxa"/>
            </w:tcMar>
          </w:tcPr>
          <w:p w14:paraId="3F63AB3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6DAD6AC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1,40 saat</w:t>
            </w:r>
          </w:p>
        </w:tc>
      </w:tr>
      <w:tr w:rsidR="004266A8" w:rsidRPr="008E77DA" w14:paraId="517D3CB7" w14:textId="77777777" w:rsidTr="00F111D1">
        <w:trPr>
          <w:jc w:val="center"/>
        </w:trPr>
        <w:tc>
          <w:tcPr>
            <w:tcW w:w="4680" w:type="dxa"/>
            <w:shd w:val="clear" w:color="auto" w:fill="FFFFFF"/>
            <w:tcMar>
              <w:top w:w="60" w:type="dxa"/>
              <w:left w:w="120" w:type="dxa"/>
              <w:bottom w:w="60" w:type="dxa"/>
              <w:right w:w="120" w:type="dxa"/>
            </w:tcMar>
          </w:tcPr>
          <w:p w14:paraId="05AAAC6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7FA3FF1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0,69 saat</w:t>
            </w:r>
          </w:p>
        </w:tc>
      </w:tr>
      <w:tr w:rsidR="004266A8" w:rsidRPr="008E77DA" w14:paraId="0CEC1E7B" w14:textId="77777777" w:rsidTr="00F111D1">
        <w:trPr>
          <w:jc w:val="center"/>
        </w:trPr>
        <w:tc>
          <w:tcPr>
            <w:tcW w:w="4680" w:type="dxa"/>
            <w:shd w:val="clear" w:color="auto" w:fill="F9FAFB"/>
            <w:tcMar>
              <w:top w:w="60" w:type="dxa"/>
              <w:left w:w="120" w:type="dxa"/>
              <w:bottom w:w="60" w:type="dxa"/>
              <w:right w:w="120" w:type="dxa"/>
            </w:tcMar>
          </w:tcPr>
          <w:p w14:paraId="4C8F16F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2870DD7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0,38 saat</w:t>
            </w:r>
          </w:p>
        </w:tc>
      </w:tr>
      <w:tr w:rsidR="004266A8" w:rsidRPr="008E77DA" w14:paraId="1DC4571F" w14:textId="77777777" w:rsidTr="00F111D1">
        <w:trPr>
          <w:jc w:val="center"/>
        </w:trPr>
        <w:tc>
          <w:tcPr>
            <w:tcW w:w="4680" w:type="dxa"/>
            <w:shd w:val="clear" w:color="auto" w:fill="FFFFFF"/>
            <w:tcMar>
              <w:top w:w="60" w:type="dxa"/>
              <w:left w:w="120" w:type="dxa"/>
              <w:bottom w:w="60" w:type="dxa"/>
              <w:right w:w="120" w:type="dxa"/>
            </w:tcMar>
          </w:tcPr>
          <w:p w14:paraId="595A13C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lastRenderedPageBreak/>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6FB56A8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0,50 saat</w:t>
            </w:r>
          </w:p>
        </w:tc>
      </w:tr>
      <w:tr w:rsidR="004266A8" w:rsidRPr="008E77DA" w14:paraId="7E7C2175" w14:textId="77777777" w:rsidTr="00F111D1">
        <w:trPr>
          <w:jc w:val="center"/>
        </w:trPr>
        <w:tc>
          <w:tcPr>
            <w:tcW w:w="4680" w:type="dxa"/>
            <w:shd w:val="clear" w:color="auto" w:fill="F9FAFB"/>
            <w:tcMar>
              <w:top w:w="60" w:type="dxa"/>
              <w:left w:w="120" w:type="dxa"/>
              <w:bottom w:w="60" w:type="dxa"/>
              <w:right w:w="120" w:type="dxa"/>
            </w:tcMar>
          </w:tcPr>
          <w:p w14:paraId="104EFBD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411FDD5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2,38 saat</w:t>
            </w:r>
          </w:p>
        </w:tc>
      </w:tr>
      <w:tr w:rsidR="004266A8" w:rsidRPr="008E77DA" w14:paraId="240CA0F3" w14:textId="77777777" w:rsidTr="00F111D1">
        <w:trPr>
          <w:jc w:val="center"/>
        </w:trPr>
        <w:tc>
          <w:tcPr>
            <w:tcW w:w="4680" w:type="dxa"/>
            <w:shd w:val="clear" w:color="auto" w:fill="FFFFFF"/>
            <w:tcMar>
              <w:top w:w="60" w:type="dxa"/>
              <w:left w:w="120" w:type="dxa"/>
              <w:bottom w:w="60" w:type="dxa"/>
              <w:right w:w="120" w:type="dxa"/>
            </w:tcMar>
          </w:tcPr>
          <w:p w14:paraId="7B1C7C3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0ED532D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0,81 saat</w:t>
            </w:r>
          </w:p>
        </w:tc>
      </w:tr>
      <w:tr w:rsidR="004266A8" w:rsidRPr="008E77DA" w14:paraId="378BC8A8" w14:textId="77777777" w:rsidTr="00F111D1">
        <w:trPr>
          <w:jc w:val="center"/>
        </w:trPr>
        <w:tc>
          <w:tcPr>
            <w:tcW w:w="4680" w:type="dxa"/>
            <w:shd w:val="clear" w:color="auto" w:fill="F9FAFB"/>
            <w:tcMar>
              <w:top w:w="60" w:type="dxa"/>
              <w:left w:w="120" w:type="dxa"/>
              <w:bottom w:w="60" w:type="dxa"/>
              <w:right w:w="120" w:type="dxa"/>
            </w:tcMar>
          </w:tcPr>
          <w:p w14:paraId="1387564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4A04DC7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0,12 saat</w:t>
            </w:r>
          </w:p>
        </w:tc>
      </w:tr>
      <w:tr w:rsidR="004266A8" w:rsidRPr="008E77DA" w14:paraId="37B75316" w14:textId="77777777" w:rsidTr="00F111D1">
        <w:trPr>
          <w:jc w:val="center"/>
        </w:trPr>
        <w:tc>
          <w:tcPr>
            <w:tcW w:w="4680" w:type="dxa"/>
            <w:shd w:val="clear" w:color="auto" w:fill="FFFFFF"/>
            <w:tcMar>
              <w:top w:w="60" w:type="dxa"/>
              <w:left w:w="120" w:type="dxa"/>
              <w:bottom w:w="60" w:type="dxa"/>
              <w:right w:w="120" w:type="dxa"/>
            </w:tcMar>
          </w:tcPr>
          <w:p w14:paraId="089DAAA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23A979E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3,12 saat</w:t>
            </w:r>
          </w:p>
        </w:tc>
      </w:tr>
    </w:tbl>
    <w:p w14:paraId="0EFB529B" w14:textId="77777777" w:rsidR="004266A8" w:rsidRPr="008E77DA" w:rsidRDefault="004266A8" w:rsidP="008E77DA">
      <w:pPr>
        <w:spacing w:after="0" w:line="240" w:lineRule="auto"/>
        <w:rPr>
          <w:rFonts w:ascii="Times New Roman" w:hAnsi="Times New Roman" w:cs="Times New Roman"/>
        </w:rPr>
      </w:pPr>
    </w:p>
    <w:p w14:paraId="5A9CAF1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5CF6A1FE" w14:textId="77777777" w:rsidTr="00F111D1">
        <w:trPr>
          <w:jc w:val="center"/>
        </w:trPr>
        <w:tc>
          <w:tcPr>
            <w:tcW w:w="3120" w:type="dxa"/>
            <w:shd w:val="clear" w:color="auto" w:fill="1F4E79"/>
            <w:tcMar>
              <w:top w:w="80" w:type="dxa"/>
              <w:left w:w="120" w:type="dxa"/>
              <w:bottom w:w="80" w:type="dxa"/>
              <w:right w:w="120" w:type="dxa"/>
            </w:tcMar>
          </w:tcPr>
          <w:p w14:paraId="47F5FAB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29F436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2E8830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5AC6E13B" w14:textId="77777777" w:rsidTr="00F111D1">
        <w:trPr>
          <w:jc w:val="center"/>
        </w:trPr>
        <w:tc>
          <w:tcPr>
            <w:tcW w:w="3120" w:type="dxa"/>
            <w:shd w:val="clear" w:color="auto" w:fill="F9FAFB"/>
            <w:tcMar>
              <w:top w:w="60" w:type="dxa"/>
              <w:left w:w="120" w:type="dxa"/>
              <w:bottom w:w="60" w:type="dxa"/>
              <w:right w:w="120" w:type="dxa"/>
            </w:tcMar>
          </w:tcPr>
          <w:p w14:paraId="7CB1650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C7D18D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262E56D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3,62</w:t>
            </w:r>
          </w:p>
        </w:tc>
      </w:tr>
      <w:tr w:rsidR="004266A8" w:rsidRPr="008E77DA" w14:paraId="61E531C0" w14:textId="77777777" w:rsidTr="00F111D1">
        <w:trPr>
          <w:jc w:val="center"/>
        </w:trPr>
        <w:tc>
          <w:tcPr>
            <w:tcW w:w="3120" w:type="dxa"/>
            <w:shd w:val="clear" w:color="auto" w:fill="FFFFFF"/>
            <w:tcMar>
              <w:top w:w="60" w:type="dxa"/>
              <w:left w:w="120" w:type="dxa"/>
              <w:bottom w:w="60" w:type="dxa"/>
              <w:right w:w="120" w:type="dxa"/>
            </w:tcMar>
          </w:tcPr>
          <w:p w14:paraId="1ABB6DD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37105E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41FB547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3,75</w:t>
            </w:r>
          </w:p>
        </w:tc>
      </w:tr>
      <w:tr w:rsidR="004266A8" w:rsidRPr="008E77DA" w14:paraId="78F9C59B" w14:textId="77777777" w:rsidTr="00F111D1">
        <w:trPr>
          <w:jc w:val="center"/>
        </w:trPr>
        <w:tc>
          <w:tcPr>
            <w:tcW w:w="3120" w:type="dxa"/>
            <w:shd w:val="clear" w:color="auto" w:fill="F9FAFB"/>
            <w:tcMar>
              <w:top w:w="60" w:type="dxa"/>
              <w:left w:w="120" w:type="dxa"/>
              <w:bottom w:w="60" w:type="dxa"/>
              <w:right w:w="120" w:type="dxa"/>
            </w:tcMar>
          </w:tcPr>
          <w:p w14:paraId="30B273A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90AE25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419B2C2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4266A8" w:rsidRPr="008E77DA" w14:paraId="609D9774" w14:textId="77777777" w:rsidTr="00F111D1">
        <w:trPr>
          <w:jc w:val="center"/>
        </w:trPr>
        <w:tc>
          <w:tcPr>
            <w:tcW w:w="3120" w:type="dxa"/>
            <w:shd w:val="clear" w:color="auto" w:fill="FFFFFF"/>
            <w:tcMar>
              <w:top w:w="60" w:type="dxa"/>
              <w:left w:w="120" w:type="dxa"/>
              <w:bottom w:w="60" w:type="dxa"/>
              <w:right w:w="120" w:type="dxa"/>
            </w:tcMar>
          </w:tcPr>
          <w:p w14:paraId="211ECBA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577F21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558EC16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5FF86627" w14:textId="77777777" w:rsidTr="00F111D1">
        <w:trPr>
          <w:jc w:val="center"/>
        </w:trPr>
        <w:tc>
          <w:tcPr>
            <w:tcW w:w="3120" w:type="dxa"/>
            <w:shd w:val="clear" w:color="auto" w:fill="F9FAFB"/>
            <w:tcMar>
              <w:top w:w="60" w:type="dxa"/>
              <w:left w:w="120" w:type="dxa"/>
              <w:bottom w:w="60" w:type="dxa"/>
              <w:right w:w="120" w:type="dxa"/>
            </w:tcMar>
          </w:tcPr>
          <w:p w14:paraId="18C8289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51C9EE7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4ACE1B4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3,81</w:t>
            </w:r>
          </w:p>
        </w:tc>
      </w:tr>
      <w:tr w:rsidR="004266A8" w:rsidRPr="008E77DA" w14:paraId="395541ED" w14:textId="77777777" w:rsidTr="00F111D1">
        <w:trPr>
          <w:jc w:val="center"/>
        </w:trPr>
        <w:tc>
          <w:tcPr>
            <w:tcW w:w="3120" w:type="dxa"/>
            <w:shd w:val="clear" w:color="auto" w:fill="FFFFFF"/>
            <w:tcMar>
              <w:top w:w="60" w:type="dxa"/>
              <w:left w:w="120" w:type="dxa"/>
              <w:bottom w:w="60" w:type="dxa"/>
              <w:right w:w="120" w:type="dxa"/>
            </w:tcMar>
          </w:tcPr>
          <w:p w14:paraId="5773C25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0EF2FA6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1A7C9B0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3,94</w:t>
            </w:r>
          </w:p>
        </w:tc>
      </w:tr>
      <w:tr w:rsidR="004266A8" w:rsidRPr="008E77DA" w14:paraId="28957C30" w14:textId="77777777" w:rsidTr="00F111D1">
        <w:trPr>
          <w:jc w:val="center"/>
        </w:trPr>
        <w:tc>
          <w:tcPr>
            <w:tcW w:w="3120" w:type="dxa"/>
            <w:shd w:val="clear" w:color="auto" w:fill="F9FAFB"/>
            <w:tcMar>
              <w:top w:w="60" w:type="dxa"/>
              <w:left w:w="120" w:type="dxa"/>
              <w:bottom w:w="60" w:type="dxa"/>
              <w:right w:w="120" w:type="dxa"/>
            </w:tcMar>
          </w:tcPr>
          <w:p w14:paraId="16CEF2C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1C4448F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02AFAD3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4,06</w:t>
            </w:r>
          </w:p>
        </w:tc>
      </w:tr>
      <w:tr w:rsidR="004266A8" w:rsidRPr="008E77DA" w14:paraId="491F2EE9" w14:textId="77777777" w:rsidTr="00F111D1">
        <w:trPr>
          <w:jc w:val="center"/>
        </w:trPr>
        <w:tc>
          <w:tcPr>
            <w:tcW w:w="3120" w:type="dxa"/>
            <w:shd w:val="clear" w:color="auto" w:fill="FFFFFF"/>
            <w:tcMar>
              <w:top w:w="60" w:type="dxa"/>
              <w:left w:w="120" w:type="dxa"/>
              <w:bottom w:w="60" w:type="dxa"/>
              <w:right w:w="120" w:type="dxa"/>
            </w:tcMar>
          </w:tcPr>
          <w:p w14:paraId="09CA096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26D81F6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4C39312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62C177DF" w14:textId="77777777" w:rsidTr="00F111D1">
        <w:trPr>
          <w:jc w:val="center"/>
        </w:trPr>
        <w:tc>
          <w:tcPr>
            <w:tcW w:w="3120" w:type="dxa"/>
            <w:shd w:val="clear" w:color="auto" w:fill="F9FAFB"/>
            <w:tcMar>
              <w:top w:w="60" w:type="dxa"/>
              <w:left w:w="120" w:type="dxa"/>
              <w:bottom w:w="60" w:type="dxa"/>
              <w:right w:w="120" w:type="dxa"/>
            </w:tcMar>
          </w:tcPr>
          <w:p w14:paraId="4C576BA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50C9925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5FFF5DE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3,88</w:t>
            </w:r>
          </w:p>
        </w:tc>
      </w:tr>
      <w:tr w:rsidR="004266A8" w:rsidRPr="008E77DA" w14:paraId="27C9BECE" w14:textId="77777777" w:rsidTr="00F111D1">
        <w:trPr>
          <w:jc w:val="center"/>
        </w:trPr>
        <w:tc>
          <w:tcPr>
            <w:tcW w:w="3120" w:type="dxa"/>
            <w:shd w:val="clear" w:color="auto" w:fill="FFFFFF"/>
            <w:tcMar>
              <w:top w:w="60" w:type="dxa"/>
              <w:left w:w="120" w:type="dxa"/>
              <w:bottom w:w="60" w:type="dxa"/>
              <w:right w:w="120" w:type="dxa"/>
            </w:tcMar>
          </w:tcPr>
          <w:p w14:paraId="33209ED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057BAA5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74421FC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3,56</w:t>
            </w:r>
          </w:p>
        </w:tc>
      </w:tr>
      <w:tr w:rsidR="004266A8" w:rsidRPr="008E77DA" w14:paraId="54014252" w14:textId="77777777" w:rsidTr="00F111D1">
        <w:trPr>
          <w:jc w:val="center"/>
        </w:trPr>
        <w:tc>
          <w:tcPr>
            <w:tcW w:w="3120" w:type="dxa"/>
            <w:shd w:val="clear" w:color="auto" w:fill="F9FAFB"/>
            <w:tcMar>
              <w:top w:w="60" w:type="dxa"/>
              <w:left w:w="120" w:type="dxa"/>
              <w:bottom w:w="60" w:type="dxa"/>
              <w:right w:w="120" w:type="dxa"/>
            </w:tcMar>
          </w:tcPr>
          <w:p w14:paraId="01A9B09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65E85CD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1E3E384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3,88</w:t>
            </w:r>
          </w:p>
        </w:tc>
      </w:tr>
      <w:tr w:rsidR="004266A8" w:rsidRPr="008E77DA" w14:paraId="40D1EE83" w14:textId="77777777" w:rsidTr="00F111D1">
        <w:trPr>
          <w:jc w:val="center"/>
        </w:trPr>
        <w:tc>
          <w:tcPr>
            <w:tcW w:w="3120" w:type="dxa"/>
            <w:shd w:val="clear" w:color="auto" w:fill="FFFFFF"/>
            <w:tcMar>
              <w:top w:w="60" w:type="dxa"/>
              <w:left w:w="120" w:type="dxa"/>
              <w:bottom w:w="60" w:type="dxa"/>
              <w:right w:w="120" w:type="dxa"/>
            </w:tcMar>
          </w:tcPr>
          <w:p w14:paraId="4F5A37C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531AAE0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4193092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195808C7" w14:textId="77777777" w:rsidTr="00F111D1">
        <w:trPr>
          <w:jc w:val="center"/>
        </w:trPr>
        <w:tc>
          <w:tcPr>
            <w:tcW w:w="3120" w:type="dxa"/>
            <w:shd w:val="clear" w:color="auto" w:fill="F9FAFB"/>
            <w:tcMar>
              <w:top w:w="60" w:type="dxa"/>
              <w:left w:w="120" w:type="dxa"/>
              <w:bottom w:w="60" w:type="dxa"/>
              <w:right w:w="120" w:type="dxa"/>
            </w:tcMar>
          </w:tcPr>
          <w:p w14:paraId="50B7E1E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3962D56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1FA1B2E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3,75</w:t>
            </w:r>
          </w:p>
        </w:tc>
      </w:tr>
      <w:tr w:rsidR="004266A8" w:rsidRPr="008E77DA" w14:paraId="5FDB1A58" w14:textId="77777777" w:rsidTr="00F111D1">
        <w:trPr>
          <w:jc w:val="center"/>
        </w:trPr>
        <w:tc>
          <w:tcPr>
            <w:tcW w:w="3120" w:type="dxa"/>
            <w:shd w:val="clear" w:color="auto" w:fill="FFFFFF"/>
            <w:tcMar>
              <w:top w:w="60" w:type="dxa"/>
              <w:left w:w="120" w:type="dxa"/>
              <w:bottom w:w="60" w:type="dxa"/>
              <w:right w:w="120" w:type="dxa"/>
            </w:tcMar>
          </w:tcPr>
          <w:p w14:paraId="6155861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2907263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12519C0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3,56</w:t>
            </w:r>
          </w:p>
        </w:tc>
      </w:tr>
    </w:tbl>
    <w:p w14:paraId="738E9A73" w14:textId="77777777" w:rsidR="004266A8" w:rsidRPr="008E77DA" w:rsidRDefault="004266A8" w:rsidP="008E77DA">
      <w:pPr>
        <w:spacing w:after="0" w:line="240" w:lineRule="auto"/>
        <w:rPr>
          <w:rFonts w:ascii="Times New Roman" w:hAnsi="Times New Roman" w:cs="Times New Roman"/>
        </w:rPr>
      </w:pPr>
    </w:p>
    <w:p w14:paraId="40C830F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5F8FCCA7" w14:textId="77777777" w:rsidTr="00F111D1">
        <w:trPr>
          <w:jc w:val="center"/>
        </w:trPr>
        <w:tc>
          <w:tcPr>
            <w:tcW w:w="3120" w:type="dxa"/>
            <w:shd w:val="clear" w:color="auto" w:fill="1F4E79"/>
            <w:tcMar>
              <w:top w:w="80" w:type="dxa"/>
              <w:left w:w="120" w:type="dxa"/>
              <w:bottom w:w="80" w:type="dxa"/>
              <w:right w:w="120" w:type="dxa"/>
            </w:tcMar>
          </w:tcPr>
          <w:p w14:paraId="5B0BC2C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lastRenderedPageBreak/>
              <w:t>#</w:t>
            </w:r>
          </w:p>
        </w:tc>
        <w:tc>
          <w:tcPr>
            <w:tcW w:w="3120" w:type="dxa"/>
            <w:shd w:val="clear" w:color="auto" w:fill="1F4E79"/>
            <w:tcMar>
              <w:top w:w="80" w:type="dxa"/>
              <w:left w:w="120" w:type="dxa"/>
              <w:bottom w:w="80" w:type="dxa"/>
              <w:right w:w="120" w:type="dxa"/>
            </w:tcMar>
          </w:tcPr>
          <w:p w14:paraId="6D3B617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A162B8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1432E3A3" w14:textId="77777777" w:rsidTr="00F111D1">
        <w:trPr>
          <w:jc w:val="center"/>
        </w:trPr>
        <w:tc>
          <w:tcPr>
            <w:tcW w:w="3120" w:type="dxa"/>
            <w:shd w:val="clear" w:color="auto" w:fill="F9FAFB"/>
            <w:tcMar>
              <w:top w:w="60" w:type="dxa"/>
              <w:left w:w="120" w:type="dxa"/>
              <w:bottom w:w="60" w:type="dxa"/>
              <w:right w:w="120" w:type="dxa"/>
            </w:tcMar>
          </w:tcPr>
          <w:p w14:paraId="2AAB05E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7E0D28B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59E07D4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3,69</w:t>
            </w:r>
          </w:p>
        </w:tc>
      </w:tr>
      <w:tr w:rsidR="004266A8" w:rsidRPr="008E77DA" w14:paraId="64CF0011" w14:textId="77777777" w:rsidTr="00F111D1">
        <w:trPr>
          <w:jc w:val="center"/>
        </w:trPr>
        <w:tc>
          <w:tcPr>
            <w:tcW w:w="3120" w:type="dxa"/>
            <w:shd w:val="clear" w:color="auto" w:fill="FFFFFF"/>
            <w:tcMar>
              <w:top w:w="60" w:type="dxa"/>
              <w:left w:w="120" w:type="dxa"/>
              <w:bottom w:w="60" w:type="dxa"/>
              <w:right w:w="120" w:type="dxa"/>
            </w:tcMar>
          </w:tcPr>
          <w:p w14:paraId="7F53ABB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7EEB07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2AF3C4B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r w:rsidR="004266A8" w:rsidRPr="008E77DA" w14:paraId="5AE09B0A" w14:textId="77777777" w:rsidTr="00F111D1">
        <w:trPr>
          <w:jc w:val="center"/>
        </w:trPr>
        <w:tc>
          <w:tcPr>
            <w:tcW w:w="3120" w:type="dxa"/>
            <w:shd w:val="clear" w:color="auto" w:fill="F9FAFB"/>
            <w:tcMar>
              <w:top w:w="60" w:type="dxa"/>
              <w:left w:w="120" w:type="dxa"/>
              <w:bottom w:w="60" w:type="dxa"/>
              <w:right w:w="120" w:type="dxa"/>
            </w:tcMar>
          </w:tcPr>
          <w:p w14:paraId="7442669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3267781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4676E94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3,31</w:t>
            </w:r>
          </w:p>
        </w:tc>
      </w:tr>
      <w:tr w:rsidR="004266A8" w:rsidRPr="008E77DA" w14:paraId="7027B4EE" w14:textId="77777777" w:rsidTr="00F111D1">
        <w:trPr>
          <w:jc w:val="center"/>
        </w:trPr>
        <w:tc>
          <w:tcPr>
            <w:tcW w:w="3120" w:type="dxa"/>
            <w:shd w:val="clear" w:color="auto" w:fill="FFFFFF"/>
            <w:tcMar>
              <w:top w:w="60" w:type="dxa"/>
              <w:left w:w="120" w:type="dxa"/>
              <w:bottom w:w="60" w:type="dxa"/>
              <w:right w:w="120" w:type="dxa"/>
            </w:tcMar>
          </w:tcPr>
          <w:p w14:paraId="75A8C2B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6420E5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0F2DEE9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3,12</w:t>
            </w:r>
          </w:p>
        </w:tc>
      </w:tr>
      <w:tr w:rsidR="004266A8" w:rsidRPr="008E77DA" w14:paraId="37F82B4F" w14:textId="77777777" w:rsidTr="00F111D1">
        <w:trPr>
          <w:jc w:val="center"/>
        </w:trPr>
        <w:tc>
          <w:tcPr>
            <w:tcW w:w="3120" w:type="dxa"/>
            <w:shd w:val="clear" w:color="auto" w:fill="F9FAFB"/>
            <w:tcMar>
              <w:top w:w="60" w:type="dxa"/>
              <w:left w:w="120" w:type="dxa"/>
              <w:bottom w:w="60" w:type="dxa"/>
              <w:right w:w="120" w:type="dxa"/>
            </w:tcMar>
          </w:tcPr>
          <w:p w14:paraId="3E54FBA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5D46425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6B6C61F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3,56</w:t>
            </w:r>
          </w:p>
        </w:tc>
      </w:tr>
    </w:tbl>
    <w:p w14:paraId="46A24E0A" w14:textId="77777777" w:rsidR="004266A8" w:rsidRPr="008E77DA" w:rsidRDefault="004266A8" w:rsidP="008E77DA">
      <w:pPr>
        <w:spacing w:after="0" w:line="240" w:lineRule="auto"/>
        <w:rPr>
          <w:rFonts w:ascii="Times New Roman" w:hAnsi="Times New Roman" w:cs="Times New Roman"/>
        </w:rPr>
      </w:pPr>
    </w:p>
    <w:p w14:paraId="5B98B564" w14:textId="77777777" w:rsidR="004266A8" w:rsidRPr="008E77DA" w:rsidRDefault="004266A8" w:rsidP="008E77DA">
      <w:pPr>
        <w:spacing w:after="0" w:line="240" w:lineRule="auto"/>
        <w:rPr>
          <w:rFonts w:ascii="Times New Roman" w:hAnsi="Times New Roman" w:cs="Times New Roman"/>
        </w:rPr>
      </w:pPr>
    </w:p>
    <w:p w14:paraId="0C739C6A" w14:textId="2D69FDA6"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24. Ders: FZD 115 - Sağlık Bilimlerinde Psikoloji</w:t>
      </w:r>
    </w:p>
    <w:p w14:paraId="4A44553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3D92C744" w14:textId="77777777" w:rsidTr="00F111D1">
        <w:trPr>
          <w:jc w:val="center"/>
        </w:trPr>
        <w:tc>
          <w:tcPr>
            <w:tcW w:w="3120" w:type="dxa"/>
            <w:shd w:val="clear" w:color="auto" w:fill="1F4E79"/>
            <w:tcMar>
              <w:top w:w="80" w:type="dxa"/>
              <w:left w:w="120" w:type="dxa"/>
              <w:bottom w:w="80" w:type="dxa"/>
              <w:right w:w="120" w:type="dxa"/>
            </w:tcMar>
          </w:tcPr>
          <w:p w14:paraId="3A86F0F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5D7B5A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F5FE9A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248395F4" w14:textId="77777777" w:rsidTr="00F111D1">
        <w:trPr>
          <w:jc w:val="center"/>
        </w:trPr>
        <w:tc>
          <w:tcPr>
            <w:tcW w:w="3120" w:type="dxa"/>
            <w:shd w:val="clear" w:color="auto" w:fill="F9FAFB"/>
            <w:tcMar>
              <w:top w:w="60" w:type="dxa"/>
              <w:left w:w="120" w:type="dxa"/>
              <w:bottom w:w="60" w:type="dxa"/>
              <w:right w:w="120" w:type="dxa"/>
            </w:tcMar>
          </w:tcPr>
          <w:p w14:paraId="42F3464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09DB218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36A2F45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3,91</w:t>
            </w:r>
          </w:p>
        </w:tc>
      </w:tr>
      <w:tr w:rsidR="004266A8" w:rsidRPr="008E77DA" w14:paraId="274E4A7F" w14:textId="77777777" w:rsidTr="00F111D1">
        <w:trPr>
          <w:jc w:val="center"/>
        </w:trPr>
        <w:tc>
          <w:tcPr>
            <w:tcW w:w="3120" w:type="dxa"/>
            <w:shd w:val="clear" w:color="auto" w:fill="FFFFFF"/>
            <w:tcMar>
              <w:top w:w="60" w:type="dxa"/>
              <w:left w:w="120" w:type="dxa"/>
              <w:bottom w:w="60" w:type="dxa"/>
              <w:right w:w="120" w:type="dxa"/>
            </w:tcMar>
          </w:tcPr>
          <w:p w14:paraId="671C72E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970E9C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0BC5335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3,73</w:t>
            </w:r>
          </w:p>
        </w:tc>
      </w:tr>
      <w:tr w:rsidR="004266A8" w:rsidRPr="008E77DA" w14:paraId="62BD1038" w14:textId="77777777" w:rsidTr="00F111D1">
        <w:trPr>
          <w:jc w:val="center"/>
        </w:trPr>
        <w:tc>
          <w:tcPr>
            <w:tcW w:w="3120" w:type="dxa"/>
            <w:shd w:val="clear" w:color="auto" w:fill="F9FAFB"/>
            <w:tcMar>
              <w:top w:w="60" w:type="dxa"/>
              <w:left w:w="120" w:type="dxa"/>
              <w:bottom w:w="60" w:type="dxa"/>
              <w:right w:w="120" w:type="dxa"/>
            </w:tcMar>
          </w:tcPr>
          <w:p w14:paraId="018CBA1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ECBB09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3741649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3,73</w:t>
            </w:r>
          </w:p>
        </w:tc>
      </w:tr>
      <w:tr w:rsidR="004266A8" w:rsidRPr="008E77DA" w14:paraId="75AC381A" w14:textId="77777777" w:rsidTr="00F111D1">
        <w:trPr>
          <w:jc w:val="center"/>
        </w:trPr>
        <w:tc>
          <w:tcPr>
            <w:tcW w:w="3120" w:type="dxa"/>
            <w:shd w:val="clear" w:color="auto" w:fill="FFFFFF"/>
            <w:tcMar>
              <w:top w:w="60" w:type="dxa"/>
              <w:left w:w="120" w:type="dxa"/>
              <w:bottom w:w="60" w:type="dxa"/>
              <w:right w:w="120" w:type="dxa"/>
            </w:tcMar>
          </w:tcPr>
          <w:p w14:paraId="0A24133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5018A1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471B197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3,64</w:t>
            </w:r>
          </w:p>
        </w:tc>
      </w:tr>
    </w:tbl>
    <w:p w14:paraId="6AF129CA" w14:textId="77777777" w:rsidR="004266A8" w:rsidRPr="008E77DA" w:rsidRDefault="004266A8" w:rsidP="008E77DA">
      <w:pPr>
        <w:spacing w:after="0" w:line="240" w:lineRule="auto"/>
        <w:rPr>
          <w:rFonts w:ascii="Times New Roman" w:hAnsi="Times New Roman" w:cs="Times New Roman"/>
        </w:rPr>
      </w:pPr>
    </w:p>
    <w:p w14:paraId="40DD1D6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4266A8" w:rsidRPr="008E77DA" w14:paraId="2F3586E3" w14:textId="77777777" w:rsidTr="00F111D1">
        <w:trPr>
          <w:jc w:val="center"/>
        </w:trPr>
        <w:tc>
          <w:tcPr>
            <w:tcW w:w="4680" w:type="dxa"/>
            <w:shd w:val="clear" w:color="auto" w:fill="1F4E79"/>
            <w:tcMar>
              <w:top w:w="80" w:type="dxa"/>
              <w:left w:w="120" w:type="dxa"/>
              <w:bottom w:w="80" w:type="dxa"/>
              <w:right w:w="120" w:type="dxa"/>
            </w:tcMar>
          </w:tcPr>
          <w:p w14:paraId="7DBDA4F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6F6FCDC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4266A8" w:rsidRPr="008E77DA" w14:paraId="7AF542E9" w14:textId="77777777" w:rsidTr="00F111D1">
        <w:trPr>
          <w:jc w:val="center"/>
        </w:trPr>
        <w:tc>
          <w:tcPr>
            <w:tcW w:w="4680" w:type="dxa"/>
            <w:shd w:val="clear" w:color="auto" w:fill="F9FAFB"/>
            <w:tcMar>
              <w:top w:w="60" w:type="dxa"/>
              <w:left w:w="120" w:type="dxa"/>
              <w:bottom w:w="60" w:type="dxa"/>
              <w:right w:w="120" w:type="dxa"/>
            </w:tcMar>
          </w:tcPr>
          <w:p w14:paraId="33846C3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7A39155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1,27 saat</w:t>
            </w:r>
          </w:p>
        </w:tc>
      </w:tr>
      <w:tr w:rsidR="004266A8" w:rsidRPr="008E77DA" w14:paraId="74708F04" w14:textId="77777777" w:rsidTr="00F111D1">
        <w:trPr>
          <w:jc w:val="center"/>
        </w:trPr>
        <w:tc>
          <w:tcPr>
            <w:tcW w:w="4680" w:type="dxa"/>
            <w:shd w:val="clear" w:color="auto" w:fill="FFFFFF"/>
            <w:tcMar>
              <w:top w:w="60" w:type="dxa"/>
              <w:left w:w="120" w:type="dxa"/>
              <w:bottom w:w="60" w:type="dxa"/>
              <w:right w:w="120" w:type="dxa"/>
            </w:tcMar>
          </w:tcPr>
          <w:p w14:paraId="2E14D26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6FD90A6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0,64 saat</w:t>
            </w:r>
          </w:p>
        </w:tc>
      </w:tr>
      <w:tr w:rsidR="004266A8" w:rsidRPr="008E77DA" w14:paraId="77A09A27" w14:textId="77777777" w:rsidTr="00F111D1">
        <w:trPr>
          <w:jc w:val="center"/>
        </w:trPr>
        <w:tc>
          <w:tcPr>
            <w:tcW w:w="4680" w:type="dxa"/>
            <w:shd w:val="clear" w:color="auto" w:fill="F9FAFB"/>
            <w:tcMar>
              <w:top w:w="60" w:type="dxa"/>
              <w:left w:w="120" w:type="dxa"/>
              <w:bottom w:w="60" w:type="dxa"/>
              <w:right w:w="120" w:type="dxa"/>
            </w:tcMar>
          </w:tcPr>
          <w:p w14:paraId="1D2B93D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2BD3CE5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0,27 saat</w:t>
            </w:r>
          </w:p>
        </w:tc>
      </w:tr>
      <w:tr w:rsidR="004266A8" w:rsidRPr="008E77DA" w14:paraId="49255ACB" w14:textId="77777777" w:rsidTr="00F111D1">
        <w:trPr>
          <w:jc w:val="center"/>
        </w:trPr>
        <w:tc>
          <w:tcPr>
            <w:tcW w:w="4680" w:type="dxa"/>
            <w:shd w:val="clear" w:color="auto" w:fill="FFFFFF"/>
            <w:tcMar>
              <w:top w:w="60" w:type="dxa"/>
              <w:left w:w="120" w:type="dxa"/>
              <w:bottom w:w="60" w:type="dxa"/>
              <w:right w:w="120" w:type="dxa"/>
            </w:tcMar>
          </w:tcPr>
          <w:p w14:paraId="6746B83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1F16CF8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0,64 saat</w:t>
            </w:r>
          </w:p>
        </w:tc>
      </w:tr>
      <w:tr w:rsidR="004266A8" w:rsidRPr="008E77DA" w14:paraId="380AAAF7" w14:textId="77777777" w:rsidTr="00F111D1">
        <w:trPr>
          <w:jc w:val="center"/>
        </w:trPr>
        <w:tc>
          <w:tcPr>
            <w:tcW w:w="4680" w:type="dxa"/>
            <w:shd w:val="clear" w:color="auto" w:fill="F9FAFB"/>
            <w:tcMar>
              <w:top w:w="60" w:type="dxa"/>
              <w:left w:w="120" w:type="dxa"/>
              <w:bottom w:w="60" w:type="dxa"/>
              <w:right w:w="120" w:type="dxa"/>
            </w:tcMar>
          </w:tcPr>
          <w:p w14:paraId="3919004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0F2C782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2,36 saat</w:t>
            </w:r>
          </w:p>
        </w:tc>
      </w:tr>
      <w:tr w:rsidR="004266A8" w:rsidRPr="008E77DA" w14:paraId="3B95A405" w14:textId="77777777" w:rsidTr="00F111D1">
        <w:trPr>
          <w:jc w:val="center"/>
        </w:trPr>
        <w:tc>
          <w:tcPr>
            <w:tcW w:w="4680" w:type="dxa"/>
            <w:shd w:val="clear" w:color="auto" w:fill="FFFFFF"/>
            <w:tcMar>
              <w:top w:w="60" w:type="dxa"/>
              <w:left w:w="120" w:type="dxa"/>
              <w:bottom w:w="60" w:type="dxa"/>
              <w:right w:w="120" w:type="dxa"/>
            </w:tcMar>
          </w:tcPr>
          <w:p w14:paraId="0C4D990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17F560F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0,18 saat</w:t>
            </w:r>
          </w:p>
        </w:tc>
      </w:tr>
      <w:tr w:rsidR="004266A8" w:rsidRPr="008E77DA" w14:paraId="2EE32A4F" w14:textId="77777777" w:rsidTr="00F111D1">
        <w:trPr>
          <w:jc w:val="center"/>
        </w:trPr>
        <w:tc>
          <w:tcPr>
            <w:tcW w:w="4680" w:type="dxa"/>
            <w:shd w:val="clear" w:color="auto" w:fill="F9FAFB"/>
            <w:tcMar>
              <w:top w:w="60" w:type="dxa"/>
              <w:left w:w="120" w:type="dxa"/>
              <w:bottom w:w="60" w:type="dxa"/>
              <w:right w:w="120" w:type="dxa"/>
            </w:tcMar>
          </w:tcPr>
          <w:p w14:paraId="76C227C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117E21C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0,09 saat</w:t>
            </w:r>
          </w:p>
        </w:tc>
      </w:tr>
      <w:tr w:rsidR="004266A8" w:rsidRPr="008E77DA" w14:paraId="09AF36D6" w14:textId="77777777" w:rsidTr="00F111D1">
        <w:trPr>
          <w:jc w:val="center"/>
        </w:trPr>
        <w:tc>
          <w:tcPr>
            <w:tcW w:w="4680" w:type="dxa"/>
            <w:shd w:val="clear" w:color="auto" w:fill="FFFFFF"/>
            <w:tcMar>
              <w:top w:w="60" w:type="dxa"/>
              <w:left w:w="120" w:type="dxa"/>
              <w:bottom w:w="60" w:type="dxa"/>
              <w:right w:w="120" w:type="dxa"/>
            </w:tcMar>
          </w:tcPr>
          <w:p w14:paraId="5BDAF01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79388E1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2,90 saat</w:t>
            </w:r>
          </w:p>
        </w:tc>
      </w:tr>
    </w:tbl>
    <w:p w14:paraId="21D7719B" w14:textId="77777777" w:rsidR="004266A8" w:rsidRPr="008E77DA" w:rsidRDefault="004266A8" w:rsidP="008E77DA">
      <w:pPr>
        <w:spacing w:after="0" w:line="240" w:lineRule="auto"/>
        <w:rPr>
          <w:rFonts w:ascii="Times New Roman" w:hAnsi="Times New Roman" w:cs="Times New Roman"/>
        </w:rPr>
      </w:pPr>
    </w:p>
    <w:p w14:paraId="612E142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lastRenderedPageBreak/>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53621DE2" w14:textId="77777777" w:rsidTr="00F111D1">
        <w:trPr>
          <w:jc w:val="center"/>
        </w:trPr>
        <w:tc>
          <w:tcPr>
            <w:tcW w:w="3120" w:type="dxa"/>
            <w:shd w:val="clear" w:color="auto" w:fill="1F4E79"/>
            <w:tcMar>
              <w:top w:w="80" w:type="dxa"/>
              <w:left w:w="120" w:type="dxa"/>
              <w:bottom w:w="80" w:type="dxa"/>
              <w:right w:w="120" w:type="dxa"/>
            </w:tcMar>
          </w:tcPr>
          <w:p w14:paraId="3FC936D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54A12A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5B95E4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21746260" w14:textId="77777777" w:rsidTr="00F111D1">
        <w:trPr>
          <w:jc w:val="center"/>
        </w:trPr>
        <w:tc>
          <w:tcPr>
            <w:tcW w:w="3120" w:type="dxa"/>
            <w:shd w:val="clear" w:color="auto" w:fill="F9FAFB"/>
            <w:tcMar>
              <w:top w:w="60" w:type="dxa"/>
              <w:left w:w="120" w:type="dxa"/>
              <w:bottom w:w="60" w:type="dxa"/>
              <w:right w:w="120" w:type="dxa"/>
            </w:tcMar>
          </w:tcPr>
          <w:p w14:paraId="7621565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77FB4A3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7E5BC3D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3,36</w:t>
            </w:r>
          </w:p>
        </w:tc>
      </w:tr>
      <w:tr w:rsidR="004266A8" w:rsidRPr="008E77DA" w14:paraId="44A537C1" w14:textId="77777777" w:rsidTr="00F111D1">
        <w:trPr>
          <w:jc w:val="center"/>
        </w:trPr>
        <w:tc>
          <w:tcPr>
            <w:tcW w:w="3120" w:type="dxa"/>
            <w:shd w:val="clear" w:color="auto" w:fill="FFFFFF"/>
            <w:tcMar>
              <w:top w:w="60" w:type="dxa"/>
              <w:left w:w="120" w:type="dxa"/>
              <w:bottom w:w="60" w:type="dxa"/>
              <w:right w:w="120" w:type="dxa"/>
            </w:tcMar>
          </w:tcPr>
          <w:p w14:paraId="08EEC5E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B2C191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75CC960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3,45</w:t>
            </w:r>
          </w:p>
        </w:tc>
      </w:tr>
      <w:tr w:rsidR="004266A8" w:rsidRPr="008E77DA" w14:paraId="4692F4A4" w14:textId="77777777" w:rsidTr="00F111D1">
        <w:trPr>
          <w:jc w:val="center"/>
        </w:trPr>
        <w:tc>
          <w:tcPr>
            <w:tcW w:w="3120" w:type="dxa"/>
            <w:shd w:val="clear" w:color="auto" w:fill="F9FAFB"/>
            <w:tcMar>
              <w:top w:w="60" w:type="dxa"/>
              <w:left w:w="120" w:type="dxa"/>
              <w:bottom w:w="60" w:type="dxa"/>
              <w:right w:w="120" w:type="dxa"/>
            </w:tcMar>
          </w:tcPr>
          <w:p w14:paraId="1158C87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60E956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48858D8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3,73</w:t>
            </w:r>
          </w:p>
        </w:tc>
      </w:tr>
      <w:tr w:rsidR="004266A8" w:rsidRPr="008E77DA" w14:paraId="09E2D9CF" w14:textId="77777777" w:rsidTr="00F111D1">
        <w:trPr>
          <w:jc w:val="center"/>
        </w:trPr>
        <w:tc>
          <w:tcPr>
            <w:tcW w:w="3120" w:type="dxa"/>
            <w:shd w:val="clear" w:color="auto" w:fill="FFFFFF"/>
            <w:tcMar>
              <w:top w:w="60" w:type="dxa"/>
              <w:left w:w="120" w:type="dxa"/>
              <w:bottom w:w="60" w:type="dxa"/>
              <w:right w:w="120" w:type="dxa"/>
            </w:tcMar>
          </w:tcPr>
          <w:p w14:paraId="0EC022C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7C03E98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3D232F8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3A672DB6" w14:textId="77777777" w:rsidTr="00F111D1">
        <w:trPr>
          <w:jc w:val="center"/>
        </w:trPr>
        <w:tc>
          <w:tcPr>
            <w:tcW w:w="3120" w:type="dxa"/>
            <w:shd w:val="clear" w:color="auto" w:fill="F9FAFB"/>
            <w:tcMar>
              <w:top w:w="60" w:type="dxa"/>
              <w:left w:w="120" w:type="dxa"/>
              <w:bottom w:w="60" w:type="dxa"/>
              <w:right w:w="120" w:type="dxa"/>
            </w:tcMar>
          </w:tcPr>
          <w:p w14:paraId="5ECAA18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1EA3B54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096D1FB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61003038" w14:textId="77777777" w:rsidTr="00F111D1">
        <w:trPr>
          <w:jc w:val="center"/>
        </w:trPr>
        <w:tc>
          <w:tcPr>
            <w:tcW w:w="3120" w:type="dxa"/>
            <w:shd w:val="clear" w:color="auto" w:fill="FFFFFF"/>
            <w:tcMar>
              <w:top w:w="60" w:type="dxa"/>
              <w:left w:w="120" w:type="dxa"/>
              <w:bottom w:w="60" w:type="dxa"/>
              <w:right w:w="120" w:type="dxa"/>
            </w:tcMar>
          </w:tcPr>
          <w:p w14:paraId="235184B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095D6C6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6013571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240FC16F" w14:textId="77777777" w:rsidTr="00F111D1">
        <w:trPr>
          <w:jc w:val="center"/>
        </w:trPr>
        <w:tc>
          <w:tcPr>
            <w:tcW w:w="3120" w:type="dxa"/>
            <w:shd w:val="clear" w:color="auto" w:fill="F9FAFB"/>
            <w:tcMar>
              <w:top w:w="60" w:type="dxa"/>
              <w:left w:w="120" w:type="dxa"/>
              <w:bottom w:w="60" w:type="dxa"/>
              <w:right w:w="120" w:type="dxa"/>
            </w:tcMar>
          </w:tcPr>
          <w:p w14:paraId="5F46B6A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36D9E42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6011C06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3AE84C93" w14:textId="77777777" w:rsidTr="00F111D1">
        <w:trPr>
          <w:jc w:val="center"/>
        </w:trPr>
        <w:tc>
          <w:tcPr>
            <w:tcW w:w="3120" w:type="dxa"/>
            <w:shd w:val="clear" w:color="auto" w:fill="FFFFFF"/>
            <w:tcMar>
              <w:top w:w="60" w:type="dxa"/>
              <w:left w:w="120" w:type="dxa"/>
              <w:bottom w:w="60" w:type="dxa"/>
              <w:right w:w="120" w:type="dxa"/>
            </w:tcMar>
          </w:tcPr>
          <w:p w14:paraId="0B7C7CC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41CB42F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2DD40C4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6D3A91DD" w14:textId="77777777" w:rsidTr="00F111D1">
        <w:trPr>
          <w:jc w:val="center"/>
        </w:trPr>
        <w:tc>
          <w:tcPr>
            <w:tcW w:w="3120" w:type="dxa"/>
            <w:shd w:val="clear" w:color="auto" w:fill="F9FAFB"/>
            <w:tcMar>
              <w:top w:w="60" w:type="dxa"/>
              <w:left w:w="120" w:type="dxa"/>
              <w:bottom w:w="60" w:type="dxa"/>
              <w:right w:w="120" w:type="dxa"/>
            </w:tcMar>
          </w:tcPr>
          <w:p w14:paraId="7CCE672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15578B5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5A89A2E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4,09</w:t>
            </w:r>
          </w:p>
        </w:tc>
      </w:tr>
      <w:tr w:rsidR="004266A8" w:rsidRPr="008E77DA" w14:paraId="1425DDD9" w14:textId="77777777" w:rsidTr="00F111D1">
        <w:trPr>
          <w:jc w:val="center"/>
        </w:trPr>
        <w:tc>
          <w:tcPr>
            <w:tcW w:w="3120" w:type="dxa"/>
            <w:shd w:val="clear" w:color="auto" w:fill="FFFFFF"/>
            <w:tcMar>
              <w:top w:w="60" w:type="dxa"/>
              <w:left w:w="120" w:type="dxa"/>
              <w:bottom w:w="60" w:type="dxa"/>
              <w:right w:w="120" w:type="dxa"/>
            </w:tcMar>
          </w:tcPr>
          <w:p w14:paraId="7AFABC5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0018A64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4CAFED0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7A2C0727" w14:textId="77777777" w:rsidTr="00F111D1">
        <w:trPr>
          <w:jc w:val="center"/>
        </w:trPr>
        <w:tc>
          <w:tcPr>
            <w:tcW w:w="3120" w:type="dxa"/>
            <w:shd w:val="clear" w:color="auto" w:fill="F9FAFB"/>
            <w:tcMar>
              <w:top w:w="60" w:type="dxa"/>
              <w:left w:w="120" w:type="dxa"/>
              <w:bottom w:w="60" w:type="dxa"/>
              <w:right w:w="120" w:type="dxa"/>
            </w:tcMar>
          </w:tcPr>
          <w:p w14:paraId="0BBC91F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5C37A8A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5E4E3AA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50AC88B5" w14:textId="77777777" w:rsidTr="00F111D1">
        <w:trPr>
          <w:jc w:val="center"/>
        </w:trPr>
        <w:tc>
          <w:tcPr>
            <w:tcW w:w="3120" w:type="dxa"/>
            <w:shd w:val="clear" w:color="auto" w:fill="FFFFFF"/>
            <w:tcMar>
              <w:top w:w="60" w:type="dxa"/>
              <w:left w:w="120" w:type="dxa"/>
              <w:bottom w:w="60" w:type="dxa"/>
              <w:right w:w="120" w:type="dxa"/>
            </w:tcMar>
          </w:tcPr>
          <w:p w14:paraId="061B6D1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6535B47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58585B1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4D64355B" w14:textId="77777777" w:rsidTr="00F111D1">
        <w:trPr>
          <w:jc w:val="center"/>
        </w:trPr>
        <w:tc>
          <w:tcPr>
            <w:tcW w:w="3120" w:type="dxa"/>
            <w:shd w:val="clear" w:color="auto" w:fill="F9FAFB"/>
            <w:tcMar>
              <w:top w:w="60" w:type="dxa"/>
              <w:left w:w="120" w:type="dxa"/>
              <w:bottom w:w="60" w:type="dxa"/>
              <w:right w:w="120" w:type="dxa"/>
            </w:tcMar>
          </w:tcPr>
          <w:p w14:paraId="0605566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15D1892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2287C38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755F7154" w14:textId="77777777" w:rsidTr="00F111D1">
        <w:trPr>
          <w:jc w:val="center"/>
        </w:trPr>
        <w:tc>
          <w:tcPr>
            <w:tcW w:w="3120" w:type="dxa"/>
            <w:shd w:val="clear" w:color="auto" w:fill="FFFFFF"/>
            <w:tcMar>
              <w:top w:w="60" w:type="dxa"/>
              <w:left w:w="120" w:type="dxa"/>
              <w:bottom w:w="60" w:type="dxa"/>
              <w:right w:w="120" w:type="dxa"/>
            </w:tcMar>
          </w:tcPr>
          <w:p w14:paraId="185FC9D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2DCDFDA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5289391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bl>
    <w:p w14:paraId="698BA524" w14:textId="77777777" w:rsidR="004266A8" w:rsidRPr="008E77DA" w:rsidRDefault="004266A8" w:rsidP="008E77DA">
      <w:pPr>
        <w:spacing w:after="0" w:line="240" w:lineRule="auto"/>
        <w:rPr>
          <w:rFonts w:ascii="Times New Roman" w:hAnsi="Times New Roman" w:cs="Times New Roman"/>
        </w:rPr>
      </w:pPr>
    </w:p>
    <w:p w14:paraId="2D4B393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0BC64C50" w14:textId="77777777" w:rsidTr="00F111D1">
        <w:trPr>
          <w:jc w:val="center"/>
        </w:trPr>
        <w:tc>
          <w:tcPr>
            <w:tcW w:w="3120" w:type="dxa"/>
            <w:shd w:val="clear" w:color="auto" w:fill="1F4E79"/>
            <w:tcMar>
              <w:top w:w="80" w:type="dxa"/>
              <w:left w:w="120" w:type="dxa"/>
              <w:bottom w:w="80" w:type="dxa"/>
              <w:right w:w="120" w:type="dxa"/>
            </w:tcMar>
          </w:tcPr>
          <w:p w14:paraId="39DE8C0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9ADF5D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1BC9C5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45747E26" w14:textId="77777777" w:rsidTr="00F111D1">
        <w:trPr>
          <w:jc w:val="center"/>
        </w:trPr>
        <w:tc>
          <w:tcPr>
            <w:tcW w:w="3120" w:type="dxa"/>
            <w:shd w:val="clear" w:color="auto" w:fill="F9FAFB"/>
            <w:tcMar>
              <w:top w:w="60" w:type="dxa"/>
              <w:left w:w="120" w:type="dxa"/>
              <w:bottom w:w="60" w:type="dxa"/>
              <w:right w:w="120" w:type="dxa"/>
            </w:tcMar>
          </w:tcPr>
          <w:p w14:paraId="516A4DF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763DB95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38FC632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4670E044" w14:textId="77777777" w:rsidTr="00F111D1">
        <w:trPr>
          <w:jc w:val="center"/>
        </w:trPr>
        <w:tc>
          <w:tcPr>
            <w:tcW w:w="3120" w:type="dxa"/>
            <w:shd w:val="clear" w:color="auto" w:fill="FFFFFF"/>
            <w:tcMar>
              <w:top w:w="60" w:type="dxa"/>
              <w:left w:w="120" w:type="dxa"/>
              <w:bottom w:w="60" w:type="dxa"/>
              <w:right w:w="120" w:type="dxa"/>
            </w:tcMar>
          </w:tcPr>
          <w:p w14:paraId="21184D6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C5D1FF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5BA0E4A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3,82</w:t>
            </w:r>
          </w:p>
        </w:tc>
      </w:tr>
      <w:tr w:rsidR="004266A8" w:rsidRPr="008E77DA" w14:paraId="1B262A33" w14:textId="77777777" w:rsidTr="00F111D1">
        <w:trPr>
          <w:jc w:val="center"/>
        </w:trPr>
        <w:tc>
          <w:tcPr>
            <w:tcW w:w="3120" w:type="dxa"/>
            <w:shd w:val="clear" w:color="auto" w:fill="F9FAFB"/>
            <w:tcMar>
              <w:top w:w="60" w:type="dxa"/>
              <w:left w:w="120" w:type="dxa"/>
              <w:bottom w:w="60" w:type="dxa"/>
              <w:right w:w="120" w:type="dxa"/>
            </w:tcMar>
          </w:tcPr>
          <w:p w14:paraId="7358655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2135D11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28A348A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3,55</w:t>
            </w:r>
          </w:p>
        </w:tc>
      </w:tr>
      <w:tr w:rsidR="004266A8" w:rsidRPr="008E77DA" w14:paraId="2EBE7706" w14:textId="77777777" w:rsidTr="00F111D1">
        <w:trPr>
          <w:jc w:val="center"/>
        </w:trPr>
        <w:tc>
          <w:tcPr>
            <w:tcW w:w="3120" w:type="dxa"/>
            <w:shd w:val="clear" w:color="auto" w:fill="FFFFFF"/>
            <w:tcMar>
              <w:top w:w="60" w:type="dxa"/>
              <w:left w:w="120" w:type="dxa"/>
              <w:bottom w:w="60" w:type="dxa"/>
              <w:right w:w="120" w:type="dxa"/>
            </w:tcMar>
          </w:tcPr>
          <w:p w14:paraId="222D949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9AAF35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3E466C8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3,73</w:t>
            </w:r>
          </w:p>
        </w:tc>
      </w:tr>
      <w:tr w:rsidR="004266A8" w:rsidRPr="008E77DA" w14:paraId="474B7C06" w14:textId="77777777" w:rsidTr="00F111D1">
        <w:trPr>
          <w:jc w:val="center"/>
        </w:trPr>
        <w:tc>
          <w:tcPr>
            <w:tcW w:w="3120" w:type="dxa"/>
            <w:shd w:val="clear" w:color="auto" w:fill="F9FAFB"/>
            <w:tcMar>
              <w:top w:w="60" w:type="dxa"/>
              <w:left w:w="120" w:type="dxa"/>
              <w:bottom w:w="60" w:type="dxa"/>
              <w:right w:w="120" w:type="dxa"/>
            </w:tcMar>
          </w:tcPr>
          <w:p w14:paraId="5BE8DDF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0F9772A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4016D73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3,64</w:t>
            </w:r>
          </w:p>
        </w:tc>
      </w:tr>
    </w:tbl>
    <w:p w14:paraId="35E1D59C" w14:textId="77777777" w:rsidR="004266A8" w:rsidRPr="008E77DA" w:rsidRDefault="004266A8" w:rsidP="008E77DA">
      <w:pPr>
        <w:spacing w:after="0" w:line="240" w:lineRule="auto"/>
        <w:rPr>
          <w:rFonts w:ascii="Times New Roman" w:hAnsi="Times New Roman" w:cs="Times New Roman"/>
        </w:rPr>
      </w:pPr>
    </w:p>
    <w:p w14:paraId="33CC9CF0" w14:textId="77777777" w:rsidR="004266A8" w:rsidRPr="008E77DA" w:rsidRDefault="004266A8" w:rsidP="008E77DA">
      <w:pPr>
        <w:spacing w:after="0" w:line="240" w:lineRule="auto"/>
        <w:rPr>
          <w:rFonts w:ascii="Times New Roman" w:hAnsi="Times New Roman" w:cs="Times New Roman"/>
        </w:rPr>
      </w:pPr>
    </w:p>
    <w:p w14:paraId="4BAD5FCE" w14:textId="59C46DDD"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25. Ders: FZD 103 - Anatomi</w:t>
      </w:r>
    </w:p>
    <w:p w14:paraId="554139A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4AC1EAF9" w14:textId="77777777" w:rsidTr="00F111D1">
        <w:trPr>
          <w:jc w:val="center"/>
        </w:trPr>
        <w:tc>
          <w:tcPr>
            <w:tcW w:w="3120" w:type="dxa"/>
            <w:shd w:val="clear" w:color="auto" w:fill="1F4E79"/>
            <w:tcMar>
              <w:top w:w="80" w:type="dxa"/>
              <w:left w:w="120" w:type="dxa"/>
              <w:bottom w:w="80" w:type="dxa"/>
              <w:right w:w="120" w:type="dxa"/>
            </w:tcMar>
          </w:tcPr>
          <w:p w14:paraId="424D910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4C0F5A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99D188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36C407AF" w14:textId="77777777" w:rsidTr="00F111D1">
        <w:trPr>
          <w:jc w:val="center"/>
        </w:trPr>
        <w:tc>
          <w:tcPr>
            <w:tcW w:w="3120" w:type="dxa"/>
            <w:shd w:val="clear" w:color="auto" w:fill="F9FAFB"/>
            <w:tcMar>
              <w:top w:w="60" w:type="dxa"/>
              <w:left w:w="120" w:type="dxa"/>
              <w:bottom w:w="60" w:type="dxa"/>
              <w:right w:w="120" w:type="dxa"/>
            </w:tcMar>
          </w:tcPr>
          <w:p w14:paraId="0C6031B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15F27F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1A8D38A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2,36</w:t>
            </w:r>
          </w:p>
        </w:tc>
      </w:tr>
      <w:tr w:rsidR="004266A8" w:rsidRPr="008E77DA" w14:paraId="79E7E61A" w14:textId="77777777" w:rsidTr="00F111D1">
        <w:trPr>
          <w:jc w:val="center"/>
        </w:trPr>
        <w:tc>
          <w:tcPr>
            <w:tcW w:w="3120" w:type="dxa"/>
            <w:shd w:val="clear" w:color="auto" w:fill="FFFFFF"/>
            <w:tcMar>
              <w:top w:w="60" w:type="dxa"/>
              <w:left w:w="120" w:type="dxa"/>
              <w:bottom w:w="60" w:type="dxa"/>
              <w:right w:w="120" w:type="dxa"/>
            </w:tcMar>
          </w:tcPr>
          <w:p w14:paraId="19679F5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75798A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368726C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2,71</w:t>
            </w:r>
          </w:p>
        </w:tc>
      </w:tr>
      <w:tr w:rsidR="004266A8" w:rsidRPr="008E77DA" w14:paraId="0B556739" w14:textId="77777777" w:rsidTr="00F111D1">
        <w:trPr>
          <w:jc w:val="center"/>
        </w:trPr>
        <w:tc>
          <w:tcPr>
            <w:tcW w:w="3120" w:type="dxa"/>
            <w:shd w:val="clear" w:color="auto" w:fill="F9FAFB"/>
            <w:tcMar>
              <w:top w:w="60" w:type="dxa"/>
              <w:left w:w="120" w:type="dxa"/>
              <w:bottom w:w="60" w:type="dxa"/>
              <w:right w:w="120" w:type="dxa"/>
            </w:tcMar>
          </w:tcPr>
          <w:p w14:paraId="507361A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7576981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61B5825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26BD355F" w14:textId="77777777" w:rsidTr="00F111D1">
        <w:trPr>
          <w:jc w:val="center"/>
        </w:trPr>
        <w:tc>
          <w:tcPr>
            <w:tcW w:w="3120" w:type="dxa"/>
            <w:shd w:val="clear" w:color="auto" w:fill="FFFFFF"/>
            <w:tcMar>
              <w:top w:w="60" w:type="dxa"/>
              <w:left w:w="120" w:type="dxa"/>
              <w:bottom w:w="60" w:type="dxa"/>
              <w:right w:w="120" w:type="dxa"/>
            </w:tcMar>
          </w:tcPr>
          <w:p w14:paraId="6665AA9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54EDF4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1DD8F1B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bl>
    <w:p w14:paraId="43B55314" w14:textId="77777777" w:rsidR="004266A8" w:rsidRPr="008E77DA" w:rsidRDefault="004266A8" w:rsidP="008E77DA">
      <w:pPr>
        <w:spacing w:after="0" w:line="240" w:lineRule="auto"/>
        <w:rPr>
          <w:rFonts w:ascii="Times New Roman" w:hAnsi="Times New Roman" w:cs="Times New Roman"/>
        </w:rPr>
      </w:pPr>
    </w:p>
    <w:p w14:paraId="1E4110B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4266A8" w:rsidRPr="008E77DA" w14:paraId="6BF5E124" w14:textId="77777777" w:rsidTr="00F111D1">
        <w:trPr>
          <w:jc w:val="center"/>
        </w:trPr>
        <w:tc>
          <w:tcPr>
            <w:tcW w:w="4680" w:type="dxa"/>
            <w:shd w:val="clear" w:color="auto" w:fill="1F4E79"/>
            <w:tcMar>
              <w:top w:w="80" w:type="dxa"/>
              <w:left w:w="120" w:type="dxa"/>
              <w:bottom w:w="80" w:type="dxa"/>
              <w:right w:w="120" w:type="dxa"/>
            </w:tcMar>
          </w:tcPr>
          <w:p w14:paraId="412C00C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502664C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4266A8" w:rsidRPr="008E77DA" w14:paraId="3E4A7D0B" w14:textId="77777777" w:rsidTr="00F111D1">
        <w:trPr>
          <w:jc w:val="center"/>
        </w:trPr>
        <w:tc>
          <w:tcPr>
            <w:tcW w:w="4680" w:type="dxa"/>
            <w:shd w:val="clear" w:color="auto" w:fill="F9FAFB"/>
            <w:tcMar>
              <w:top w:w="60" w:type="dxa"/>
              <w:left w:w="120" w:type="dxa"/>
              <w:bottom w:w="60" w:type="dxa"/>
              <w:right w:w="120" w:type="dxa"/>
            </w:tcMar>
          </w:tcPr>
          <w:p w14:paraId="52CB05A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51A4E74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1,93 saat</w:t>
            </w:r>
          </w:p>
        </w:tc>
      </w:tr>
      <w:tr w:rsidR="004266A8" w:rsidRPr="008E77DA" w14:paraId="439092C5" w14:textId="77777777" w:rsidTr="00F111D1">
        <w:trPr>
          <w:jc w:val="center"/>
        </w:trPr>
        <w:tc>
          <w:tcPr>
            <w:tcW w:w="4680" w:type="dxa"/>
            <w:shd w:val="clear" w:color="auto" w:fill="FFFFFF"/>
            <w:tcMar>
              <w:top w:w="60" w:type="dxa"/>
              <w:left w:w="120" w:type="dxa"/>
              <w:bottom w:w="60" w:type="dxa"/>
              <w:right w:w="120" w:type="dxa"/>
            </w:tcMar>
          </w:tcPr>
          <w:p w14:paraId="4AABE37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3F4134B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0,21 saat</w:t>
            </w:r>
          </w:p>
        </w:tc>
      </w:tr>
      <w:tr w:rsidR="004266A8" w:rsidRPr="008E77DA" w14:paraId="7830D9DB" w14:textId="77777777" w:rsidTr="00F111D1">
        <w:trPr>
          <w:jc w:val="center"/>
        </w:trPr>
        <w:tc>
          <w:tcPr>
            <w:tcW w:w="4680" w:type="dxa"/>
            <w:shd w:val="clear" w:color="auto" w:fill="F9FAFB"/>
            <w:tcMar>
              <w:top w:w="60" w:type="dxa"/>
              <w:left w:w="120" w:type="dxa"/>
              <w:bottom w:w="60" w:type="dxa"/>
              <w:right w:w="120" w:type="dxa"/>
            </w:tcMar>
          </w:tcPr>
          <w:p w14:paraId="1C5B692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79DEECD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0,07 saat</w:t>
            </w:r>
          </w:p>
        </w:tc>
      </w:tr>
      <w:tr w:rsidR="004266A8" w:rsidRPr="008E77DA" w14:paraId="4F71D538" w14:textId="77777777" w:rsidTr="00F111D1">
        <w:trPr>
          <w:jc w:val="center"/>
        </w:trPr>
        <w:tc>
          <w:tcPr>
            <w:tcW w:w="4680" w:type="dxa"/>
            <w:shd w:val="clear" w:color="auto" w:fill="FFFFFF"/>
            <w:tcMar>
              <w:top w:w="60" w:type="dxa"/>
              <w:left w:w="120" w:type="dxa"/>
              <w:bottom w:w="60" w:type="dxa"/>
              <w:right w:w="120" w:type="dxa"/>
            </w:tcMar>
          </w:tcPr>
          <w:p w14:paraId="05229A2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1B816E5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0,50 saat</w:t>
            </w:r>
          </w:p>
        </w:tc>
      </w:tr>
      <w:tr w:rsidR="004266A8" w:rsidRPr="008E77DA" w14:paraId="6FF67A9E" w14:textId="77777777" w:rsidTr="00F111D1">
        <w:trPr>
          <w:jc w:val="center"/>
        </w:trPr>
        <w:tc>
          <w:tcPr>
            <w:tcW w:w="4680" w:type="dxa"/>
            <w:shd w:val="clear" w:color="auto" w:fill="F9FAFB"/>
            <w:tcMar>
              <w:top w:w="60" w:type="dxa"/>
              <w:left w:w="120" w:type="dxa"/>
              <w:bottom w:w="60" w:type="dxa"/>
              <w:right w:w="120" w:type="dxa"/>
            </w:tcMar>
          </w:tcPr>
          <w:p w14:paraId="5D0D9D3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6E55E31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4,46 saat</w:t>
            </w:r>
          </w:p>
        </w:tc>
      </w:tr>
      <w:tr w:rsidR="004266A8" w:rsidRPr="008E77DA" w14:paraId="38B755B6" w14:textId="77777777" w:rsidTr="00F111D1">
        <w:trPr>
          <w:jc w:val="center"/>
        </w:trPr>
        <w:tc>
          <w:tcPr>
            <w:tcW w:w="4680" w:type="dxa"/>
            <w:shd w:val="clear" w:color="auto" w:fill="FFFFFF"/>
            <w:tcMar>
              <w:top w:w="60" w:type="dxa"/>
              <w:left w:w="120" w:type="dxa"/>
              <w:bottom w:w="60" w:type="dxa"/>
              <w:right w:w="120" w:type="dxa"/>
            </w:tcMar>
          </w:tcPr>
          <w:p w14:paraId="5DCAEA5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4C8C2D6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1,57 saat</w:t>
            </w:r>
          </w:p>
        </w:tc>
      </w:tr>
      <w:tr w:rsidR="004266A8" w:rsidRPr="008E77DA" w14:paraId="4FDA4C84" w14:textId="77777777" w:rsidTr="00F111D1">
        <w:trPr>
          <w:jc w:val="center"/>
        </w:trPr>
        <w:tc>
          <w:tcPr>
            <w:tcW w:w="4680" w:type="dxa"/>
            <w:shd w:val="clear" w:color="auto" w:fill="F9FAFB"/>
            <w:tcMar>
              <w:top w:w="60" w:type="dxa"/>
              <w:left w:w="120" w:type="dxa"/>
              <w:bottom w:w="60" w:type="dxa"/>
              <w:right w:w="120" w:type="dxa"/>
            </w:tcMar>
          </w:tcPr>
          <w:p w14:paraId="6C5FF9E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390354D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w:t>
            </w:r>
          </w:p>
        </w:tc>
      </w:tr>
      <w:tr w:rsidR="004266A8" w:rsidRPr="008E77DA" w14:paraId="78EA329D" w14:textId="77777777" w:rsidTr="00F111D1">
        <w:trPr>
          <w:jc w:val="center"/>
        </w:trPr>
        <w:tc>
          <w:tcPr>
            <w:tcW w:w="4680" w:type="dxa"/>
            <w:shd w:val="clear" w:color="auto" w:fill="FFFFFF"/>
            <w:tcMar>
              <w:top w:w="60" w:type="dxa"/>
              <w:left w:w="120" w:type="dxa"/>
              <w:bottom w:w="60" w:type="dxa"/>
              <w:right w:w="120" w:type="dxa"/>
            </w:tcMar>
          </w:tcPr>
          <w:p w14:paraId="04B6355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5D28950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7,85 saat</w:t>
            </w:r>
          </w:p>
        </w:tc>
      </w:tr>
    </w:tbl>
    <w:p w14:paraId="4BA4A1A7" w14:textId="77777777" w:rsidR="004266A8" w:rsidRPr="008E77DA" w:rsidRDefault="004266A8" w:rsidP="008E77DA">
      <w:pPr>
        <w:spacing w:after="0" w:line="240" w:lineRule="auto"/>
        <w:rPr>
          <w:rFonts w:ascii="Times New Roman" w:hAnsi="Times New Roman" w:cs="Times New Roman"/>
        </w:rPr>
      </w:pPr>
    </w:p>
    <w:p w14:paraId="05DA5DD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7EFD514E" w14:textId="77777777" w:rsidTr="00F111D1">
        <w:trPr>
          <w:jc w:val="center"/>
        </w:trPr>
        <w:tc>
          <w:tcPr>
            <w:tcW w:w="3120" w:type="dxa"/>
            <w:shd w:val="clear" w:color="auto" w:fill="1F4E79"/>
            <w:tcMar>
              <w:top w:w="80" w:type="dxa"/>
              <w:left w:w="120" w:type="dxa"/>
              <w:bottom w:w="80" w:type="dxa"/>
              <w:right w:w="120" w:type="dxa"/>
            </w:tcMar>
          </w:tcPr>
          <w:p w14:paraId="254D956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C68998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3D5DFF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5977AE27" w14:textId="77777777" w:rsidTr="00F111D1">
        <w:trPr>
          <w:jc w:val="center"/>
        </w:trPr>
        <w:tc>
          <w:tcPr>
            <w:tcW w:w="3120" w:type="dxa"/>
            <w:shd w:val="clear" w:color="auto" w:fill="F9FAFB"/>
            <w:tcMar>
              <w:top w:w="60" w:type="dxa"/>
              <w:left w:w="120" w:type="dxa"/>
              <w:bottom w:w="60" w:type="dxa"/>
              <w:right w:w="120" w:type="dxa"/>
            </w:tcMar>
          </w:tcPr>
          <w:p w14:paraId="572509F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2FCCAB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76F96A8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3,36</w:t>
            </w:r>
          </w:p>
        </w:tc>
      </w:tr>
      <w:tr w:rsidR="004266A8" w:rsidRPr="008E77DA" w14:paraId="4593B34F" w14:textId="77777777" w:rsidTr="00F111D1">
        <w:trPr>
          <w:jc w:val="center"/>
        </w:trPr>
        <w:tc>
          <w:tcPr>
            <w:tcW w:w="3120" w:type="dxa"/>
            <w:shd w:val="clear" w:color="auto" w:fill="FFFFFF"/>
            <w:tcMar>
              <w:top w:w="60" w:type="dxa"/>
              <w:left w:w="120" w:type="dxa"/>
              <w:bottom w:w="60" w:type="dxa"/>
              <w:right w:w="120" w:type="dxa"/>
            </w:tcMar>
          </w:tcPr>
          <w:p w14:paraId="5F60FF8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737FDC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2A10121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4266A8" w:rsidRPr="008E77DA" w14:paraId="78B5ED6C" w14:textId="77777777" w:rsidTr="00F111D1">
        <w:trPr>
          <w:jc w:val="center"/>
        </w:trPr>
        <w:tc>
          <w:tcPr>
            <w:tcW w:w="3120" w:type="dxa"/>
            <w:shd w:val="clear" w:color="auto" w:fill="F9FAFB"/>
            <w:tcMar>
              <w:top w:w="60" w:type="dxa"/>
              <w:left w:w="120" w:type="dxa"/>
              <w:bottom w:w="60" w:type="dxa"/>
              <w:right w:w="120" w:type="dxa"/>
            </w:tcMar>
          </w:tcPr>
          <w:p w14:paraId="4E52B03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553E477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514900F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5EA5E906" w14:textId="77777777" w:rsidTr="00F111D1">
        <w:trPr>
          <w:jc w:val="center"/>
        </w:trPr>
        <w:tc>
          <w:tcPr>
            <w:tcW w:w="3120" w:type="dxa"/>
            <w:shd w:val="clear" w:color="auto" w:fill="FFFFFF"/>
            <w:tcMar>
              <w:top w:w="60" w:type="dxa"/>
              <w:left w:w="120" w:type="dxa"/>
              <w:bottom w:w="60" w:type="dxa"/>
              <w:right w:w="120" w:type="dxa"/>
            </w:tcMar>
          </w:tcPr>
          <w:p w14:paraId="76623A3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15F9B0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3BCA658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1A335A44" w14:textId="77777777" w:rsidTr="00F111D1">
        <w:trPr>
          <w:jc w:val="center"/>
        </w:trPr>
        <w:tc>
          <w:tcPr>
            <w:tcW w:w="3120" w:type="dxa"/>
            <w:shd w:val="clear" w:color="auto" w:fill="F9FAFB"/>
            <w:tcMar>
              <w:top w:w="60" w:type="dxa"/>
              <w:left w:w="120" w:type="dxa"/>
              <w:bottom w:w="60" w:type="dxa"/>
              <w:right w:w="120" w:type="dxa"/>
            </w:tcMar>
          </w:tcPr>
          <w:p w14:paraId="1DE9641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1DB2C40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6E17981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1F05E6D1" w14:textId="77777777" w:rsidTr="00F111D1">
        <w:trPr>
          <w:jc w:val="center"/>
        </w:trPr>
        <w:tc>
          <w:tcPr>
            <w:tcW w:w="3120" w:type="dxa"/>
            <w:shd w:val="clear" w:color="auto" w:fill="FFFFFF"/>
            <w:tcMar>
              <w:top w:w="60" w:type="dxa"/>
              <w:left w:w="120" w:type="dxa"/>
              <w:bottom w:w="60" w:type="dxa"/>
              <w:right w:w="120" w:type="dxa"/>
            </w:tcMar>
          </w:tcPr>
          <w:p w14:paraId="3F1AB25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7E3903C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6C51F3E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7969D3D6" w14:textId="77777777" w:rsidTr="00F111D1">
        <w:trPr>
          <w:jc w:val="center"/>
        </w:trPr>
        <w:tc>
          <w:tcPr>
            <w:tcW w:w="3120" w:type="dxa"/>
            <w:shd w:val="clear" w:color="auto" w:fill="F9FAFB"/>
            <w:tcMar>
              <w:top w:w="60" w:type="dxa"/>
              <w:left w:w="120" w:type="dxa"/>
              <w:bottom w:w="60" w:type="dxa"/>
              <w:right w:w="120" w:type="dxa"/>
            </w:tcMar>
          </w:tcPr>
          <w:p w14:paraId="40749EF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5502542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556406E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3,79</w:t>
            </w:r>
          </w:p>
        </w:tc>
      </w:tr>
      <w:tr w:rsidR="004266A8" w:rsidRPr="008E77DA" w14:paraId="65345DC6" w14:textId="77777777" w:rsidTr="00F111D1">
        <w:trPr>
          <w:jc w:val="center"/>
        </w:trPr>
        <w:tc>
          <w:tcPr>
            <w:tcW w:w="3120" w:type="dxa"/>
            <w:shd w:val="clear" w:color="auto" w:fill="FFFFFF"/>
            <w:tcMar>
              <w:top w:w="60" w:type="dxa"/>
              <w:left w:w="120" w:type="dxa"/>
              <w:bottom w:w="60" w:type="dxa"/>
              <w:right w:w="120" w:type="dxa"/>
            </w:tcMar>
          </w:tcPr>
          <w:p w14:paraId="6BF0A59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0A0E4F0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61FA950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3,86</w:t>
            </w:r>
          </w:p>
        </w:tc>
      </w:tr>
      <w:tr w:rsidR="004266A8" w:rsidRPr="008E77DA" w14:paraId="5670C428" w14:textId="77777777" w:rsidTr="00F111D1">
        <w:trPr>
          <w:jc w:val="center"/>
        </w:trPr>
        <w:tc>
          <w:tcPr>
            <w:tcW w:w="3120" w:type="dxa"/>
            <w:shd w:val="clear" w:color="auto" w:fill="F9FAFB"/>
            <w:tcMar>
              <w:top w:w="60" w:type="dxa"/>
              <w:left w:w="120" w:type="dxa"/>
              <w:bottom w:w="60" w:type="dxa"/>
              <w:right w:w="120" w:type="dxa"/>
            </w:tcMar>
          </w:tcPr>
          <w:p w14:paraId="24FE572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4C629EC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7E712A4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4266A8" w:rsidRPr="008E77DA" w14:paraId="237715F5" w14:textId="77777777" w:rsidTr="00F111D1">
        <w:trPr>
          <w:jc w:val="center"/>
        </w:trPr>
        <w:tc>
          <w:tcPr>
            <w:tcW w:w="3120" w:type="dxa"/>
            <w:shd w:val="clear" w:color="auto" w:fill="FFFFFF"/>
            <w:tcMar>
              <w:top w:w="60" w:type="dxa"/>
              <w:left w:w="120" w:type="dxa"/>
              <w:bottom w:w="60" w:type="dxa"/>
              <w:right w:w="120" w:type="dxa"/>
            </w:tcMar>
          </w:tcPr>
          <w:p w14:paraId="3F2219D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1A46D2E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2A15DAC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3,64</w:t>
            </w:r>
          </w:p>
        </w:tc>
      </w:tr>
      <w:tr w:rsidR="004266A8" w:rsidRPr="008E77DA" w14:paraId="3712185C" w14:textId="77777777" w:rsidTr="00F111D1">
        <w:trPr>
          <w:jc w:val="center"/>
        </w:trPr>
        <w:tc>
          <w:tcPr>
            <w:tcW w:w="3120" w:type="dxa"/>
            <w:shd w:val="clear" w:color="auto" w:fill="F9FAFB"/>
            <w:tcMar>
              <w:top w:w="60" w:type="dxa"/>
              <w:left w:w="120" w:type="dxa"/>
              <w:bottom w:w="60" w:type="dxa"/>
              <w:right w:w="120" w:type="dxa"/>
            </w:tcMar>
          </w:tcPr>
          <w:p w14:paraId="2A920FA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4070381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2C25895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4266A8" w:rsidRPr="008E77DA" w14:paraId="4563E731" w14:textId="77777777" w:rsidTr="00F111D1">
        <w:trPr>
          <w:jc w:val="center"/>
        </w:trPr>
        <w:tc>
          <w:tcPr>
            <w:tcW w:w="3120" w:type="dxa"/>
            <w:shd w:val="clear" w:color="auto" w:fill="FFFFFF"/>
            <w:tcMar>
              <w:top w:w="60" w:type="dxa"/>
              <w:left w:w="120" w:type="dxa"/>
              <w:bottom w:w="60" w:type="dxa"/>
              <w:right w:w="120" w:type="dxa"/>
            </w:tcMar>
          </w:tcPr>
          <w:p w14:paraId="4C3D47C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65F78CA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64DB1FE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3,86</w:t>
            </w:r>
          </w:p>
        </w:tc>
      </w:tr>
      <w:tr w:rsidR="004266A8" w:rsidRPr="008E77DA" w14:paraId="2AB6B6E6" w14:textId="77777777" w:rsidTr="00F111D1">
        <w:trPr>
          <w:jc w:val="center"/>
        </w:trPr>
        <w:tc>
          <w:tcPr>
            <w:tcW w:w="3120" w:type="dxa"/>
            <w:shd w:val="clear" w:color="auto" w:fill="F9FAFB"/>
            <w:tcMar>
              <w:top w:w="60" w:type="dxa"/>
              <w:left w:w="120" w:type="dxa"/>
              <w:bottom w:w="60" w:type="dxa"/>
              <w:right w:w="120" w:type="dxa"/>
            </w:tcMar>
          </w:tcPr>
          <w:p w14:paraId="24A9097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03DCB25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44B339A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4266A8" w:rsidRPr="008E77DA" w14:paraId="11F9368C" w14:textId="77777777" w:rsidTr="00F111D1">
        <w:trPr>
          <w:jc w:val="center"/>
        </w:trPr>
        <w:tc>
          <w:tcPr>
            <w:tcW w:w="3120" w:type="dxa"/>
            <w:shd w:val="clear" w:color="auto" w:fill="FFFFFF"/>
            <w:tcMar>
              <w:top w:w="60" w:type="dxa"/>
              <w:left w:w="120" w:type="dxa"/>
              <w:bottom w:w="60" w:type="dxa"/>
              <w:right w:w="120" w:type="dxa"/>
            </w:tcMar>
          </w:tcPr>
          <w:p w14:paraId="3E934E2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342900C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240FECB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bl>
    <w:p w14:paraId="20AE5B53" w14:textId="77777777" w:rsidR="004266A8" w:rsidRPr="008E77DA" w:rsidRDefault="004266A8" w:rsidP="008E77DA">
      <w:pPr>
        <w:spacing w:after="0" w:line="240" w:lineRule="auto"/>
        <w:rPr>
          <w:rFonts w:ascii="Times New Roman" w:hAnsi="Times New Roman" w:cs="Times New Roman"/>
        </w:rPr>
      </w:pPr>
    </w:p>
    <w:p w14:paraId="5BF2370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67200DE8" w14:textId="77777777" w:rsidTr="00F111D1">
        <w:trPr>
          <w:jc w:val="center"/>
        </w:trPr>
        <w:tc>
          <w:tcPr>
            <w:tcW w:w="3120" w:type="dxa"/>
            <w:shd w:val="clear" w:color="auto" w:fill="1F4E79"/>
            <w:tcMar>
              <w:top w:w="80" w:type="dxa"/>
              <w:left w:w="120" w:type="dxa"/>
              <w:bottom w:w="80" w:type="dxa"/>
              <w:right w:w="120" w:type="dxa"/>
            </w:tcMar>
          </w:tcPr>
          <w:p w14:paraId="7636B48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BB891D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2BF7CB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527669C0" w14:textId="77777777" w:rsidTr="00F111D1">
        <w:trPr>
          <w:jc w:val="center"/>
        </w:trPr>
        <w:tc>
          <w:tcPr>
            <w:tcW w:w="3120" w:type="dxa"/>
            <w:shd w:val="clear" w:color="auto" w:fill="F9FAFB"/>
            <w:tcMar>
              <w:top w:w="60" w:type="dxa"/>
              <w:left w:w="120" w:type="dxa"/>
              <w:bottom w:w="60" w:type="dxa"/>
              <w:right w:w="120" w:type="dxa"/>
            </w:tcMar>
          </w:tcPr>
          <w:p w14:paraId="53C27B8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70A131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088ADE1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3,79</w:t>
            </w:r>
          </w:p>
        </w:tc>
      </w:tr>
      <w:tr w:rsidR="004266A8" w:rsidRPr="008E77DA" w14:paraId="38062C94" w14:textId="77777777" w:rsidTr="00F111D1">
        <w:trPr>
          <w:jc w:val="center"/>
        </w:trPr>
        <w:tc>
          <w:tcPr>
            <w:tcW w:w="3120" w:type="dxa"/>
            <w:shd w:val="clear" w:color="auto" w:fill="FFFFFF"/>
            <w:tcMar>
              <w:top w:w="60" w:type="dxa"/>
              <w:left w:w="120" w:type="dxa"/>
              <w:bottom w:w="60" w:type="dxa"/>
              <w:right w:w="120" w:type="dxa"/>
            </w:tcMar>
          </w:tcPr>
          <w:p w14:paraId="23C3C55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876653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6116855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3,71</w:t>
            </w:r>
          </w:p>
        </w:tc>
      </w:tr>
      <w:tr w:rsidR="004266A8" w:rsidRPr="008E77DA" w14:paraId="1BC6A807" w14:textId="77777777" w:rsidTr="00F111D1">
        <w:trPr>
          <w:jc w:val="center"/>
        </w:trPr>
        <w:tc>
          <w:tcPr>
            <w:tcW w:w="3120" w:type="dxa"/>
            <w:shd w:val="clear" w:color="auto" w:fill="F9FAFB"/>
            <w:tcMar>
              <w:top w:w="60" w:type="dxa"/>
              <w:left w:w="120" w:type="dxa"/>
              <w:bottom w:w="60" w:type="dxa"/>
              <w:right w:w="120" w:type="dxa"/>
            </w:tcMar>
          </w:tcPr>
          <w:p w14:paraId="5FE8F8A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79875D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7EEE6C8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3,57</w:t>
            </w:r>
          </w:p>
        </w:tc>
      </w:tr>
      <w:tr w:rsidR="004266A8" w:rsidRPr="008E77DA" w14:paraId="78524FC0" w14:textId="77777777" w:rsidTr="00F111D1">
        <w:trPr>
          <w:jc w:val="center"/>
        </w:trPr>
        <w:tc>
          <w:tcPr>
            <w:tcW w:w="3120" w:type="dxa"/>
            <w:shd w:val="clear" w:color="auto" w:fill="FFFFFF"/>
            <w:tcMar>
              <w:top w:w="60" w:type="dxa"/>
              <w:left w:w="120" w:type="dxa"/>
              <w:bottom w:w="60" w:type="dxa"/>
              <w:right w:w="120" w:type="dxa"/>
            </w:tcMar>
          </w:tcPr>
          <w:p w14:paraId="2F28C98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AC7B6E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6AC08F9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3,07</w:t>
            </w:r>
          </w:p>
        </w:tc>
      </w:tr>
      <w:tr w:rsidR="004266A8" w:rsidRPr="008E77DA" w14:paraId="69020D2B" w14:textId="77777777" w:rsidTr="00F111D1">
        <w:trPr>
          <w:jc w:val="center"/>
        </w:trPr>
        <w:tc>
          <w:tcPr>
            <w:tcW w:w="3120" w:type="dxa"/>
            <w:shd w:val="clear" w:color="auto" w:fill="F9FAFB"/>
            <w:tcMar>
              <w:top w:w="60" w:type="dxa"/>
              <w:left w:w="120" w:type="dxa"/>
              <w:bottom w:w="60" w:type="dxa"/>
              <w:right w:w="120" w:type="dxa"/>
            </w:tcMar>
          </w:tcPr>
          <w:p w14:paraId="08CA712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596407D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6D8D83B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3,50</w:t>
            </w:r>
          </w:p>
        </w:tc>
      </w:tr>
    </w:tbl>
    <w:p w14:paraId="0EC00BCE" w14:textId="77777777" w:rsidR="004266A8" w:rsidRPr="008E77DA" w:rsidRDefault="004266A8" w:rsidP="008E77DA">
      <w:pPr>
        <w:spacing w:after="0" w:line="240" w:lineRule="auto"/>
        <w:rPr>
          <w:rFonts w:ascii="Times New Roman" w:hAnsi="Times New Roman" w:cs="Times New Roman"/>
        </w:rPr>
      </w:pPr>
    </w:p>
    <w:p w14:paraId="7891A7DD" w14:textId="77777777" w:rsidR="004266A8" w:rsidRPr="008E77DA" w:rsidRDefault="004266A8" w:rsidP="008E77DA">
      <w:pPr>
        <w:spacing w:after="0" w:line="240" w:lineRule="auto"/>
        <w:rPr>
          <w:rFonts w:ascii="Times New Roman" w:hAnsi="Times New Roman" w:cs="Times New Roman"/>
        </w:rPr>
      </w:pPr>
    </w:p>
    <w:p w14:paraId="06E1B4D0" w14:textId="5FB79CF6"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26. Ders: FZD 105 - Fizyoloji</w:t>
      </w:r>
    </w:p>
    <w:p w14:paraId="1BE235D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34B1FEEB" w14:textId="77777777" w:rsidTr="00F111D1">
        <w:trPr>
          <w:jc w:val="center"/>
        </w:trPr>
        <w:tc>
          <w:tcPr>
            <w:tcW w:w="3120" w:type="dxa"/>
            <w:shd w:val="clear" w:color="auto" w:fill="1F4E79"/>
            <w:tcMar>
              <w:top w:w="80" w:type="dxa"/>
              <w:left w:w="120" w:type="dxa"/>
              <w:bottom w:w="80" w:type="dxa"/>
              <w:right w:w="120" w:type="dxa"/>
            </w:tcMar>
          </w:tcPr>
          <w:p w14:paraId="5038BF1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2C06C4F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ABF371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2483614C" w14:textId="77777777" w:rsidTr="00F111D1">
        <w:trPr>
          <w:jc w:val="center"/>
        </w:trPr>
        <w:tc>
          <w:tcPr>
            <w:tcW w:w="3120" w:type="dxa"/>
            <w:shd w:val="clear" w:color="auto" w:fill="F9FAFB"/>
            <w:tcMar>
              <w:top w:w="60" w:type="dxa"/>
              <w:left w:w="120" w:type="dxa"/>
              <w:bottom w:w="60" w:type="dxa"/>
              <w:right w:w="120" w:type="dxa"/>
            </w:tcMar>
          </w:tcPr>
          <w:p w14:paraId="2B8D5DB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951990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7A68E0C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3,62</w:t>
            </w:r>
          </w:p>
        </w:tc>
      </w:tr>
      <w:tr w:rsidR="004266A8" w:rsidRPr="008E77DA" w14:paraId="51121359" w14:textId="77777777" w:rsidTr="00F111D1">
        <w:trPr>
          <w:jc w:val="center"/>
        </w:trPr>
        <w:tc>
          <w:tcPr>
            <w:tcW w:w="3120" w:type="dxa"/>
            <w:shd w:val="clear" w:color="auto" w:fill="FFFFFF"/>
            <w:tcMar>
              <w:top w:w="60" w:type="dxa"/>
              <w:left w:w="120" w:type="dxa"/>
              <w:bottom w:w="60" w:type="dxa"/>
              <w:right w:w="120" w:type="dxa"/>
            </w:tcMar>
          </w:tcPr>
          <w:p w14:paraId="5F386CF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2</w:t>
            </w:r>
          </w:p>
        </w:tc>
        <w:tc>
          <w:tcPr>
            <w:tcW w:w="3120" w:type="dxa"/>
            <w:shd w:val="clear" w:color="auto" w:fill="FFFFFF"/>
            <w:tcMar>
              <w:top w:w="60" w:type="dxa"/>
              <w:left w:w="120" w:type="dxa"/>
              <w:bottom w:w="60" w:type="dxa"/>
              <w:right w:w="120" w:type="dxa"/>
            </w:tcMar>
          </w:tcPr>
          <w:p w14:paraId="12B8F6B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5CDE23D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3,54</w:t>
            </w:r>
          </w:p>
        </w:tc>
      </w:tr>
      <w:tr w:rsidR="004266A8" w:rsidRPr="008E77DA" w14:paraId="74D61FAE" w14:textId="77777777" w:rsidTr="00F111D1">
        <w:trPr>
          <w:jc w:val="center"/>
        </w:trPr>
        <w:tc>
          <w:tcPr>
            <w:tcW w:w="3120" w:type="dxa"/>
            <w:shd w:val="clear" w:color="auto" w:fill="F9FAFB"/>
            <w:tcMar>
              <w:top w:w="60" w:type="dxa"/>
              <w:left w:w="120" w:type="dxa"/>
              <w:bottom w:w="60" w:type="dxa"/>
              <w:right w:w="120" w:type="dxa"/>
            </w:tcMar>
          </w:tcPr>
          <w:p w14:paraId="3D7D1D2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3D4BA5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12FC51A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3,38</w:t>
            </w:r>
          </w:p>
        </w:tc>
      </w:tr>
      <w:tr w:rsidR="004266A8" w:rsidRPr="008E77DA" w14:paraId="04861BC2" w14:textId="77777777" w:rsidTr="00F111D1">
        <w:trPr>
          <w:jc w:val="center"/>
        </w:trPr>
        <w:tc>
          <w:tcPr>
            <w:tcW w:w="3120" w:type="dxa"/>
            <w:shd w:val="clear" w:color="auto" w:fill="FFFFFF"/>
            <w:tcMar>
              <w:top w:w="60" w:type="dxa"/>
              <w:left w:w="120" w:type="dxa"/>
              <w:bottom w:w="60" w:type="dxa"/>
              <w:right w:w="120" w:type="dxa"/>
            </w:tcMar>
          </w:tcPr>
          <w:p w14:paraId="558A3B2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30BA15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6038F7C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3,69</w:t>
            </w:r>
          </w:p>
        </w:tc>
      </w:tr>
    </w:tbl>
    <w:p w14:paraId="27E39721" w14:textId="77777777" w:rsidR="004266A8" w:rsidRPr="008E77DA" w:rsidRDefault="004266A8" w:rsidP="008E77DA">
      <w:pPr>
        <w:spacing w:after="0" w:line="240" w:lineRule="auto"/>
        <w:rPr>
          <w:rFonts w:ascii="Times New Roman" w:hAnsi="Times New Roman" w:cs="Times New Roman"/>
        </w:rPr>
      </w:pPr>
    </w:p>
    <w:p w14:paraId="6129828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4266A8" w:rsidRPr="008E77DA" w14:paraId="7AC77B99" w14:textId="77777777" w:rsidTr="00F111D1">
        <w:trPr>
          <w:jc w:val="center"/>
        </w:trPr>
        <w:tc>
          <w:tcPr>
            <w:tcW w:w="4680" w:type="dxa"/>
            <w:shd w:val="clear" w:color="auto" w:fill="1F4E79"/>
            <w:tcMar>
              <w:top w:w="80" w:type="dxa"/>
              <w:left w:w="120" w:type="dxa"/>
              <w:bottom w:w="80" w:type="dxa"/>
              <w:right w:w="120" w:type="dxa"/>
            </w:tcMar>
          </w:tcPr>
          <w:p w14:paraId="1082A34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7EBEDA3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4266A8" w:rsidRPr="008E77DA" w14:paraId="695C280F" w14:textId="77777777" w:rsidTr="00F111D1">
        <w:trPr>
          <w:jc w:val="center"/>
        </w:trPr>
        <w:tc>
          <w:tcPr>
            <w:tcW w:w="4680" w:type="dxa"/>
            <w:shd w:val="clear" w:color="auto" w:fill="F9FAFB"/>
            <w:tcMar>
              <w:top w:w="60" w:type="dxa"/>
              <w:left w:w="120" w:type="dxa"/>
              <w:bottom w:w="60" w:type="dxa"/>
              <w:right w:w="120" w:type="dxa"/>
            </w:tcMar>
          </w:tcPr>
          <w:p w14:paraId="51DD9F2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3E3098A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1,08 saat</w:t>
            </w:r>
          </w:p>
        </w:tc>
      </w:tr>
      <w:tr w:rsidR="004266A8" w:rsidRPr="008E77DA" w14:paraId="13B0EB77" w14:textId="77777777" w:rsidTr="00F111D1">
        <w:trPr>
          <w:jc w:val="center"/>
        </w:trPr>
        <w:tc>
          <w:tcPr>
            <w:tcW w:w="4680" w:type="dxa"/>
            <w:shd w:val="clear" w:color="auto" w:fill="FFFFFF"/>
            <w:tcMar>
              <w:top w:w="60" w:type="dxa"/>
              <w:left w:w="120" w:type="dxa"/>
              <w:bottom w:w="60" w:type="dxa"/>
              <w:right w:w="120" w:type="dxa"/>
            </w:tcMar>
          </w:tcPr>
          <w:p w14:paraId="0F79C3E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4D5D69C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0,08 saat</w:t>
            </w:r>
          </w:p>
        </w:tc>
      </w:tr>
      <w:tr w:rsidR="004266A8" w:rsidRPr="008E77DA" w14:paraId="16415D4A" w14:textId="77777777" w:rsidTr="00F111D1">
        <w:trPr>
          <w:jc w:val="center"/>
        </w:trPr>
        <w:tc>
          <w:tcPr>
            <w:tcW w:w="4680" w:type="dxa"/>
            <w:shd w:val="clear" w:color="auto" w:fill="F9FAFB"/>
            <w:tcMar>
              <w:top w:w="60" w:type="dxa"/>
              <w:left w:w="120" w:type="dxa"/>
              <w:bottom w:w="60" w:type="dxa"/>
              <w:right w:w="120" w:type="dxa"/>
            </w:tcMar>
          </w:tcPr>
          <w:p w14:paraId="0545EFB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670A6E9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0,08 saat</w:t>
            </w:r>
          </w:p>
        </w:tc>
      </w:tr>
      <w:tr w:rsidR="004266A8" w:rsidRPr="008E77DA" w14:paraId="4A005A8F" w14:textId="77777777" w:rsidTr="00F111D1">
        <w:trPr>
          <w:jc w:val="center"/>
        </w:trPr>
        <w:tc>
          <w:tcPr>
            <w:tcW w:w="4680" w:type="dxa"/>
            <w:shd w:val="clear" w:color="auto" w:fill="FFFFFF"/>
            <w:tcMar>
              <w:top w:w="60" w:type="dxa"/>
              <w:left w:w="120" w:type="dxa"/>
              <w:bottom w:w="60" w:type="dxa"/>
              <w:right w:w="120" w:type="dxa"/>
            </w:tcMar>
          </w:tcPr>
          <w:p w14:paraId="64A4AFD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1CFA50F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0,08 saat</w:t>
            </w:r>
          </w:p>
        </w:tc>
      </w:tr>
      <w:tr w:rsidR="004266A8" w:rsidRPr="008E77DA" w14:paraId="6243419F" w14:textId="77777777" w:rsidTr="00F111D1">
        <w:trPr>
          <w:jc w:val="center"/>
        </w:trPr>
        <w:tc>
          <w:tcPr>
            <w:tcW w:w="4680" w:type="dxa"/>
            <w:shd w:val="clear" w:color="auto" w:fill="F9FAFB"/>
            <w:tcMar>
              <w:top w:w="60" w:type="dxa"/>
              <w:left w:w="120" w:type="dxa"/>
              <w:bottom w:w="60" w:type="dxa"/>
              <w:right w:w="120" w:type="dxa"/>
            </w:tcMar>
          </w:tcPr>
          <w:p w14:paraId="0A9F097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123A510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2,69 saat</w:t>
            </w:r>
          </w:p>
        </w:tc>
      </w:tr>
      <w:tr w:rsidR="004266A8" w:rsidRPr="008E77DA" w14:paraId="1EC22C76" w14:textId="77777777" w:rsidTr="00F111D1">
        <w:trPr>
          <w:jc w:val="center"/>
        </w:trPr>
        <w:tc>
          <w:tcPr>
            <w:tcW w:w="4680" w:type="dxa"/>
            <w:shd w:val="clear" w:color="auto" w:fill="FFFFFF"/>
            <w:tcMar>
              <w:top w:w="60" w:type="dxa"/>
              <w:left w:w="120" w:type="dxa"/>
              <w:bottom w:w="60" w:type="dxa"/>
              <w:right w:w="120" w:type="dxa"/>
            </w:tcMar>
          </w:tcPr>
          <w:p w14:paraId="493966E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3A2E56B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0,08 saat</w:t>
            </w:r>
          </w:p>
        </w:tc>
      </w:tr>
      <w:tr w:rsidR="004266A8" w:rsidRPr="008E77DA" w14:paraId="6FD9E835" w14:textId="77777777" w:rsidTr="00F111D1">
        <w:trPr>
          <w:jc w:val="center"/>
        </w:trPr>
        <w:tc>
          <w:tcPr>
            <w:tcW w:w="4680" w:type="dxa"/>
            <w:shd w:val="clear" w:color="auto" w:fill="F9FAFB"/>
            <w:tcMar>
              <w:top w:w="60" w:type="dxa"/>
              <w:left w:w="120" w:type="dxa"/>
              <w:bottom w:w="60" w:type="dxa"/>
              <w:right w:w="120" w:type="dxa"/>
            </w:tcMar>
          </w:tcPr>
          <w:p w14:paraId="1A306D4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4EDC2DE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w:t>
            </w:r>
          </w:p>
        </w:tc>
      </w:tr>
      <w:tr w:rsidR="004266A8" w:rsidRPr="008E77DA" w14:paraId="60BCCEB9" w14:textId="77777777" w:rsidTr="00F111D1">
        <w:trPr>
          <w:jc w:val="center"/>
        </w:trPr>
        <w:tc>
          <w:tcPr>
            <w:tcW w:w="4680" w:type="dxa"/>
            <w:shd w:val="clear" w:color="auto" w:fill="FFFFFF"/>
            <w:tcMar>
              <w:top w:w="60" w:type="dxa"/>
              <w:left w:w="120" w:type="dxa"/>
              <w:bottom w:w="60" w:type="dxa"/>
              <w:right w:w="120" w:type="dxa"/>
            </w:tcMar>
          </w:tcPr>
          <w:p w14:paraId="15AE2BA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55CE270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2,83 saat</w:t>
            </w:r>
          </w:p>
        </w:tc>
      </w:tr>
    </w:tbl>
    <w:p w14:paraId="46538778" w14:textId="77777777" w:rsidR="004266A8" w:rsidRPr="008E77DA" w:rsidRDefault="004266A8" w:rsidP="008E77DA">
      <w:pPr>
        <w:spacing w:after="0" w:line="240" w:lineRule="auto"/>
        <w:rPr>
          <w:rFonts w:ascii="Times New Roman" w:hAnsi="Times New Roman" w:cs="Times New Roman"/>
        </w:rPr>
      </w:pPr>
    </w:p>
    <w:p w14:paraId="0D80CE8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7E0F2120" w14:textId="77777777" w:rsidTr="00F111D1">
        <w:trPr>
          <w:jc w:val="center"/>
        </w:trPr>
        <w:tc>
          <w:tcPr>
            <w:tcW w:w="3120" w:type="dxa"/>
            <w:shd w:val="clear" w:color="auto" w:fill="1F4E79"/>
            <w:tcMar>
              <w:top w:w="80" w:type="dxa"/>
              <w:left w:w="120" w:type="dxa"/>
              <w:bottom w:w="80" w:type="dxa"/>
              <w:right w:w="120" w:type="dxa"/>
            </w:tcMar>
          </w:tcPr>
          <w:p w14:paraId="217FD2E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FCADB2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446754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50987271" w14:textId="77777777" w:rsidTr="00F111D1">
        <w:trPr>
          <w:jc w:val="center"/>
        </w:trPr>
        <w:tc>
          <w:tcPr>
            <w:tcW w:w="3120" w:type="dxa"/>
            <w:shd w:val="clear" w:color="auto" w:fill="F9FAFB"/>
            <w:tcMar>
              <w:top w:w="60" w:type="dxa"/>
              <w:left w:w="120" w:type="dxa"/>
              <w:bottom w:w="60" w:type="dxa"/>
              <w:right w:w="120" w:type="dxa"/>
            </w:tcMar>
          </w:tcPr>
          <w:p w14:paraId="2576C92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590EBE3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25A546C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3,92</w:t>
            </w:r>
          </w:p>
        </w:tc>
      </w:tr>
      <w:tr w:rsidR="004266A8" w:rsidRPr="008E77DA" w14:paraId="19FB86A5" w14:textId="77777777" w:rsidTr="00F111D1">
        <w:trPr>
          <w:jc w:val="center"/>
        </w:trPr>
        <w:tc>
          <w:tcPr>
            <w:tcW w:w="3120" w:type="dxa"/>
            <w:shd w:val="clear" w:color="auto" w:fill="FFFFFF"/>
            <w:tcMar>
              <w:top w:w="60" w:type="dxa"/>
              <w:left w:w="120" w:type="dxa"/>
              <w:bottom w:w="60" w:type="dxa"/>
              <w:right w:w="120" w:type="dxa"/>
            </w:tcMar>
          </w:tcPr>
          <w:p w14:paraId="036B3D7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4421744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5276287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4,08</w:t>
            </w:r>
          </w:p>
        </w:tc>
      </w:tr>
      <w:tr w:rsidR="004266A8" w:rsidRPr="008E77DA" w14:paraId="0411F445" w14:textId="77777777" w:rsidTr="00F111D1">
        <w:trPr>
          <w:jc w:val="center"/>
        </w:trPr>
        <w:tc>
          <w:tcPr>
            <w:tcW w:w="3120" w:type="dxa"/>
            <w:shd w:val="clear" w:color="auto" w:fill="F9FAFB"/>
            <w:tcMar>
              <w:top w:w="60" w:type="dxa"/>
              <w:left w:w="120" w:type="dxa"/>
              <w:bottom w:w="60" w:type="dxa"/>
              <w:right w:w="120" w:type="dxa"/>
            </w:tcMar>
          </w:tcPr>
          <w:p w14:paraId="616935D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C445BE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0586164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2022E40A" w14:textId="77777777" w:rsidTr="00F111D1">
        <w:trPr>
          <w:jc w:val="center"/>
        </w:trPr>
        <w:tc>
          <w:tcPr>
            <w:tcW w:w="3120" w:type="dxa"/>
            <w:shd w:val="clear" w:color="auto" w:fill="FFFFFF"/>
            <w:tcMar>
              <w:top w:w="60" w:type="dxa"/>
              <w:left w:w="120" w:type="dxa"/>
              <w:bottom w:w="60" w:type="dxa"/>
              <w:right w:w="120" w:type="dxa"/>
            </w:tcMar>
          </w:tcPr>
          <w:p w14:paraId="3FD4B74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5E892D0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4F919C3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3,92</w:t>
            </w:r>
          </w:p>
        </w:tc>
      </w:tr>
      <w:tr w:rsidR="004266A8" w:rsidRPr="008E77DA" w14:paraId="0EEC4BAF" w14:textId="77777777" w:rsidTr="00F111D1">
        <w:trPr>
          <w:jc w:val="center"/>
        </w:trPr>
        <w:tc>
          <w:tcPr>
            <w:tcW w:w="3120" w:type="dxa"/>
            <w:shd w:val="clear" w:color="auto" w:fill="F9FAFB"/>
            <w:tcMar>
              <w:top w:w="60" w:type="dxa"/>
              <w:left w:w="120" w:type="dxa"/>
              <w:bottom w:w="60" w:type="dxa"/>
              <w:right w:w="120" w:type="dxa"/>
            </w:tcMar>
          </w:tcPr>
          <w:p w14:paraId="7593295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29A633B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681BD5F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3,92</w:t>
            </w:r>
          </w:p>
        </w:tc>
      </w:tr>
      <w:tr w:rsidR="004266A8" w:rsidRPr="008E77DA" w14:paraId="2F935B78" w14:textId="77777777" w:rsidTr="00F111D1">
        <w:trPr>
          <w:jc w:val="center"/>
        </w:trPr>
        <w:tc>
          <w:tcPr>
            <w:tcW w:w="3120" w:type="dxa"/>
            <w:shd w:val="clear" w:color="auto" w:fill="FFFFFF"/>
            <w:tcMar>
              <w:top w:w="60" w:type="dxa"/>
              <w:left w:w="120" w:type="dxa"/>
              <w:bottom w:w="60" w:type="dxa"/>
              <w:right w:w="120" w:type="dxa"/>
            </w:tcMar>
          </w:tcPr>
          <w:p w14:paraId="1A20421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6293DA5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5D2D57E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3,85</w:t>
            </w:r>
          </w:p>
        </w:tc>
      </w:tr>
      <w:tr w:rsidR="004266A8" w:rsidRPr="008E77DA" w14:paraId="3BAC64DD" w14:textId="77777777" w:rsidTr="00F111D1">
        <w:trPr>
          <w:jc w:val="center"/>
        </w:trPr>
        <w:tc>
          <w:tcPr>
            <w:tcW w:w="3120" w:type="dxa"/>
            <w:shd w:val="clear" w:color="auto" w:fill="F9FAFB"/>
            <w:tcMar>
              <w:top w:w="60" w:type="dxa"/>
              <w:left w:w="120" w:type="dxa"/>
              <w:bottom w:w="60" w:type="dxa"/>
              <w:right w:w="120" w:type="dxa"/>
            </w:tcMar>
          </w:tcPr>
          <w:p w14:paraId="4328D6C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10C51F8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755792E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3,85</w:t>
            </w:r>
          </w:p>
        </w:tc>
      </w:tr>
      <w:tr w:rsidR="004266A8" w:rsidRPr="008E77DA" w14:paraId="22BCDBEA" w14:textId="77777777" w:rsidTr="00F111D1">
        <w:trPr>
          <w:jc w:val="center"/>
        </w:trPr>
        <w:tc>
          <w:tcPr>
            <w:tcW w:w="3120" w:type="dxa"/>
            <w:shd w:val="clear" w:color="auto" w:fill="FFFFFF"/>
            <w:tcMar>
              <w:top w:w="60" w:type="dxa"/>
              <w:left w:w="120" w:type="dxa"/>
              <w:bottom w:w="60" w:type="dxa"/>
              <w:right w:w="120" w:type="dxa"/>
            </w:tcMar>
          </w:tcPr>
          <w:p w14:paraId="5FA6594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8</w:t>
            </w:r>
          </w:p>
        </w:tc>
        <w:tc>
          <w:tcPr>
            <w:tcW w:w="3120" w:type="dxa"/>
            <w:shd w:val="clear" w:color="auto" w:fill="FFFFFF"/>
            <w:tcMar>
              <w:top w:w="60" w:type="dxa"/>
              <w:left w:w="120" w:type="dxa"/>
              <w:bottom w:w="60" w:type="dxa"/>
              <w:right w:w="120" w:type="dxa"/>
            </w:tcMar>
          </w:tcPr>
          <w:p w14:paraId="0BBD228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71E2BEC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3,85</w:t>
            </w:r>
          </w:p>
        </w:tc>
      </w:tr>
      <w:tr w:rsidR="004266A8" w:rsidRPr="008E77DA" w14:paraId="4ED92E7F" w14:textId="77777777" w:rsidTr="00F111D1">
        <w:trPr>
          <w:jc w:val="center"/>
        </w:trPr>
        <w:tc>
          <w:tcPr>
            <w:tcW w:w="3120" w:type="dxa"/>
            <w:shd w:val="clear" w:color="auto" w:fill="F9FAFB"/>
            <w:tcMar>
              <w:top w:w="60" w:type="dxa"/>
              <w:left w:w="120" w:type="dxa"/>
              <w:bottom w:w="60" w:type="dxa"/>
              <w:right w:w="120" w:type="dxa"/>
            </w:tcMar>
          </w:tcPr>
          <w:p w14:paraId="424D65C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2E45EE2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4BCE928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3,69</w:t>
            </w:r>
          </w:p>
        </w:tc>
      </w:tr>
      <w:tr w:rsidR="004266A8" w:rsidRPr="008E77DA" w14:paraId="4C01DB8E" w14:textId="77777777" w:rsidTr="00F111D1">
        <w:trPr>
          <w:jc w:val="center"/>
        </w:trPr>
        <w:tc>
          <w:tcPr>
            <w:tcW w:w="3120" w:type="dxa"/>
            <w:shd w:val="clear" w:color="auto" w:fill="FFFFFF"/>
            <w:tcMar>
              <w:top w:w="60" w:type="dxa"/>
              <w:left w:w="120" w:type="dxa"/>
              <w:bottom w:w="60" w:type="dxa"/>
              <w:right w:w="120" w:type="dxa"/>
            </w:tcMar>
          </w:tcPr>
          <w:p w14:paraId="7CD9A0F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440113F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7868153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3,85</w:t>
            </w:r>
          </w:p>
        </w:tc>
      </w:tr>
      <w:tr w:rsidR="004266A8" w:rsidRPr="008E77DA" w14:paraId="0B73BFB9" w14:textId="77777777" w:rsidTr="00F111D1">
        <w:trPr>
          <w:jc w:val="center"/>
        </w:trPr>
        <w:tc>
          <w:tcPr>
            <w:tcW w:w="3120" w:type="dxa"/>
            <w:shd w:val="clear" w:color="auto" w:fill="F9FAFB"/>
            <w:tcMar>
              <w:top w:w="60" w:type="dxa"/>
              <w:left w:w="120" w:type="dxa"/>
              <w:bottom w:w="60" w:type="dxa"/>
              <w:right w:w="120" w:type="dxa"/>
            </w:tcMar>
          </w:tcPr>
          <w:p w14:paraId="7E50C00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7AE2FC5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70F894D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3,85</w:t>
            </w:r>
          </w:p>
        </w:tc>
      </w:tr>
      <w:tr w:rsidR="004266A8" w:rsidRPr="008E77DA" w14:paraId="5FFC368D" w14:textId="77777777" w:rsidTr="00F111D1">
        <w:trPr>
          <w:jc w:val="center"/>
        </w:trPr>
        <w:tc>
          <w:tcPr>
            <w:tcW w:w="3120" w:type="dxa"/>
            <w:shd w:val="clear" w:color="auto" w:fill="FFFFFF"/>
            <w:tcMar>
              <w:top w:w="60" w:type="dxa"/>
              <w:left w:w="120" w:type="dxa"/>
              <w:bottom w:w="60" w:type="dxa"/>
              <w:right w:w="120" w:type="dxa"/>
            </w:tcMar>
          </w:tcPr>
          <w:p w14:paraId="728EE32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6EAD9C9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155E5C0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3,92</w:t>
            </w:r>
          </w:p>
        </w:tc>
      </w:tr>
      <w:tr w:rsidR="004266A8" w:rsidRPr="008E77DA" w14:paraId="039734F4" w14:textId="77777777" w:rsidTr="00F111D1">
        <w:trPr>
          <w:jc w:val="center"/>
        </w:trPr>
        <w:tc>
          <w:tcPr>
            <w:tcW w:w="3120" w:type="dxa"/>
            <w:shd w:val="clear" w:color="auto" w:fill="F9FAFB"/>
            <w:tcMar>
              <w:top w:w="60" w:type="dxa"/>
              <w:left w:w="120" w:type="dxa"/>
              <w:bottom w:w="60" w:type="dxa"/>
              <w:right w:w="120" w:type="dxa"/>
            </w:tcMar>
          </w:tcPr>
          <w:p w14:paraId="69C5B52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60C3BBF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500FA76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3,92</w:t>
            </w:r>
          </w:p>
        </w:tc>
      </w:tr>
      <w:tr w:rsidR="004266A8" w:rsidRPr="008E77DA" w14:paraId="0D57F9E3" w14:textId="77777777" w:rsidTr="00F111D1">
        <w:trPr>
          <w:jc w:val="center"/>
        </w:trPr>
        <w:tc>
          <w:tcPr>
            <w:tcW w:w="3120" w:type="dxa"/>
            <w:shd w:val="clear" w:color="auto" w:fill="FFFFFF"/>
            <w:tcMar>
              <w:top w:w="60" w:type="dxa"/>
              <w:left w:w="120" w:type="dxa"/>
              <w:bottom w:w="60" w:type="dxa"/>
              <w:right w:w="120" w:type="dxa"/>
            </w:tcMar>
          </w:tcPr>
          <w:p w14:paraId="5AD7302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0C5E6AB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1D3174B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3,85</w:t>
            </w:r>
          </w:p>
        </w:tc>
      </w:tr>
    </w:tbl>
    <w:p w14:paraId="031A25AD" w14:textId="77777777" w:rsidR="004266A8" w:rsidRPr="008E77DA" w:rsidRDefault="004266A8" w:rsidP="008E77DA">
      <w:pPr>
        <w:spacing w:after="0" w:line="240" w:lineRule="auto"/>
        <w:rPr>
          <w:rFonts w:ascii="Times New Roman" w:hAnsi="Times New Roman" w:cs="Times New Roman"/>
        </w:rPr>
      </w:pPr>
    </w:p>
    <w:p w14:paraId="1D2417C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02182EB5" w14:textId="77777777" w:rsidTr="00F111D1">
        <w:trPr>
          <w:jc w:val="center"/>
        </w:trPr>
        <w:tc>
          <w:tcPr>
            <w:tcW w:w="3120" w:type="dxa"/>
            <w:shd w:val="clear" w:color="auto" w:fill="1F4E79"/>
            <w:tcMar>
              <w:top w:w="80" w:type="dxa"/>
              <w:left w:w="120" w:type="dxa"/>
              <w:bottom w:w="80" w:type="dxa"/>
              <w:right w:w="120" w:type="dxa"/>
            </w:tcMar>
          </w:tcPr>
          <w:p w14:paraId="0CB0A3B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F8517A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5FE8D3F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165DA353" w14:textId="77777777" w:rsidTr="00F111D1">
        <w:trPr>
          <w:jc w:val="center"/>
        </w:trPr>
        <w:tc>
          <w:tcPr>
            <w:tcW w:w="3120" w:type="dxa"/>
            <w:shd w:val="clear" w:color="auto" w:fill="F9FAFB"/>
            <w:tcMar>
              <w:top w:w="60" w:type="dxa"/>
              <w:left w:w="120" w:type="dxa"/>
              <w:bottom w:w="60" w:type="dxa"/>
              <w:right w:w="120" w:type="dxa"/>
            </w:tcMar>
          </w:tcPr>
          <w:p w14:paraId="74C47AE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0AC66C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60F0F11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3,62</w:t>
            </w:r>
          </w:p>
        </w:tc>
      </w:tr>
      <w:tr w:rsidR="004266A8" w:rsidRPr="008E77DA" w14:paraId="76D8DC48" w14:textId="77777777" w:rsidTr="00F111D1">
        <w:trPr>
          <w:jc w:val="center"/>
        </w:trPr>
        <w:tc>
          <w:tcPr>
            <w:tcW w:w="3120" w:type="dxa"/>
            <w:shd w:val="clear" w:color="auto" w:fill="FFFFFF"/>
            <w:tcMar>
              <w:top w:w="60" w:type="dxa"/>
              <w:left w:w="120" w:type="dxa"/>
              <w:bottom w:w="60" w:type="dxa"/>
              <w:right w:w="120" w:type="dxa"/>
            </w:tcMar>
          </w:tcPr>
          <w:p w14:paraId="214F61D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7D6897B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309247C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3,69</w:t>
            </w:r>
          </w:p>
        </w:tc>
      </w:tr>
      <w:tr w:rsidR="004266A8" w:rsidRPr="008E77DA" w14:paraId="586EDB78" w14:textId="77777777" w:rsidTr="00F111D1">
        <w:trPr>
          <w:jc w:val="center"/>
        </w:trPr>
        <w:tc>
          <w:tcPr>
            <w:tcW w:w="3120" w:type="dxa"/>
            <w:shd w:val="clear" w:color="auto" w:fill="F9FAFB"/>
            <w:tcMar>
              <w:top w:w="60" w:type="dxa"/>
              <w:left w:w="120" w:type="dxa"/>
              <w:bottom w:w="60" w:type="dxa"/>
              <w:right w:w="120" w:type="dxa"/>
            </w:tcMar>
          </w:tcPr>
          <w:p w14:paraId="7887B66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96E98F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72EF111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3,69</w:t>
            </w:r>
          </w:p>
        </w:tc>
      </w:tr>
      <w:tr w:rsidR="004266A8" w:rsidRPr="008E77DA" w14:paraId="22671731" w14:textId="77777777" w:rsidTr="00F111D1">
        <w:trPr>
          <w:jc w:val="center"/>
        </w:trPr>
        <w:tc>
          <w:tcPr>
            <w:tcW w:w="3120" w:type="dxa"/>
            <w:shd w:val="clear" w:color="auto" w:fill="FFFFFF"/>
            <w:tcMar>
              <w:top w:w="60" w:type="dxa"/>
              <w:left w:w="120" w:type="dxa"/>
              <w:bottom w:w="60" w:type="dxa"/>
              <w:right w:w="120" w:type="dxa"/>
            </w:tcMar>
          </w:tcPr>
          <w:p w14:paraId="2FE6753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72BAB0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214D028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3,23</w:t>
            </w:r>
          </w:p>
        </w:tc>
      </w:tr>
      <w:tr w:rsidR="004266A8" w:rsidRPr="008E77DA" w14:paraId="0D0BFA4A" w14:textId="77777777" w:rsidTr="00F111D1">
        <w:trPr>
          <w:jc w:val="center"/>
        </w:trPr>
        <w:tc>
          <w:tcPr>
            <w:tcW w:w="3120" w:type="dxa"/>
            <w:shd w:val="clear" w:color="auto" w:fill="F9FAFB"/>
            <w:tcMar>
              <w:top w:w="60" w:type="dxa"/>
              <w:left w:w="120" w:type="dxa"/>
              <w:bottom w:w="60" w:type="dxa"/>
              <w:right w:w="120" w:type="dxa"/>
            </w:tcMar>
          </w:tcPr>
          <w:p w14:paraId="67F168F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3354FEC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5EC029A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3,69</w:t>
            </w:r>
          </w:p>
        </w:tc>
      </w:tr>
    </w:tbl>
    <w:p w14:paraId="1F8DA8F3" w14:textId="77777777" w:rsidR="004266A8" w:rsidRPr="008E77DA" w:rsidRDefault="004266A8" w:rsidP="008E77DA">
      <w:pPr>
        <w:spacing w:after="0" w:line="240" w:lineRule="auto"/>
        <w:rPr>
          <w:rFonts w:ascii="Times New Roman" w:hAnsi="Times New Roman" w:cs="Times New Roman"/>
        </w:rPr>
      </w:pPr>
    </w:p>
    <w:p w14:paraId="1897315F" w14:textId="77777777" w:rsidR="004266A8" w:rsidRPr="008E77DA" w:rsidRDefault="004266A8" w:rsidP="008E77DA">
      <w:pPr>
        <w:spacing w:after="0" w:line="240" w:lineRule="auto"/>
        <w:rPr>
          <w:rFonts w:ascii="Times New Roman" w:hAnsi="Times New Roman" w:cs="Times New Roman"/>
        </w:rPr>
      </w:pPr>
    </w:p>
    <w:p w14:paraId="7B4DBABC" w14:textId="220D75DE"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27. Ders: FZD 301 - Sağlık Bilimlerinde İngilizce I</w:t>
      </w:r>
    </w:p>
    <w:p w14:paraId="7001CB7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3E5E49ED" w14:textId="77777777" w:rsidTr="00F111D1">
        <w:trPr>
          <w:jc w:val="center"/>
        </w:trPr>
        <w:tc>
          <w:tcPr>
            <w:tcW w:w="3120" w:type="dxa"/>
            <w:shd w:val="clear" w:color="auto" w:fill="1F4E79"/>
            <w:tcMar>
              <w:top w:w="80" w:type="dxa"/>
              <w:left w:w="120" w:type="dxa"/>
              <w:bottom w:w="80" w:type="dxa"/>
              <w:right w:w="120" w:type="dxa"/>
            </w:tcMar>
          </w:tcPr>
          <w:p w14:paraId="0FE74FC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37ED2E8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211F070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043B9E1B" w14:textId="77777777" w:rsidTr="00F111D1">
        <w:trPr>
          <w:jc w:val="center"/>
        </w:trPr>
        <w:tc>
          <w:tcPr>
            <w:tcW w:w="3120" w:type="dxa"/>
            <w:shd w:val="clear" w:color="auto" w:fill="F9FAFB"/>
            <w:tcMar>
              <w:top w:w="60" w:type="dxa"/>
              <w:left w:w="120" w:type="dxa"/>
              <w:bottom w:w="60" w:type="dxa"/>
              <w:right w:w="120" w:type="dxa"/>
            </w:tcMar>
          </w:tcPr>
          <w:p w14:paraId="4246D88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32ED54D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55DC6C8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2,67</w:t>
            </w:r>
          </w:p>
        </w:tc>
      </w:tr>
      <w:tr w:rsidR="004266A8" w:rsidRPr="008E77DA" w14:paraId="5048D6A7" w14:textId="77777777" w:rsidTr="00F111D1">
        <w:trPr>
          <w:jc w:val="center"/>
        </w:trPr>
        <w:tc>
          <w:tcPr>
            <w:tcW w:w="3120" w:type="dxa"/>
            <w:shd w:val="clear" w:color="auto" w:fill="FFFFFF"/>
            <w:tcMar>
              <w:top w:w="60" w:type="dxa"/>
              <w:left w:w="120" w:type="dxa"/>
              <w:bottom w:w="60" w:type="dxa"/>
              <w:right w:w="120" w:type="dxa"/>
            </w:tcMar>
          </w:tcPr>
          <w:p w14:paraId="7E2D345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73DF93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0F8DDC4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2,67</w:t>
            </w:r>
          </w:p>
        </w:tc>
      </w:tr>
      <w:tr w:rsidR="004266A8" w:rsidRPr="008E77DA" w14:paraId="2F5ACBD8" w14:textId="77777777" w:rsidTr="00F111D1">
        <w:trPr>
          <w:jc w:val="center"/>
        </w:trPr>
        <w:tc>
          <w:tcPr>
            <w:tcW w:w="3120" w:type="dxa"/>
            <w:shd w:val="clear" w:color="auto" w:fill="F9FAFB"/>
            <w:tcMar>
              <w:top w:w="60" w:type="dxa"/>
              <w:left w:w="120" w:type="dxa"/>
              <w:bottom w:w="60" w:type="dxa"/>
              <w:right w:w="120" w:type="dxa"/>
            </w:tcMar>
          </w:tcPr>
          <w:p w14:paraId="155FA15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10BDEDF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615FB2C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3,33</w:t>
            </w:r>
          </w:p>
        </w:tc>
      </w:tr>
      <w:tr w:rsidR="004266A8" w:rsidRPr="008E77DA" w14:paraId="5405F726" w14:textId="77777777" w:rsidTr="00F111D1">
        <w:trPr>
          <w:jc w:val="center"/>
        </w:trPr>
        <w:tc>
          <w:tcPr>
            <w:tcW w:w="3120" w:type="dxa"/>
            <w:shd w:val="clear" w:color="auto" w:fill="FFFFFF"/>
            <w:tcMar>
              <w:top w:w="60" w:type="dxa"/>
              <w:left w:w="120" w:type="dxa"/>
              <w:bottom w:w="60" w:type="dxa"/>
              <w:right w:w="120" w:type="dxa"/>
            </w:tcMar>
          </w:tcPr>
          <w:p w14:paraId="494AFCD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5CD319C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2991A8D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3,33</w:t>
            </w:r>
          </w:p>
        </w:tc>
      </w:tr>
    </w:tbl>
    <w:p w14:paraId="03E74081" w14:textId="77777777" w:rsidR="004266A8" w:rsidRPr="008E77DA" w:rsidRDefault="004266A8" w:rsidP="008E77DA">
      <w:pPr>
        <w:spacing w:after="0" w:line="240" w:lineRule="auto"/>
        <w:rPr>
          <w:rFonts w:ascii="Times New Roman" w:hAnsi="Times New Roman" w:cs="Times New Roman"/>
        </w:rPr>
      </w:pPr>
    </w:p>
    <w:p w14:paraId="59A2443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sz w:val="21"/>
        </w:rPr>
        <w:lastRenderedPageBreak/>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4266A8" w:rsidRPr="008E77DA" w14:paraId="5D2C6225" w14:textId="77777777" w:rsidTr="00F111D1">
        <w:trPr>
          <w:jc w:val="center"/>
        </w:trPr>
        <w:tc>
          <w:tcPr>
            <w:tcW w:w="4680" w:type="dxa"/>
            <w:shd w:val="clear" w:color="auto" w:fill="1F4E79"/>
            <w:tcMar>
              <w:top w:w="80" w:type="dxa"/>
              <w:left w:w="120" w:type="dxa"/>
              <w:bottom w:w="80" w:type="dxa"/>
              <w:right w:w="120" w:type="dxa"/>
            </w:tcMar>
          </w:tcPr>
          <w:p w14:paraId="411FEA6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006FD43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4266A8" w:rsidRPr="008E77DA" w14:paraId="40E84C76" w14:textId="77777777" w:rsidTr="00F111D1">
        <w:trPr>
          <w:jc w:val="center"/>
        </w:trPr>
        <w:tc>
          <w:tcPr>
            <w:tcW w:w="4680" w:type="dxa"/>
            <w:shd w:val="clear" w:color="auto" w:fill="F9FAFB"/>
            <w:tcMar>
              <w:top w:w="60" w:type="dxa"/>
              <w:left w:w="120" w:type="dxa"/>
              <w:bottom w:w="60" w:type="dxa"/>
              <w:right w:w="120" w:type="dxa"/>
            </w:tcMar>
          </w:tcPr>
          <w:p w14:paraId="0ABE196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39E27D2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2,33 saat</w:t>
            </w:r>
          </w:p>
        </w:tc>
      </w:tr>
      <w:tr w:rsidR="004266A8" w:rsidRPr="008E77DA" w14:paraId="4B341877" w14:textId="77777777" w:rsidTr="00F111D1">
        <w:trPr>
          <w:jc w:val="center"/>
        </w:trPr>
        <w:tc>
          <w:tcPr>
            <w:tcW w:w="4680" w:type="dxa"/>
            <w:shd w:val="clear" w:color="auto" w:fill="FFFFFF"/>
            <w:tcMar>
              <w:top w:w="60" w:type="dxa"/>
              <w:left w:w="120" w:type="dxa"/>
              <w:bottom w:w="60" w:type="dxa"/>
              <w:right w:w="120" w:type="dxa"/>
            </w:tcMar>
          </w:tcPr>
          <w:p w14:paraId="2ACA180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26093B4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0,67 saat</w:t>
            </w:r>
          </w:p>
        </w:tc>
      </w:tr>
      <w:tr w:rsidR="004266A8" w:rsidRPr="008E77DA" w14:paraId="09F8B163" w14:textId="77777777" w:rsidTr="00F111D1">
        <w:trPr>
          <w:jc w:val="center"/>
        </w:trPr>
        <w:tc>
          <w:tcPr>
            <w:tcW w:w="4680" w:type="dxa"/>
            <w:shd w:val="clear" w:color="auto" w:fill="F9FAFB"/>
            <w:tcMar>
              <w:top w:w="60" w:type="dxa"/>
              <w:left w:w="120" w:type="dxa"/>
              <w:bottom w:w="60" w:type="dxa"/>
              <w:right w:w="120" w:type="dxa"/>
            </w:tcMar>
          </w:tcPr>
          <w:p w14:paraId="289B68D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6D12EC1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0,67 saat</w:t>
            </w:r>
          </w:p>
        </w:tc>
      </w:tr>
      <w:tr w:rsidR="004266A8" w:rsidRPr="008E77DA" w14:paraId="6D044850" w14:textId="77777777" w:rsidTr="00F111D1">
        <w:trPr>
          <w:jc w:val="center"/>
        </w:trPr>
        <w:tc>
          <w:tcPr>
            <w:tcW w:w="4680" w:type="dxa"/>
            <w:shd w:val="clear" w:color="auto" w:fill="FFFFFF"/>
            <w:tcMar>
              <w:top w:w="60" w:type="dxa"/>
              <w:left w:w="120" w:type="dxa"/>
              <w:bottom w:w="60" w:type="dxa"/>
              <w:right w:w="120" w:type="dxa"/>
            </w:tcMar>
          </w:tcPr>
          <w:p w14:paraId="24B9D3E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0802C32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0,33 saat</w:t>
            </w:r>
          </w:p>
        </w:tc>
      </w:tr>
      <w:tr w:rsidR="004266A8" w:rsidRPr="008E77DA" w14:paraId="2B21548B" w14:textId="77777777" w:rsidTr="00F111D1">
        <w:trPr>
          <w:jc w:val="center"/>
        </w:trPr>
        <w:tc>
          <w:tcPr>
            <w:tcW w:w="4680" w:type="dxa"/>
            <w:shd w:val="clear" w:color="auto" w:fill="F9FAFB"/>
            <w:tcMar>
              <w:top w:w="60" w:type="dxa"/>
              <w:left w:w="120" w:type="dxa"/>
              <w:bottom w:w="60" w:type="dxa"/>
              <w:right w:w="120" w:type="dxa"/>
            </w:tcMar>
          </w:tcPr>
          <w:p w14:paraId="58570CE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1E973D8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3,33 saat</w:t>
            </w:r>
          </w:p>
        </w:tc>
      </w:tr>
      <w:tr w:rsidR="004266A8" w:rsidRPr="008E77DA" w14:paraId="610E231A" w14:textId="77777777" w:rsidTr="00F111D1">
        <w:trPr>
          <w:jc w:val="center"/>
        </w:trPr>
        <w:tc>
          <w:tcPr>
            <w:tcW w:w="4680" w:type="dxa"/>
            <w:shd w:val="clear" w:color="auto" w:fill="FFFFFF"/>
            <w:tcMar>
              <w:top w:w="60" w:type="dxa"/>
              <w:left w:w="120" w:type="dxa"/>
              <w:bottom w:w="60" w:type="dxa"/>
              <w:right w:w="120" w:type="dxa"/>
            </w:tcMar>
          </w:tcPr>
          <w:p w14:paraId="38B517D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165F4CB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0,67 saat</w:t>
            </w:r>
          </w:p>
        </w:tc>
      </w:tr>
      <w:tr w:rsidR="004266A8" w:rsidRPr="008E77DA" w14:paraId="5D1E31D1" w14:textId="77777777" w:rsidTr="00F111D1">
        <w:trPr>
          <w:jc w:val="center"/>
        </w:trPr>
        <w:tc>
          <w:tcPr>
            <w:tcW w:w="4680" w:type="dxa"/>
            <w:shd w:val="clear" w:color="auto" w:fill="F9FAFB"/>
            <w:tcMar>
              <w:top w:w="60" w:type="dxa"/>
              <w:left w:w="120" w:type="dxa"/>
              <w:bottom w:w="60" w:type="dxa"/>
              <w:right w:w="120" w:type="dxa"/>
            </w:tcMar>
          </w:tcPr>
          <w:p w14:paraId="76657F7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2ED9304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0,67 saat</w:t>
            </w:r>
          </w:p>
        </w:tc>
      </w:tr>
      <w:tr w:rsidR="004266A8" w:rsidRPr="008E77DA" w14:paraId="37348848" w14:textId="77777777" w:rsidTr="00F111D1">
        <w:trPr>
          <w:jc w:val="center"/>
        </w:trPr>
        <w:tc>
          <w:tcPr>
            <w:tcW w:w="4680" w:type="dxa"/>
            <w:shd w:val="clear" w:color="auto" w:fill="FFFFFF"/>
            <w:tcMar>
              <w:top w:w="60" w:type="dxa"/>
              <w:left w:w="120" w:type="dxa"/>
              <w:bottom w:w="60" w:type="dxa"/>
              <w:right w:w="120" w:type="dxa"/>
            </w:tcMar>
          </w:tcPr>
          <w:p w14:paraId="6A69FBD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7EEF239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3,67 saat</w:t>
            </w:r>
          </w:p>
        </w:tc>
      </w:tr>
    </w:tbl>
    <w:p w14:paraId="755D0FE3" w14:textId="77777777" w:rsidR="004266A8" w:rsidRPr="008E77DA" w:rsidRDefault="004266A8" w:rsidP="008E77DA">
      <w:pPr>
        <w:spacing w:after="0" w:line="240" w:lineRule="auto"/>
        <w:rPr>
          <w:rFonts w:ascii="Times New Roman" w:hAnsi="Times New Roman" w:cs="Times New Roman"/>
        </w:rPr>
      </w:pPr>
    </w:p>
    <w:p w14:paraId="0E37809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7AFFA29E" w14:textId="77777777" w:rsidTr="00F111D1">
        <w:trPr>
          <w:jc w:val="center"/>
        </w:trPr>
        <w:tc>
          <w:tcPr>
            <w:tcW w:w="3120" w:type="dxa"/>
            <w:shd w:val="clear" w:color="auto" w:fill="1F4E79"/>
            <w:tcMar>
              <w:top w:w="80" w:type="dxa"/>
              <w:left w:w="120" w:type="dxa"/>
              <w:bottom w:w="80" w:type="dxa"/>
              <w:right w:w="120" w:type="dxa"/>
            </w:tcMar>
          </w:tcPr>
          <w:p w14:paraId="024CBD8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510B9D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7DB745D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491B7B21" w14:textId="77777777" w:rsidTr="00F111D1">
        <w:trPr>
          <w:jc w:val="center"/>
        </w:trPr>
        <w:tc>
          <w:tcPr>
            <w:tcW w:w="3120" w:type="dxa"/>
            <w:shd w:val="clear" w:color="auto" w:fill="F9FAFB"/>
            <w:tcMar>
              <w:top w:w="60" w:type="dxa"/>
              <w:left w:w="120" w:type="dxa"/>
              <w:bottom w:w="60" w:type="dxa"/>
              <w:right w:w="120" w:type="dxa"/>
            </w:tcMar>
          </w:tcPr>
          <w:p w14:paraId="3C0E934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16355C8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182B1D9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729BF332" w14:textId="77777777" w:rsidTr="00F111D1">
        <w:trPr>
          <w:jc w:val="center"/>
        </w:trPr>
        <w:tc>
          <w:tcPr>
            <w:tcW w:w="3120" w:type="dxa"/>
            <w:shd w:val="clear" w:color="auto" w:fill="FFFFFF"/>
            <w:tcMar>
              <w:top w:w="60" w:type="dxa"/>
              <w:left w:w="120" w:type="dxa"/>
              <w:bottom w:w="60" w:type="dxa"/>
              <w:right w:w="120" w:type="dxa"/>
            </w:tcMar>
          </w:tcPr>
          <w:p w14:paraId="3E4F873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0C02335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4B78C14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3C77211C" w14:textId="77777777" w:rsidTr="00F111D1">
        <w:trPr>
          <w:jc w:val="center"/>
        </w:trPr>
        <w:tc>
          <w:tcPr>
            <w:tcW w:w="3120" w:type="dxa"/>
            <w:shd w:val="clear" w:color="auto" w:fill="F9FAFB"/>
            <w:tcMar>
              <w:top w:w="60" w:type="dxa"/>
              <w:left w:w="120" w:type="dxa"/>
              <w:bottom w:w="60" w:type="dxa"/>
              <w:right w:w="120" w:type="dxa"/>
            </w:tcMar>
          </w:tcPr>
          <w:p w14:paraId="63CDB1A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65257AD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69E6206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299EB958" w14:textId="77777777" w:rsidTr="00F111D1">
        <w:trPr>
          <w:jc w:val="center"/>
        </w:trPr>
        <w:tc>
          <w:tcPr>
            <w:tcW w:w="3120" w:type="dxa"/>
            <w:shd w:val="clear" w:color="auto" w:fill="FFFFFF"/>
            <w:tcMar>
              <w:top w:w="60" w:type="dxa"/>
              <w:left w:w="120" w:type="dxa"/>
              <w:bottom w:w="60" w:type="dxa"/>
              <w:right w:w="120" w:type="dxa"/>
            </w:tcMar>
          </w:tcPr>
          <w:p w14:paraId="413E006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02A1F8A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1ACC45C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11C857BF" w14:textId="77777777" w:rsidTr="00F111D1">
        <w:trPr>
          <w:jc w:val="center"/>
        </w:trPr>
        <w:tc>
          <w:tcPr>
            <w:tcW w:w="3120" w:type="dxa"/>
            <w:shd w:val="clear" w:color="auto" w:fill="F9FAFB"/>
            <w:tcMar>
              <w:top w:w="60" w:type="dxa"/>
              <w:left w:w="120" w:type="dxa"/>
              <w:bottom w:w="60" w:type="dxa"/>
              <w:right w:w="120" w:type="dxa"/>
            </w:tcMar>
          </w:tcPr>
          <w:p w14:paraId="493936B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32F4EAD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78E2043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4,00</w:t>
            </w:r>
          </w:p>
        </w:tc>
      </w:tr>
      <w:tr w:rsidR="004266A8" w:rsidRPr="008E77DA" w14:paraId="69E741B0" w14:textId="77777777" w:rsidTr="00F111D1">
        <w:trPr>
          <w:jc w:val="center"/>
        </w:trPr>
        <w:tc>
          <w:tcPr>
            <w:tcW w:w="3120" w:type="dxa"/>
            <w:shd w:val="clear" w:color="auto" w:fill="FFFFFF"/>
            <w:tcMar>
              <w:top w:w="60" w:type="dxa"/>
              <w:left w:w="120" w:type="dxa"/>
              <w:bottom w:w="60" w:type="dxa"/>
              <w:right w:w="120" w:type="dxa"/>
            </w:tcMar>
          </w:tcPr>
          <w:p w14:paraId="4DDB02D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6608E4B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7E3C49C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38F20601" w14:textId="77777777" w:rsidTr="00F111D1">
        <w:trPr>
          <w:jc w:val="center"/>
        </w:trPr>
        <w:tc>
          <w:tcPr>
            <w:tcW w:w="3120" w:type="dxa"/>
            <w:shd w:val="clear" w:color="auto" w:fill="F9FAFB"/>
            <w:tcMar>
              <w:top w:w="60" w:type="dxa"/>
              <w:left w:w="120" w:type="dxa"/>
              <w:bottom w:w="60" w:type="dxa"/>
              <w:right w:w="120" w:type="dxa"/>
            </w:tcMar>
          </w:tcPr>
          <w:p w14:paraId="67CFFA7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30C7A46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75FAFE1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54E9BC20" w14:textId="77777777" w:rsidTr="00F111D1">
        <w:trPr>
          <w:jc w:val="center"/>
        </w:trPr>
        <w:tc>
          <w:tcPr>
            <w:tcW w:w="3120" w:type="dxa"/>
            <w:shd w:val="clear" w:color="auto" w:fill="FFFFFF"/>
            <w:tcMar>
              <w:top w:w="60" w:type="dxa"/>
              <w:left w:w="120" w:type="dxa"/>
              <w:bottom w:w="60" w:type="dxa"/>
              <w:right w:w="120" w:type="dxa"/>
            </w:tcMar>
          </w:tcPr>
          <w:p w14:paraId="37DD2BC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3AE656B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3198FB3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3C616622" w14:textId="77777777" w:rsidTr="00F111D1">
        <w:trPr>
          <w:jc w:val="center"/>
        </w:trPr>
        <w:tc>
          <w:tcPr>
            <w:tcW w:w="3120" w:type="dxa"/>
            <w:shd w:val="clear" w:color="auto" w:fill="F9FAFB"/>
            <w:tcMar>
              <w:top w:w="60" w:type="dxa"/>
              <w:left w:w="120" w:type="dxa"/>
              <w:bottom w:w="60" w:type="dxa"/>
              <w:right w:w="120" w:type="dxa"/>
            </w:tcMar>
          </w:tcPr>
          <w:p w14:paraId="25E3075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119D8E2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6462C66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6678B274" w14:textId="77777777" w:rsidTr="00F111D1">
        <w:trPr>
          <w:jc w:val="center"/>
        </w:trPr>
        <w:tc>
          <w:tcPr>
            <w:tcW w:w="3120" w:type="dxa"/>
            <w:shd w:val="clear" w:color="auto" w:fill="FFFFFF"/>
            <w:tcMar>
              <w:top w:w="60" w:type="dxa"/>
              <w:left w:w="120" w:type="dxa"/>
              <w:bottom w:w="60" w:type="dxa"/>
              <w:right w:w="120" w:type="dxa"/>
            </w:tcMar>
          </w:tcPr>
          <w:p w14:paraId="7F97F99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044F34D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6DAB7A1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74F90568" w14:textId="77777777" w:rsidTr="00F111D1">
        <w:trPr>
          <w:jc w:val="center"/>
        </w:trPr>
        <w:tc>
          <w:tcPr>
            <w:tcW w:w="3120" w:type="dxa"/>
            <w:shd w:val="clear" w:color="auto" w:fill="F9FAFB"/>
            <w:tcMar>
              <w:top w:w="60" w:type="dxa"/>
              <w:left w:w="120" w:type="dxa"/>
              <w:bottom w:w="60" w:type="dxa"/>
              <w:right w:w="120" w:type="dxa"/>
            </w:tcMar>
          </w:tcPr>
          <w:p w14:paraId="3F62F92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52FD7EB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61F451F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4078D633" w14:textId="77777777" w:rsidTr="00F111D1">
        <w:trPr>
          <w:jc w:val="center"/>
        </w:trPr>
        <w:tc>
          <w:tcPr>
            <w:tcW w:w="3120" w:type="dxa"/>
            <w:shd w:val="clear" w:color="auto" w:fill="FFFFFF"/>
            <w:tcMar>
              <w:top w:w="60" w:type="dxa"/>
              <w:left w:w="120" w:type="dxa"/>
              <w:bottom w:w="60" w:type="dxa"/>
              <w:right w:w="120" w:type="dxa"/>
            </w:tcMar>
          </w:tcPr>
          <w:p w14:paraId="10516C1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12</w:t>
            </w:r>
          </w:p>
        </w:tc>
        <w:tc>
          <w:tcPr>
            <w:tcW w:w="3120" w:type="dxa"/>
            <w:shd w:val="clear" w:color="auto" w:fill="FFFFFF"/>
            <w:tcMar>
              <w:top w:w="60" w:type="dxa"/>
              <w:left w:w="120" w:type="dxa"/>
              <w:bottom w:w="60" w:type="dxa"/>
              <w:right w:w="120" w:type="dxa"/>
            </w:tcMar>
          </w:tcPr>
          <w:p w14:paraId="1EAC1A8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4B81752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14A6F2F4" w14:textId="77777777" w:rsidTr="00F111D1">
        <w:trPr>
          <w:jc w:val="center"/>
        </w:trPr>
        <w:tc>
          <w:tcPr>
            <w:tcW w:w="3120" w:type="dxa"/>
            <w:shd w:val="clear" w:color="auto" w:fill="F9FAFB"/>
            <w:tcMar>
              <w:top w:w="60" w:type="dxa"/>
              <w:left w:w="120" w:type="dxa"/>
              <w:bottom w:w="60" w:type="dxa"/>
              <w:right w:w="120" w:type="dxa"/>
            </w:tcMar>
          </w:tcPr>
          <w:p w14:paraId="76BE4BB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7D6BF94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3248245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4266A8" w:rsidRPr="008E77DA" w14:paraId="73C0B6A0" w14:textId="77777777" w:rsidTr="00F111D1">
        <w:trPr>
          <w:jc w:val="center"/>
        </w:trPr>
        <w:tc>
          <w:tcPr>
            <w:tcW w:w="3120" w:type="dxa"/>
            <w:shd w:val="clear" w:color="auto" w:fill="FFFFFF"/>
            <w:tcMar>
              <w:top w:w="60" w:type="dxa"/>
              <w:left w:w="120" w:type="dxa"/>
              <w:bottom w:w="60" w:type="dxa"/>
              <w:right w:w="120" w:type="dxa"/>
            </w:tcMar>
          </w:tcPr>
          <w:p w14:paraId="63C329D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51292DF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33D454A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3,67</w:t>
            </w:r>
          </w:p>
        </w:tc>
      </w:tr>
    </w:tbl>
    <w:p w14:paraId="432B1328" w14:textId="77777777" w:rsidR="004266A8" w:rsidRPr="008E77DA" w:rsidRDefault="004266A8" w:rsidP="008E77DA">
      <w:pPr>
        <w:spacing w:after="0" w:line="240" w:lineRule="auto"/>
        <w:rPr>
          <w:rFonts w:ascii="Times New Roman" w:hAnsi="Times New Roman" w:cs="Times New Roman"/>
        </w:rPr>
      </w:pPr>
    </w:p>
    <w:p w14:paraId="668AC94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18EBB0D6" w14:textId="77777777" w:rsidTr="00F111D1">
        <w:trPr>
          <w:jc w:val="center"/>
        </w:trPr>
        <w:tc>
          <w:tcPr>
            <w:tcW w:w="3120" w:type="dxa"/>
            <w:shd w:val="clear" w:color="auto" w:fill="1F4E79"/>
            <w:tcMar>
              <w:top w:w="80" w:type="dxa"/>
              <w:left w:w="120" w:type="dxa"/>
              <w:bottom w:w="80" w:type="dxa"/>
              <w:right w:w="120" w:type="dxa"/>
            </w:tcMar>
          </w:tcPr>
          <w:p w14:paraId="7557E01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473D8B0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1F0B8B4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5E190764" w14:textId="77777777" w:rsidTr="00F111D1">
        <w:trPr>
          <w:jc w:val="center"/>
        </w:trPr>
        <w:tc>
          <w:tcPr>
            <w:tcW w:w="3120" w:type="dxa"/>
            <w:shd w:val="clear" w:color="auto" w:fill="F9FAFB"/>
            <w:tcMar>
              <w:top w:w="60" w:type="dxa"/>
              <w:left w:w="120" w:type="dxa"/>
              <w:bottom w:w="60" w:type="dxa"/>
              <w:right w:w="120" w:type="dxa"/>
            </w:tcMar>
          </w:tcPr>
          <w:p w14:paraId="24EBCD7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05374D1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3596326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4266A8" w:rsidRPr="008E77DA" w14:paraId="32093996" w14:textId="77777777" w:rsidTr="00F111D1">
        <w:trPr>
          <w:jc w:val="center"/>
        </w:trPr>
        <w:tc>
          <w:tcPr>
            <w:tcW w:w="3120" w:type="dxa"/>
            <w:shd w:val="clear" w:color="auto" w:fill="FFFFFF"/>
            <w:tcMar>
              <w:top w:w="60" w:type="dxa"/>
              <w:left w:w="120" w:type="dxa"/>
              <w:bottom w:w="60" w:type="dxa"/>
              <w:right w:w="120" w:type="dxa"/>
            </w:tcMar>
          </w:tcPr>
          <w:p w14:paraId="013D5CF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A24878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56706CC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3,33</w:t>
            </w:r>
          </w:p>
        </w:tc>
      </w:tr>
      <w:tr w:rsidR="004266A8" w:rsidRPr="008E77DA" w14:paraId="29D29248" w14:textId="77777777" w:rsidTr="00F111D1">
        <w:trPr>
          <w:jc w:val="center"/>
        </w:trPr>
        <w:tc>
          <w:tcPr>
            <w:tcW w:w="3120" w:type="dxa"/>
            <w:shd w:val="clear" w:color="auto" w:fill="F9FAFB"/>
            <w:tcMar>
              <w:top w:w="60" w:type="dxa"/>
              <w:left w:w="120" w:type="dxa"/>
              <w:bottom w:w="60" w:type="dxa"/>
              <w:right w:w="120" w:type="dxa"/>
            </w:tcMar>
          </w:tcPr>
          <w:p w14:paraId="26F30F4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559CE95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7FB04EF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4266A8" w:rsidRPr="008E77DA" w14:paraId="0063D983" w14:textId="77777777" w:rsidTr="00F111D1">
        <w:trPr>
          <w:jc w:val="center"/>
        </w:trPr>
        <w:tc>
          <w:tcPr>
            <w:tcW w:w="3120" w:type="dxa"/>
            <w:shd w:val="clear" w:color="auto" w:fill="FFFFFF"/>
            <w:tcMar>
              <w:top w:w="60" w:type="dxa"/>
              <w:left w:w="120" w:type="dxa"/>
              <w:bottom w:w="60" w:type="dxa"/>
              <w:right w:w="120" w:type="dxa"/>
            </w:tcMar>
          </w:tcPr>
          <w:p w14:paraId="0E42965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B8D8A2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6FFAB7A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4266A8" w:rsidRPr="008E77DA" w14:paraId="4A67DFD8" w14:textId="77777777" w:rsidTr="00F111D1">
        <w:trPr>
          <w:jc w:val="center"/>
        </w:trPr>
        <w:tc>
          <w:tcPr>
            <w:tcW w:w="3120" w:type="dxa"/>
            <w:shd w:val="clear" w:color="auto" w:fill="F9FAFB"/>
            <w:tcMar>
              <w:top w:w="60" w:type="dxa"/>
              <w:left w:w="120" w:type="dxa"/>
              <w:bottom w:w="60" w:type="dxa"/>
              <w:right w:w="120" w:type="dxa"/>
            </w:tcMar>
          </w:tcPr>
          <w:p w14:paraId="119C1C4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2CF5B7A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699313B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3,67</w:t>
            </w:r>
          </w:p>
        </w:tc>
      </w:tr>
    </w:tbl>
    <w:p w14:paraId="0E033A30" w14:textId="77777777" w:rsidR="004266A8" w:rsidRPr="008E77DA" w:rsidRDefault="004266A8" w:rsidP="008E77DA">
      <w:pPr>
        <w:spacing w:after="0" w:line="240" w:lineRule="auto"/>
        <w:rPr>
          <w:rFonts w:ascii="Times New Roman" w:hAnsi="Times New Roman" w:cs="Times New Roman"/>
        </w:rPr>
      </w:pPr>
    </w:p>
    <w:p w14:paraId="2CDBF950" w14:textId="77777777" w:rsidR="004266A8" w:rsidRPr="008E77DA" w:rsidRDefault="004266A8" w:rsidP="008E77DA">
      <w:pPr>
        <w:spacing w:after="0" w:line="240" w:lineRule="auto"/>
        <w:rPr>
          <w:rFonts w:ascii="Times New Roman" w:hAnsi="Times New Roman" w:cs="Times New Roman"/>
        </w:rPr>
      </w:pPr>
    </w:p>
    <w:p w14:paraId="0DF83C8B" w14:textId="6BDA9646"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28. Ders: OZD 101 - Kariyer Planlaması</w:t>
      </w:r>
    </w:p>
    <w:p w14:paraId="0737691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681929E9" w14:textId="77777777" w:rsidTr="00F111D1">
        <w:trPr>
          <w:jc w:val="center"/>
        </w:trPr>
        <w:tc>
          <w:tcPr>
            <w:tcW w:w="3120" w:type="dxa"/>
            <w:shd w:val="clear" w:color="auto" w:fill="1F4E79"/>
            <w:tcMar>
              <w:top w:w="80" w:type="dxa"/>
              <w:left w:w="120" w:type="dxa"/>
              <w:bottom w:w="80" w:type="dxa"/>
              <w:right w:w="120" w:type="dxa"/>
            </w:tcMar>
          </w:tcPr>
          <w:p w14:paraId="73C7E4A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69BF58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3827C0B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1DFD11FE" w14:textId="77777777" w:rsidTr="00F111D1">
        <w:trPr>
          <w:jc w:val="center"/>
        </w:trPr>
        <w:tc>
          <w:tcPr>
            <w:tcW w:w="3120" w:type="dxa"/>
            <w:shd w:val="clear" w:color="auto" w:fill="F9FAFB"/>
            <w:tcMar>
              <w:top w:w="60" w:type="dxa"/>
              <w:left w:w="120" w:type="dxa"/>
              <w:bottom w:w="60" w:type="dxa"/>
              <w:right w:w="120" w:type="dxa"/>
            </w:tcMar>
          </w:tcPr>
          <w:p w14:paraId="2869AC0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78F9875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17C93B8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2,29</w:t>
            </w:r>
          </w:p>
        </w:tc>
      </w:tr>
      <w:tr w:rsidR="004266A8" w:rsidRPr="008E77DA" w14:paraId="5E9E2755" w14:textId="77777777" w:rsidTr="00F111D1">
        <w:trPr>
          <w:jc w:val="center"/>
        </w:trPr>
        <w:tc>
          <w:tcPr>
            <w:tcW w:w="3120" w:type="dxa"/>
            <w:shd w:val="clear" w:color="auto" w:fill="FFFFFF"/>
            <w:tcMar>
              <w:top w:w="60" w:type="dxa"/>
              <w:left w:w="120" w:type="dxa"/>
              <w:bottom w:w="60" w:type="dxa"/>
              <w:right w:w="120" w:type="dxa"/>
            </w:tcMar>
          </w:tcPr>
          <w:p w14:paraId="10A80B5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9C8398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31532AC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2,24</w:t>
            </w:r>
          </w:p>
        </w:tc>
      </w:tr>
      <w:tr w:rsidR="004266A8" w:rsidRPr="008E77DA" w14:paraId="41C1D8BA" w14:textId="77777777" w:rsidTr="00F111D1">
        <w:trPr>
          <w:jc w:val="center"/>
        </w:trPr>
        <w:tc>
          <w:tcPr>
            <w:tcW w:w="3120" w:type="dxa"/>
            <w:shd w:val="clear" w:color="auto" w:fill="F9FAFB"/>
            <w:tcMar>
              <w:top w:w="60" w:type="dxa"/>
              <w:left w:w="120" w:type="dxa"/>
              <w:bottom w:w="60" w:type="dxa"/>
              <w:right w:w="120" w:type="dxa"/>
            </w:tcMar>
          </w:tcPr>
          <w:p w14:paraId="7457C37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65F19E8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015C01E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2,65</w:t>
            </w:r>
          </w:p>
        </w:tc>
      </w:tr>
      <w:tr w:rsidR="004266A8" w:rsidRPr="008E77DA" w14:paraId="3CCEEF0F" w14:textId="77777777" w:rsidTr="00F111D1">
        <w:trPr>
          <w:jc w:val="center"/>
        </w:trPr>
        <w:tc>
          <w:tcPr>
            <w:tcW w:w="3120" w:type="dxa"/>
            <w:shd w:val="clear" w:color="auto" w:fill="FFFFFF"/>
            <w:tcMar>
              <w:top w:w="60" w:type="dxa"/>
              <w:left w:w="120" w:type="dxa"/>
              <w:bottom w:w="60" w:type="dxa"/>
              <w:right w:w="120" w:type="dxa"/>
            </w:tcMar>
          </w:tcPr>
          <w:p w14:paraId="44A4414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6C69CAD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31985A5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2,59</w:t>
            </w:r>
          </w:p>
        </w:tc>
      </w:tr>
    </w:tbl>
    <w:p w14:paraId="69B5ED69" w14:textId="77777777" w:rsidR="004266A8" w:rsidRPr="008E77DA" w:rsidRDefault="004266A8" w:rsidP="008E77DA">
      <w:pPr>
        <w:spacing w:after="0" w:line="240" w:lineRule="auto"/>
        <w:rPr>
          <w:rFonts w:ascii="Times New Roman" w:hAnsi="Times New Roman" w:cs="Times New Roman"/>
        </w:rPr>
      </w:pPr>
    </w:p>
    <w:p w14:paraId="0361C29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4266A8" w:rsidRPr="008E77DA" w14:paraId="21989BA6" w14:textId="77777777" w:rsidTr="00F111D1">
        <w:trPr>
          <w:jc w:val="center"/>
        </w:trPr>
        <w:tc>
          <w:tcPr>
            <w:tcW w:w="4680" w:type="dxa"/>
            <w:shd w:val="clear" w:color="auto" w:fill="1F4E79"/>
            <w:tcMar>
              <w:top w:w="80" w:type="dxa"/>
              <w:left w:w="120" w:type="dxa"/>
              <w:bottom w:w="80" w:type="dxa"/>
              <w:right w:w="120" w:type="dxa"/>
            </w:tcMar>
          </w:tcPr>
          <w:p w14:paraId="5873E95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71CB5C1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4266A8" w:rsidRPr="008E77DA" w14:paraId="6B3F5B40" w14:textId="77777777" w:rsidTr="00F111D1">
        <w:trPr>
          <w:jc w:val="center"/>
        </w:trPr>
        <w:tc>
          <w:tcPr>
            <w:tcW w:w="4680" w:type="dxa"/>
            <w:shd w:val="clear" w:color="auto" w:fill="F9FAFB"/>
            <w:tcMar>
              <w:top w:w="60" w:type="dxa"/>
              <w:left w:w="120" w:type="dxa"/>
              <w:bottom w:w="60" w:type="dxa"/>
              <w:right w:w="120" w:type="dxa"/>
            </w:tcMar>
          </w:tcPr>
          <w:p w14:paraId="7697F94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3F423D8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0,71 saat</w:t>
            </w:r>
          </w:p>
        </w:tc>
      </w:tr>
      <w:tr w:rsidR="004266A8" w:rsidRPr="008E77DA" w14:paraId="7CE89050" w14:textId="77777777" w:rsidTr="00F111D1">
        <w:trPr>
          <w:jc w:val="center"/>
        </w:trPr>
        <w:tc>
          <w:tcPr>
            <w:tcW w:w="4680" w:type="dxa"/>
            <w:shd w:val="clear" w:color="auto" w:fill="FFFFFF"/>
            <w:tcMar>
              <w:top w:w="60" w:type="dxa"/>
              <w:left w:w="120" w:type="dxa"/>
              <w:bottom w:w="60" w:type="dxa"/>
              <w:right w:w="120" w:type="dxa"/>
            </w:tcMar>
          </w:tcPr>
          <w:p w14:paraId="789CA61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2C9C229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0,35 saat</w:t>
            </w:r>
          </w:p>
        </w:tc>
      </w:tr>
      <w:tr w:rsidR="004266A8" w:rsidRPr="008E77DA" w14:paraId="4E0BAE8C" w14:textId="77777777" w:rsidTr="00F111D1">
        <w:trPr>
          <w:jc w:val="center"/>
        </w:trPr>
        <w:tc>
          <w:tcPr>
            <w:tcW w:w="4680" w:type="dxa"/>
            <w:shd w:val="clear" w:color="auto" w:fill="F9FAFB"/>
            <w:tcMar>
              <w:top w:w="60" w:type="dxa"/>
              <w:left w:w="120" w:type="dxa"/>
              <w:bottom w:w="60" w:type="dxa"/>
              <w:right w:w="120" w:type="dxa"/>
            </w:tcMar>
          </w:tcPr>
          <w:p w14:paraId="00F53E8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5B6BB50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0,29 saat</w:t>
            </w:r>
          </w:p>
        </w:tc>
      </w:tr>
      <w:tr w:rsidR="004266A8" w:rsidRPr="008E77DA" w14:paraId="6C0FE865" w14:textId="77777777" w:rsidTr="00F111D1">
        <w:trPr>
          <w:jc w:val="center"/>
        </w:trPr>
        <w:tc>
          <w:tcPr>
            <w:tcW w:w="4680" w:type="dxa"/>
            <w:shd w:val="clear" w:color="auto" w:fill="FFFFFF"/>
            <w:tcMar>
              <w:top w:w="60" w:type="dxa"/>
              <w:left w:w="120" w:type="dxa"/>
              <w:bottom w:w="60" w:type="dxa"/>
              <w:right w:w="120" w:type="dxa"/>
            </w:tcMar>
          </w:tcPr>
          <w:p w14:paraId="3134053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lastRenderedPageBreak/>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33B9702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0,41 saat</w:t>
            </w:r>
          </w:p>
        </w:tc>
      </w:tr>
      <w:tr w:rsidR="004266A8" w:rsidRPr="008E77DA" w14:paraId="35E91C6C" w14:textId="77777777" w:rsidTr="00F111D1">
        <w:trPr>
          <w:jc w:val="center"/>
        </w:trPr>
        <w:tc>
          <w:tcPr>
            <w:tcW w:w="4680" w:type="dxa"/>
            <w:shd w:val="clear" w:color="auto" w:fill="F9FAFB"/>
            <w:tcMar>
              <w:top w:w="60" w:type="dxa"/>
              <w:left w:w="120" w:type="dxa"/>
              <w:bottom w:w="60" w:type="dxa"/>
              <w:right w:w="120" w:type="dxa"/>
            </w:tcMar>
          </w:tcPr>
          <w:p w14:paraId="39536A4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5021A5F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1,41 saat</w:t>
            </w:r>
          </w:p>
        </w:tc>
      </w:tr>
      <w:tr w:rsidR="004266A8" w:rsidRPr="008E77DA" w14:paraId="422AD720" w14:textId="77777777" w:rsidTr="00F111D1">
        <w:trPr>
          <w:jc w:val="center"/>
        </w:trPr>
        <w:tc>
          <w:tcPr>
            <w:tcW w:w="4680" w:type="dxa"/>
            <w:shd w:val="clear" w:color="auto" w:fill="FFFFFF"/>
            <w:tcMar>
              <w:top w:w="60" w:type="dxa"/>
              <w:left w:w="120" w:type="dxa"/>
              <w:bottom w:w="60" w:type="dxa"/>
              <w:right w:w="120" w:type="dxa"/>
            </w:tcMar>
          </w:tcPr>
          <w:p w14:paraId="4AF4225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12D64BE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0,18 saat</w:t>
            </w:r>
          </w:p>
        </w:tc>
      </w:tr>
      <w:tr w:rsidR="004266A8" w:rsidRPr="008E77DA" w14:paraId="4A77B4FC" w14:textId="77777777" w:rsidTr="00F111D1">
        <w:trPr>
          <w:jc w:val="center"/>
        </w:trPr>
        <w:tc>
          <w:tcPr>
            <w:tcW w:w="4680" w:type="dxa"/>
            <w:shd w:val="clear" w:color="auto" w:fill="F9FAFB"/>
            <w:tcMar>
              <w:top w:w="60" w:type="dxa"/>
              <w:left w:w="120" w:type="dxa"/>
              <w:bottom w:w="60" w:type="dxa"/>
              <w:right w:w="120" w:type="dxa"/>
            </w:tcMar>
          </w:tcPr>
          <w:p w14:paraId="008BCA4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0DDBF5F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w:t>
            </w:r>
          </w:p>
        </w:tc>
      </w:tr>
      <w:tr w:rsidR="004266A8" w:rsidRPr="008E77DA" w14:paraId="3384B238" w14:textId="77777777" w:rsidTr="00F111D1">
        <w:trPr>
          <w:jc w:val="center"/>
        </w:trPr>
        <w:tc>
          <w:tcPr>
            <w:tcW w:w="4680" w:type="dxa"/>
            <w:shd w:val="clear" w:color="auto" w:fill="FFFFFF"/>
            <w:tcMar>
              <w:top w:w="60" w:type="dxa"/>
              <w:left w:w="120" w:type="dxa"/>
              <w:bottom w:w="60" w:type="dxa"/>
              <w:right w:w="120" w:type="dxa"/>
            </w:tcMar>
          </w:tcPr>
          <w:p w14:paraId="6D670BF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2543C26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1,82 saat</w:t>
            </w:r>
          </w:p>
        </w:tc>
      </w:tr>
    </w:tbl>
    <w:p w14:paraId="04B5E3EA" w14:textId="77777777" w:rsidR="004266A8" w:rsidRPr="008E77DA" w:rsidRDefault="004266A8" w:rsidP="008E77DA">
      <w:pPr>
        <w:spacing w:after="0" w:line="240" w:lineRule="auto"/>
        <w:rPr>
          <w:rFonts w:ascii="Times New Roman" w:hAnsi="Times New Roman" w:cs="Times New Roman"/>
        </w:rPr>
      </w:pPr>
    </w:p>
    <w:p w14:paraId="50F54C1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707666B8" w14:textId="77777777" w:rsidTr="00F111D1">
        <w:trPr>
          <w:jc w:val="center"/>
        </w:trPr>
        <w:tc>
          <w:tcPr>
            <w:tcW w:w="3120" w:type="dxa"/>
            <w:shd w:val="clear" w:color="auto" w:fill="1F4E79"/>
            <w:tcMar>
              <w:top w:w="80" w:type="dxa"/>
              <w:left w:w="120" w:type="dxa"/>
              <w:bottom w:w="80" w:type="dxa"/>
              <w:right w:w="120" w:type="dxa"/>
            </w:tcMar>
          </w:tcPr>
          <w:p w14:paraId="6D75F90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1DEA0F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34D1D21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4BCDC153" w14:textId="77777777" w:rsidTr="00F111D1">
        <w:trPr>
          <w:jc w:val="center"/>
        </w:trPr>
        <w:tc>
          <w:tcPr>
            <w:tcW w:w="3120" w:type="dxa"/>
            <w:shd w:val="clear" w:color="auto" w:fill="F9FAFB"/>
            <w:tcMar>
              <w:top w:w="60" w:type="dxa"/>
              <w:left w:w="120" w:type="dxa"/>
              <w:bottom w:w="60" w:type="dxa"/>
              <w:right w:w="120" w:type="dxa"/>
            </w:tcMar>
          </w:tcPr>
          <w:p w14:paraId="094F85E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AD189E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63A4FEB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3,06</w:t>
            </w:r>
          </w:p>
        </w:tc>
      </w:tr>
      <w:tr w:rsidR="004266A8" w:rsidRPr="008E77DA" w14:paraId="79155161" w14:textId="77777777" w:rsidTr="00F111D1">
        <w:trPr>
          <w:jc w:val="center"/>
        </w:trPr>
        <w:tc>
          <w:tcPr>
            <w:tcW w:w="3120" w:type="dxa"/>
            <w:shd w:val="clear" w:color="auto" w:fill="FFFFFF"/>
            <w:tcMar>
              <w:top w:w="60" w:type="dxa"/>
              <w:left w:w="120" w:type="dxa"/>
              <w:bottom w:w="60" w:type="dxa"/>
              <w:right w:w="120" w:type="dxa"/>
            </w:tcMar>
          </w:tcPr>
          <w:p w14:paraId="2F7E621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E87185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3FBE0D6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r w:rsidR="004266A8" w:rsidRPr="008E77DA" w14:paraId="3BA8EE06" w14:textId="77777777" w:rsidTr="00F111D1">
        <w:trPr>
          <w:jc w:val="center"/>
        </w:trPr>
        <w:tc>
          <w:tcPr>
            <w:tcW w:w="3120" w:type="dxa"/>
            <w:shd w:val="clear" w:color="auto" w:fill="F9FAFB"/>
            <w:tcMar>
              <w:top w:w="60" w:type="dxa"/>
              <w:left w:w="120" w:type="dxa"/>
              <w:bottom w:w="60" w:type="dxa"/>
              <w:right w:w="120" w:type="dxa"/>
            </w:tcMar>
          </w:tcPr>
          <w:p w14:paraId="41DFE71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5B0D96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2C906CC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3,76</w:t>
            </w:r>
          </w:p>
        </w:tc>
      </w:tr>
      <w:tr w:rsidR="004266A8" w:rsidRPr="008E77DA" w14:paraId="0A784AC0" w14:textId="77777777" w:rsidTr="00F111D1">
        <w:trPr>
          <w:jc w:val="center"/>
        </w:trPr>
        <w:tc>
          <w:tcPr>
            <w:tcW w:w="3120" w:type="dxa"/>
            <w:shd w:val="clear" w:color="auto" w:fill="FFFFFF"/>
            <w:tcMar>
              <w:top w:w="60" w:type="dxa"/>
              <w:left w:w="120" w:type="dxa"/>
              <w:bottom w:w="60" w:type="dxa"/>
              <w:right w:w="120" w:type="dxa"/>
            </w:tcMar>
          </w:tcPr>
          <w:p w14:paraId="5AC021B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17DA328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28D18F6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3,06</w:t>
            </w:r>
          </w:p>
        </w:tc>
      </w:tr>
      <w:tr w:rsidR="004266A8" w:rsidRPr="008E77DA" w14:paraId="764818A7" w14:textId="77777777" w:rsidTr="00F111D1">
        <w:trPr>
          <w:jc w:val="center"/>
        </w:trPr>
        <w:tc>
          <w:tcPr>
            <w:tcW w:w="3120" w:type="dxa"/>
            <w:shd w:val="clear" w:color="auto" w:fill="F9FAFB"/>
            <w:tcMar>
              <w:top w:w="60" w:type="dxa"/>
              <w:left w:w="120" w:type="dxa"/>
              <w:bottom w:w="60" w:type="dxa"/>
              <w:right w:w="120" w:type="dxa"/>
            </w:tcMar>
          </w:tcPr>
          <w:p w14:paraId="43D86EC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611ECFF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761DF4D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2,94</w:t>
            </w:r>
          </w:p>
        </w:tc>
      </w:tr>
      <w:tr w:rsidR="004266A8" w:rsidRPr="008E77DA" w14:paraId="0E649631" w14:textId="77777777" w:rsidTr="00F111D1">
        <w:trPr>
          <w:jc w:val="center"/>
        </w:trPr>
        <w:tc>
          <w:tcPr>
            <w:tcW w:w="3120" w:type="dxa"/>
            <w:shd w:val="clear" w:color="auto" w:fill="FFFFFF"/>
            <w:tcMar>
              <w:top w:w="60" w:type="dxa"/>
              <w:left w:w="120" w:type="dxa"/>
              <w:bottom w:w="60" w:type="dxa"/>
              <w:right w:w="120" w:type="dxa"/>
            </w:tcMar>
          </w:tcPr>
          <w:p w14:paraId="46E6B26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1B58183B"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1DA642F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2,71</w:t>
            </w:r>
          </w:p>
        </w:tc>
      </w:tr>
      <w:tr w:rsidR="004266A8" w:rsidRPr="008E77DA" w14:paraId="552F459E" w14:textId="77777777" w:rsidTr="00F111D1">
        <w:trPr>
          <w:jc w:val="center"/>
        </w:trPr>
        <w:tc>
          <w:tcPr>
            <w:tcW w:w="3120" w:type="dxa"/>
            <w:shd w:val="clear" w:color="auto" w:fill="F9FAFB"/>
            <w:tcMar>
              <w:top w:w="60" w:type="dxa"/>
              <w:left w:w="120" w:type="dxa"/>
              <w:bottom w:w="60" w:type="dxa"/>
              <w:right w:w="120" w:type="dxa"/>
            </w:tcMar>
          </w:tcPr>
          <w:p w14:paraId="43E284B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6409E25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6A3D854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2,88</w:t>
            </w:r>
          </w:p>
        </w:tc>
      </w:tr>
      <w:tr w:rsidR="004266A8" w:rsidRPr="008E77DA" w14:paraId="73A624EB" w14:textId="77777777" w:rsidTr="00F111D1">
        <w:trPr>
          <w:jc w:val="center"/>
        </w:trPr>
        <w:tc>
          <w:tcPr>
            <w:tcW w:w="3120" w:type="dxa"/>
            <w:shd w:val="clear" w:color="auto" w:fill="FFFFFF"/>
            <w:tcMar>
              <w:top w:w="60" w:type="dxa"/>
              <w:left w:w="120" w:type="dxa"/>
              <w:bottom w:w="60" w:type="dxa"/>
              <w:right w:w="120" w:type="dxa"/>
            </w:tcMar>
          </w:tcPr>
          <w:p w14:paraId="118EA12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27C93E7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6E6D56C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3,06</w:t>
            </w:r>
          </w:p>
        </w:tc>
      </w:tr>
      <w:tr w:rsidR="004266A8" w:rsidRPr="008E77DA" w14:paraId="04F99982" w14:textId="77777777" w:rsidTr="00F111D1">
        <w:trPr>
          <w:jc w:val="center"/>
        </w:trPr>
        <w:tc>
          <w:tcPr>
            <w:tcW w:w="3120" w:type="dxa"/>
            <w:shd w:val="clear" w:color="auto" w:fill="F9FAFB"/>
            <w:tcMar>
              <w:top w:w="60" w:type="dxa"/>
              <w:left w:w="120" w:type="dxa"/>
              <w:bottom w:w="60" w:type="dxa"/>
              <w:right w:w="120" w:type="dxa"/>
            </w:tcMar>
          </w:tcPr>
          <w:p w14:paraId="47E3407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742DAB4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1711125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3,65</w:t>
            </w:r>
          </w:p>
        </w:tc>
      </w:tr>
      <w:tr w:rsidR="004266A8" w:rsidRPr="008E77DA" w14:paraId="5BB1139B" w14:textId="77777777" w:rsidTr="00F111D1">
        <w:trPr>
          <w:jc w:val="center"/>
        </w:trPr>
        <w:tc>
          <w:tcPr>
            <w:tcW w:w="3120" w:type="dxa"/>
            <w:shd w:val="clear" w:color="auto" w:fill="FFFFFF"/>
            <w:tcMar>
              <w:top w:w="60" w:type="dxa"/>
              <w:left w:w="120" w:type="dxa"/>
              <w:bottom w:w="60" w:type="dxa"/>
              <w:right w:w="120" w:type="dxa"/>
            </w:tcMar>
          </w:tcPr>
          <w:p w14:paraId="7682B40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0F41DD1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6CCBA62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2,94</w:t>
            </w:r>
          </w:p>
        </w:tc>
      </w:tr>
      <w:tr w:rsidR="004266A8" w:rsidRPr="008E77DA" w14:paraId="1BA8DD27" w14:textId="77777777" w:rsidTr="00F111D1">
        <w:trPr>
          <w:jc w:val="center"/>
        </w:trPr>
        <w:tc>
          <w:tcPr>
            <w:tcW w:w="3120" w:type="dxa"/>
            <w:shd w:val="clear" w:color="auto" w:fill="F9FAFB"/>
            <w:tcMar>
              <w:top w:w="60" w:type="dxa"/>
              <w:left w:w="120" w:type="dxa"/>
              <w:bottom w:w="60" w:type="dxa"/>
              <w:right w:w="120" w:type="dxa"/>
            </w:tcMar>
          </w:tcPr>
          <w:p w14:paraId="334A166C"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3C4B0367"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24CE5BE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3,29</w:t>
            </w:r>
          </w:p>
        </w:tc>
      </w:tr>
      <w:tr w:rsidR="004266A8" w:rsidRPr="008E77DA" w14:paraId="46CC619C" w14:textId="77777777" w:rsidTr="00F111D1">
        <w:trPr>
          <w:jc w:val="center"/>
        </w:trPr>
        <w:tc>
          <w:tcPr>
            <w:tcW w:w="3120" w:type="dxa"/>
            <w:shd w:val="clear" w:color="auto" w:fill="FFFFFF"/>
            <w:tcMar>
              <w:top w:w="60" w:type="dxa"/>
              <w:left w:w="120" w:type="dxa"/>
              <w:bottom w:w="60" w:type="dxa"/>
              <w:right w:w="120" w:type="dxa"/>
            </w:tcMar>
          </w:tcPr>
          <w:p w14:paraId="3838DD0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7884812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0E5AA72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2,82</w:t>
            </w:r>
          </w:p>
        </w:tc>
      </w:tr>
      <w:tr w:rsidR="004266A8" w:rsidRPr="008E77DA" w14:paraId="1D3508B3" w14:textId="77777777" w:rsidTr="00F111D1">
        <w:trPr>
          <w:jc w:val="center"/>
        </w:trPr>
        <w:tc>
          <w:tcPr>
            <w:tcW w:w="3120" w:type="dxa"/>
            <w:shd w:val="clear" w:color="auto" w:fill="F9FAFB"/>
            <w:tcMar>
              <w:top w:w="60" w:type="dxa"/>
              <w:left w:w="120" w:type="dxa"/>
              <w:bottom w:w="60" w:type="dxa"/>
              <w:right w:w="120" w:type="dxa"/>
            </w:tcMar>
          </w:tcPr>
          <w:p w14:paraId="29C9659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2E4BAD2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283F3DD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2,94</w:t>
            </w:r>
          </w:p>
        </w:tc>
      </w:tr>
      <w:tr w:rsidR="004266A8" w:rsidRPr="008E77DA" w14:paraId="1C35F788" w14:textId="77777777" w:rsidTr="00F111D1">
        <w:trPr>
          <w:jc w:val="center"/>
        </w:trPr>
        <w:tc>
          <w:tcPr>
            <w:tcW w:w="3120" w:type="dxa"/>
            <w:shd w:val="clear" w:color="auto" w:fill="FFFFFF"/>
            <w:tcMar>
              <w:top w:w="60" w:type="dxa"/>
              <w:left w:w="120" w:type="dxa"/>
              <w:bottom w:w="60" w:type="dxa"/>
              <w:right w:w="120" w:type="dxa"/>
            </w:tcMar>
          </w:tcPr>
          <w:p w14:paraId="169B847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673556A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0449BF2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2,82</w:t>
            </w:r>
          </w:p>
        </w:tc>
      </w:tr>
    </w:tbl>
    <w:p w14:paraId="5D65EC21" w14:textId="77777777" w:rsidR="004266A8" w:rsidRPr="008E77DA" w:rsidRDefault="004266A8" w:rsidP="008E77DA">
      <w:pPr>
        <w:spacing w:after="0" w:line="240" w:lineRule="auto"/>
        <w:rPr>
          <w:rFonts w:ascii="Times New Roman" w:hAnsi="Times New Roman" w:cs="Times New Roman"/>
        </w:rPr>
      </w:pPr>
    </w:p>
    <w:p w14:paraId="2A20920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657BE8F5" w14:textId="77777777" w:rsidTr="00F111D1">
        <w:trPr>
          <w:jc w:val="center"/>
        </w:trPr>
        <w:tc>
          <w:tcPr>
            <w:tcW w:w="3120" w:type="dxa"/>
            <w:shd w:val="clear" w:color="auto" w:fill="1F4E79"/>
            <w:tcMar>
              <w:top w:w="80" w:type="dxa"/>
              <w:left w:w="120" w:type="dxa"/>
              <w:bottom w:w="80" w:type="dxa"/>
              <w:right w:w="120" w:type="dxa"/>
            </w:tcMar>
          </w:tcPr>
          <w:p w14:paraId="3E8E901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lastRenderedPageBreak/>
              <w:t>#</w:t>
            </w:r>
          </w:p>
        </w:tc>
        <w:tc>
          <w:tcPr>
            <w:tcW w:w="3120" w:type="dxa"/>
            <w:shd w:val="clear" w:color="auto" w:fill="1F4E79"/>
            <w:tcMar>
              <w:top w:w="80" w:type="dxa"/>
              <w:left w:w="120" w:type="dxa"/>
              <w:bottom w:w="80" w:type="dxa"/>
              <w:right w:w="120" w:type="dxa"/>
            </w:tcMar>
          </w:tcPr>
          <w:p w14:paraId="7E3AF77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37341E5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35292542" w14:textId="77777777" w:rsidTr="00F111D1">
        <w:trPr>
          <w:jc w:val="center"/>
        </w:trPr>
        <w:tc>
          <w:tcPr>
            <w:tcW w:w="3120" w:type="dxa"/>
            <w:shd w:val="clear" w:color="auto" w:fill="F9FAFB"/>
            <w:tcMar>
              <w:top w:w="60" w:type="dxa"/>
              <w:left w:w="120" w:type="dxa"/>
              <w:bottom w:w="60" w:type="dxa"/>
              <w:right w:w="120" w:type="dxa"/>
            </w:tcMar>
          </w:tcPr>
          <w:p w14:paraId="5DA4EF8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1B86A0F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16D99B5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3,65</w:t>
            </w:r>
          </w:p>
        </w:tc>
      </w:tr>
      <w:tr w:rsidR="004266A8" w:rsidRPr="008E77DA" w14:paraId="42EE4AD3" w14:textId="77777777" w:rsidTr="00F111D1">
        <w:trPr>
          <w:jc w:val="center"/>
        </w:trPr>
        <w:tc>
          <w:tcPr>
            <w:tcW w:w="3120" w:type="dxa"/>
            <w:shd w:val="clear" w:color="auto" w:fill="FFFFFF"/>
            <w:tcMar>
              <w:top w:w="60" w:type="dxa"/>
              <w:left w:w="120" w:type="dxa"/>
              <w:bottom w:w="60" w:type="dxa"/>
              <w:right w:w="120" w:type="dxa"/>
            </w:tcMar>
          </w:tcPr>
          <w:p w14:paraId="068727D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0A1085A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36E3242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3,18</w:t>
            </w:r>
          </w:p>
        </w:tc>
      </w:tr>
      <w:tr w:rsidR="004266A8" w:rsidRPr="008E77DA" w14:paraId="3747B1B4" w14:textId="77777777" w:rsidTr="00F111D1">
        <w:trPr>
          <w:jc w:val="center"/>
        </w:trPr>
        <w:tc>
          <w:tcPr>
            <w:tcW w:w="3120" w:type="dxa"/>
            <w:shd w:val="clear" w:color="auto" w:fill="F9FAFB"/>
            <w:tcMar>
              <w:top w:w="60" w:type="dxa"/>
              <w:left w:w="120" w:type="dxa"/>
              <w:bottom w:w="60" w:type="dxa"/>
              <w:right w:w="120" w:type="dxa"/>
            </w:tcMar>
          </w:tcPr>
          <w:p w14:paraId="4AB9610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44CB7A32"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4D1B9C4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3,12</w:t>
            </w:r>
          </w:p>
        </w:tc>
      </w:tr>
      <w:tr w:rsidR="004266A8" w:rsidRPr="008E77DA" w14:paraId="1D65400E" w14:textId="77777777" w:rsidTr="00F111D1">
        <w:trPr>
          <w:jc w:val="center"/>
        </w:trPr>
        <w:tc>
          <w:tcPr>
            <w:tcW w:w="3120" w:type="dxa"/>
            <w:shd w:val="clear" w:color="auto" w:fill="FFFFFF"/>
            <w:tcMar>
              <w:top w:w="60" w:type="dxa"/>
              <w:left w:w="120" w:type="dxa"/>
              <w:bottom w:w="60" w:type="dxa"/>
              <w:right w:w="120" w:type="dxa"/>
            </w:tcMar>
          </w:tcPr>
          <w:p w14:paraId="547912A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43CE008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50F68BF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3,00</w:t>
            </w:r>
          </w:p>
        </w:tc>
      </w:tr>
      <w:tr w:rsidR="004266A8" w:rsidRPr="008E77DA" w14:paraId="273CC42A" w14:textId="77777777" w:rsidTr="00F111D1">
        <w:trPr>
          <w:jc w:val="center"/>
        </w:trPr>
        <w:tc>
          <w:tcPr>
            <w:tcW w:w="3120" w:type="dxa"/>
            <w:shd w:val="clear" w:color="auto" w:fill="F9FAFB"/>
            <w:tcMar>
              <w:top w:w="60" w:type="dxa"/>
              <w:left w:w="120" w:type="dxa"/>
              <w:bottom w:w="60" w:type="dxa"/>
              <w:right w:w="120" w:type="dxa"/>
            </w:tcMar>
          </w:tcPr>
          <w:p w14:paraId="5057161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37F6D19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12D2420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3,18</w:t>
            </w:r>
          </w:p>
        </w:tc>
      </w:tr>
    </w:tbl>
    <w:p w14:paraId="2FC78770" w14:textId="77777777" w:rsidR="004266A8" w:rsidRPr="008E77DA" w:rsidRDefault="004266A8" w:rsidP="008E77DA">
      <w:pPr>
        <w:spacing w:after="0" w:line="240" w:lineRule="auto"/>
        <w:rPr>
          <w:rFonts w:ascii="Times New Roman" w:hAnsi="Times New Roman" w:cs="Times New Roman"/>
        </w:rPr>
      </w:pPr>
    </w:p>
    <w:p w14:paraId="14A395ED" w14:textId="3BC3DA9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003366"/>
          <w:sz w:val="24"/>
        </w:rPr>
        <w:t>29. Ders: SAY 212 - Sağlık Sektöründe İş Sağlığı ve Güvenliği</w:t>
      </w:r>
    </w:p>
    <w:p w14:paraId="62BB6E7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1. ÖĞRENCİ DERS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4F406B75" w14:textId="77777777" w:rsidTr="00F111D1">
        <w:trPr>
          <w:jc w:val="center"/>
        </w:trPr>
        <w:tc>
          <w:tcPr>
            <w:tcW w:w="3120" w:type="dxa"/>
            <w:shd w:val="clear" w:color="auto" w:fill="1F4E79"/>
            <w:tcMar>
              <w:top w:w="80" w:type="dxa"/>
              <w:left w:w="120" w:type="dxa"/>
              <w:bottom w:w="80" w:type="dxa"/>
              <w:right w:w="120" w:type="dxa"/>
            </w:tcMar>
          </w:tcPr>
          <w:p w14:paraId="4B892B5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684F675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493D49A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7AAD7DB5" w14:textId="77777777" w:rsidTr="00F111D1">
        <w:trPr>
          <w:jc w:val="center"/>
        </w:trPr>
        <w:tc>
          <w:tcPr>
            <w:tcW w:w="3120" w:type="dxa"/>
            <w:shd w:val="clear" w:color="auto" w:fill="F9FAFB"/>
            <w:tcMar>
              <w:top w:w="60" w:type="dxa"/>
              <w:left w:w="120" w:type="dxa"/>
              <w:bottom w:w="60" w:type="dxa"/>
              <w:right w:w="120" w:type="dxa"/>
            </w:tcMar>
          </w:tcPr>
          <w:p w14:paraId="756739C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14204BB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bölümüm için gerekli olduğunu düşünüyorum.</w:t>
            </w:r>
          </w:p>
        </w:tc>
        <w:tc>
          <w:tcPr>
            <w:tcW w:w="3120" w:type="dxa"/>
            <w:shd w:val="clear" w:color="auto" w:fill="F9FAFB"/>
            <w:tcMar>
              <w:top w:w="60" w:type="dxa"/>
              <w:left w:w="120" w:type="dxa"/>
              <w:bottom w:w="60" w:type="dxa"/>
              <w:right w:w="120" w:type="dxa"/>
            </w:tcMar>
          </w:tcPr>
          <w:p w14:paraId="36050C1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3,67</w:t>
            </w:r>
          </w:p>
        </w:tc>
      </w:tr>
      <w:tr w:rsidR="004266A8" w:rsidRPr="008E77DA" w14:paraId="3613050F" w14:textId="77777777" w:rsidTr="00F111D1">
        <w:trPr>
          <w:jc w:val="center"/>
        </w:trPr>
        <w:tc>
          <w:tcPr>
            <w:tcW w:w="3120" w:type="dxa"/>
            <w:shd w:val="clear" w:color="auto" w:fill="FFFFFF"/>
            <w:tcMar>
              <w:top w:w="60" w:type="dxa"/>
              <w:left w:w="120" w:type="dxa"/>
              <w:bottom w:w="60" w:type="dxa"/>
              <w:right w:w="120" w:type="dxa"/>
            </w:tcMar>
          </w:tcPr>
          <w:p w14:paraId="6CBC812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16B3FE3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bana katkısının yüksek olduğunu düşünüyorum.</w:t>
            </w:r>
          </w:p>
        </w:tc>
        <w:tc>
          <w:tcPr>
            <w:tcW w:w="3120" w:type="dxa"/>
            <w:shd w:val="clear" w:color="auto" w:fill="FFFFFF"/>
            <w:tcMar>
              <w:top w:w="60" w:type="dxa"/>
              <w:left w:w="120" w:type="dxa"/>
              <w:bottom w:w="60" w:type="dxa"/>
              <w:right w:w="120" w:type="dxa"/>
            </w:tcMar>
          </w:tcPr>
          <w:p w14:paraId="122BD18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3,83</w:t>
            </w:r>
          </w:p>
        </w:tc>
      </w:tr>
      <w:tr w:rsidR="004266A8" w:rsidRPr="008E77DA" w14:paraId="7047C78F" w14:textId="77777777" w:rsidTr="00F111D1">
        <w:trPr>
          <w:jc w:val="center"/>
        </w:trPr>
        <w:tc>
          <w:tcPr>
            <w:tcW w:w="3120" w:type="dxa"/>
            <w:shd w:val="clear" w:color="auto" w:fill="F9FAFB"/>
            <w:tcMar>
              <w:top w:w="60" w:type="dxa"/>
              <w:left w:w="120" w:type="dxa"/>
              <w:bottom w:w="60" w:type="dxa"/>
              <w:right w:w="120" w:type="dxa"/>
            </w:tcMar>
          </w:tcPr>
          <w:p w14:paraId="12B5ED7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6862A51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diğer derslerden daha zor olduğunu düşünüyorum.</w:t>
            </w:r>
          </w:p>
        </w:tc>
        <w:tc>
          <w:tcPr>
            <w:tcW w:w="3120" w:type="dxa"/>
            <w:shd w:val="clear" w:color="auto" w:fill="F9FAFB"/>
            <w:tcMar>
              <w:top w:w="60" w:type="dxa"/>
              <w:left w:w="120" w:type="dxa"/>
              <w:bottom w:w="60" w:type="dxa"/>
              <w:right w:w="120" w:type="dxa"/>
            </w:tcMar>
          </w:tcPr>
          <w:p w14:paraId="2B65826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2,50</w:t>
            </w:r>
          </w:p>
        </w:tc>
      </w:tr>
      <w:tr w:rsidR="004266A8" w:rsidRPr="008E77DA" w14:paraId="44020423" w14:textId="77777777" w:rsidTr="00F111D1">
        <w:trPr>
          <w:jc w:val="center"/>
        </w:trPr>
        <w:tc>
          <w:tcPr>
            <w:tcW w:w="3120" w:type="dxa"/>
            <w:shd w:val="clear" w:color="auto" w:fill="FFFFFF"/>
            <w:tcMar>
              <w:top w:w="60" w:type="dxa"/>
              <w:left w:w="120" w:type="dxa"/>
              <w:bottom w:w="60" w:type="dxa"/>
              <w:right w:w="120" w:type="dxa"/>
            </w:tcMar>
          </w:tcPr>
          <w:p w14:paraId="0CBFB09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30E72DA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tüm ders öğrenim kazanımlarını karşıladığını düşünüyorum.</w:t>
            </w:r>
          </w:p>
        </w:tc>
        <w:tc>
          <w:tcPr>
            <w:tcW w:w="3120" w:type="dxa"/>
            <w:shd w:val="clear" w:color="auto" w:fill="FFFFFF"/>
            <w:tcMar>
              <w:top w:w="60" w:type="dxa"/>
              <w:left w:w="120" w:type="dxa"/>
              <w:bottom w:w="60" w:type="dxa"/>
              <w:right w:w="120" w:type="dxa"/>
            </w:tcMar>
          </w:tcPr>
          <w:p w14:paraId="2FCF6FD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3,17</w:t>
            </w:r>
          </w:p>
        </w:tc>
      </w:tr>
    </w:tbl>
    <w:p w14:paraId="1C6590AD" w14:textId="77777777" w:rsidR="004266A8" w:rsidRPr="008E77DA" w:rsidRDefault="004266A8" w:rsidP="008E77DA">
      <w:pPr>
        <w:spacing w:after="0" w:line="240" w:lineRule="auto"/>
        <w:rPr>
          <w:rFonts w:ascii="Times New Roman" w:hAnsi="Times New Roman" w:cs="Times New Roman"/>
        </w:rPr>
      </w:pPr>
    </w:p>
    <w:p w14:paraId="7F6C0E2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sz w:val="21"/>
        </w:rPr>
        <w:t>Dersin AKTS (İş Yükü) Hesaplamasına İlişkin Değerlendirmeler:</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4266A8" w:rsidRPr="008E77DA" w14:paraId="401775FF" w14:textId="77777777" w:rsidTr="00F111D1">
        <w:trPr>
          <w:jc w:val="center"/>
        </w:trPr>
        <w:tc>
          <w:tcPr>
            <w:tcW w:w="4680" w:type="dxa"/>
            <w:shd w:val="clear" w:color="auto" w:fill="1F4E79"/>
            <w:tcMar>
              <w:top w:w="80" w:type="dxa"/>
              <w:left w:w="120" w:type="dxa"/>
              <w:bottom w:w="80" w:type="dxa"/>
              <w:right w:w="120" w:type="dxa"/>
            </w:tcMar>
          </w:tcPr>
          <w:p w14:paraId="6F677E5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(İş Yükü)</w:t>
            </w:r>
          </w:p>
        </w:tc>
        <w:tc>
          <w:tcPr>
            <w:tcW w:w="4680" w:type="dxa"/>
            <w:shd w:val="clear" w:color="auto" w:fill="1F4E79"/>
            <w:tcMar>
              <w:top w:w="80" w:type="dxa"/>
              <w:left w:w="120" w:type="dxa"/>
              <w:bottom w:w="80" w:type="dxa"/>
              <w:right w:w="120" w:type="dxa"/>
            </w:tcMar>
          </w:tcPr>
          <w:p w14:paraId="7067258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Süre / Saat</w:t>
            </w:r>
          </w:p>
        </w:tc>
      </w:tr>
      <w:tr w:rsidR="004266A8" w:rsidRPr="008E77DA" w14:paraId="1B9567EC" w14:textId="77777777" w:rsidTr="00F111D1">
        <w:trPr>
          <w:jc w:val="center"/>
        </w:trPr>
        <w:tc>
          <w:tcPr>
            <w:tcW w:w="4680" w:type="dxa"/>
            <w:shd w:val="clear" w:color="auto" w:fill="F9FAFB"/>
            <w:tcMar>
              <w:top w:w="60" w:type="dxa"/>
              <w:left w:w="120" w:type="dxa"/>
              <w:bottom w:w="60" w:type="dxa"/>
              <w:right w:w="120" w:type="dxa"/>
            </w:tcMar>
          </w:tcPr>
          <w:p w14:paraId="5F169C44"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derse hazırlanmak ve/veya tekrar etmek için haftada ortalama kaç saat ayırıyorsunuz?</w:t>
            </w:r>
          </w:p>
        </w:tc>
        <w:tc>
          <w:tcPr>
            <w:tcW w:w="4680" w:type="dxa"/>
            <w:shd w:val="clear" w:color="auto" w:fill="F9FAFB"/>
            <w:tcMar>
              <w:top w:w="60" w:type="dxa"/>
              <w:left w:w="120" w:type="dxa"/>
              <w:bottom w:w="60" w:type="dxa"/>
              <w:right w:w="120" w:type="dxa"/>
            </w:tcMar>
          </w:tcPr>
          <w:p w14:paraId="0175B46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0,50 saat</w:t>
            </w:r>
          </w:p>
        </w:tc>
      </w:tr>
      <w:tr w:rsidR="004266A8" w:rsidRPr="008E77DA" w14:paraId="0E4119AB" w14:textId="77777777" w:rsidTr="00F111D1">
        <w:trPr>
          <w:jc w:val="center"/>
        </w:trPr>
        <w:tc>
          <w:tcPr>
            <w:tcW w:w="4680" w:type="dxa"/>
            <w:shd w:val="clear" w:color="auto" w:fill="FFFFFF"/>
            <w:tcMar>
              <w:top w:w="60" w:type="dxa"/>
              <w:left w:w="120" w:type="dxa"/>
              <w:bottom w:w="60" w:type="dxa"/>
              <w:right w:w="120" w:type="dxa"/>
            </w:tcMar>
          </w:tcPr>
          <w:p w14:paraId="4DC0802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ödev için yaklaşık kaç saat harcadınız?</w:t>
            </w:r>
          </w:p>
        </w:tc>
        <w:tc>
          <w:tcPr>
            <w:tcW w:w="4680" w:type="dxa"/>
            <w:shd w:val="clear" w:color="auto" w:fill="FFFFFF"/>
            <w:tcMar>
              <w:top w:w="60" w:type="dxa"/>
              <w:left w:w="120" w:type="dxa"/>
              <w:bottom w:w="60" w:type="dxa"/>
              <w:right w:w="120" w:type="dxa"/>
            </w:tcMar>
          </w:tcPr>
          <w:p w14:paraId="6D0259E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0,33 saat</w:t>
            </w:r>
          </w:p>
        </w:tc>
      </w:tr>
      <w:tr w:rsidR="004266A8" w:rsidRPr="008E77DA" w14:paraId="6B4A9436" w14:textId="77777777" w:rsidTr="00F111D1">
        <w:trPr>
          <w:jc w:val="center"/>
        </w:trPr>
        <w:tc>
          <w:tcPr>
            <w:tcW w:w="4680" w:type="dxa"/>
            <w:shd w:val="clear" w:color="auto" w:fill="F9FAFB"/>
            <w:tcMar>
              <w:top w:w="60" w:type="dxa"/>
              <w:left w:w="120" w:type="dxa"/>
              <w:bottom w:w="60" w:type="dxa"/>
              <w:right w:w="120" w:type="dxa"/>
            </w:tcMar>
          </w:tcPr>
          <w:p w14:paraId="728261B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sunum/seminer için yaklaşık kaç saat harcadınız?</w:t>
            </w:r>
          </w:p>
        </w:tc>
        <w:tc>
          <w:tcPr>
            <w:tcW w:w="4680" w:type="dxa"/>
            <w:shd w:val="clear" w:color="auto" w:fill="F9FAFB"/>
            <w:tcMar>
              <w:top w:w="60" w:type="dxa"/>
              <w:left w:w="120" w:type="dxa"/>
              <w:bottom w:w="60" w:type="dxa"/>
              <w:right w:w="120" w:type="dxa"/>
            </w:tcMar>
          </w:tcPr>
          <w:p w14:paraId="0EEB132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0,33 saat</w:t>
            </w:r>
          </w:p>
        </w:tc>
      </w:tr>
      <w:tr w:rsidR="004266A8" w:rsidRPr="008E77DA" w14:paraId="17C37B68" w14:textId="77777777" w:rsidTr="00F111D1">
        <w:trPr>
          <w:jc w:val="center"/>
        </w:trPr>
        <w:tc>
          <w:tcPr>
            <w:tcW w:w="4680" w:type="dxa"/>
            <w:shd w:val="clear" w:color="auto" w:fill="FFFFFF"/>
            <w:tcMar>
              <w:top w:w="60" w:type="dxa"/>
              <w:left w:w="120" w:type="dxa"/>
              <w:bottom w:w="60" w:type="dxa"/>
              <w:right w:w="120" w:type="dxa"/>
            </w:tcMar>
          </w:tcPr>
          <w:p w14:paraId="2724BBA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kısa sınav (quiz) için yaklaşık kaç saat harcadınız?</w:t>
            </w:r>
          </w:p>
        </w:tc>
        <w:tc>
          <w:tcPr>
            <w:tcW w:w="4680" w:type="dxa"/>
            <w:shd w:val="clear" w:color="auto" w:fill="FFFFFF"/>
            <w:tcMar>
              <w:top w:w="60" w:type="dxa"/>
              <w:left w:w="120" w:type="dxa"/>
              <w:bottom w:w="60" w:type="dxa"/>
              <w:right w:w="120" w:type="dxa"/>
            </w:tcMar>
          </w:tcPr>
          <w:p w14:paraId="4740B09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0,67 saat</w:t>
            </w:r>
          </w:p>
        </w:tc>
      </w:tr>
      <w:tr w:rsidR="004266A8" w:rsidRPr="008E77DA" w14:paraId="20893E4C" w14:textId="77777777" w:rsidTr="00F111D1">
        <w:trPr>
          <w:jc w:val="center"/>
        </w:trPr>
        <w:tc>
          <w:tcPr>
            <w:tcW w:w="4680" w:type="dxa"/>
            <w:shd w:val="clear" w:color="auto" w:fill="F9FAFB"/>
            <w:tcMar>
              <w:top w:w="60" w:type="dxa"/>
              <w:left w:w="120" w:type="dxa"/>
              <w:bottom w:w="60" w:type="dxa"/>
              <w:right w:w="120" w:type="dxa"/>
            </w:tcMar>
          </w:tcPr>
          <w:p w14:paraId="4162037F"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girmiş olduğunuz her bir ara sınav için yaklaşık kaç saat harcadınız?</w:t>
            </w:r>
          </w:p>
        </w:tc>
        <w:tc>
          <w:tcPr>
            <w:tcW w:w="4680" w:type="dxa"/>
            <w:shd w:val="clear" w:color="auto" w:fill="F9FAFB"/>
            <w:tcMar>
              <w:top w:w="60" w:type="dxa"/>
              <w:left w:w="120" w:type="dxa"/>
              <w:bottom w:w="60" w:type="dxa"/>
              <w:right w:w="120" w:type="dxa"/>
            </w:tcMar>
          </w:tcPr>
          <w:p w14:paraId="682CFA3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1,67 saat</w:t>
            </w:r>
          </w:p>
        </w:tc>
      </w:tr>
      <w:tr w:rsidR="004266A8" w:rsidRPr="008E77DA" w14:paraId="42267613" w14:textId="77777777" w:rsidTr="00F111D1">
        <w:trPr>
          <w:jc w:val="center"/>
        </w:trPr>
        <w:tc>
          <w:tcPr>
            <w:tcW w:w="4680" w:type="dxa"/>
            <w:shd w:val="clear" w:color="auto" w:fill="FFFFFF"/>
            <w:tcMar>
              <w:top w:w="60" w:type="dxa"/>
              <w:left w:w="120" w:type="dxa"/>
              <w:bottom w:w="60" w:type="dxa"/>
              <w:right w:w="120" w:type="dxa"/>
            </w:tcMar>
          </w:tcPr>
          <w:p w14:paraId="4C27A34E"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hazırladığınız her bir proje için yaklaşık kaç saat harcadınız?</w:t>
            </w:r>
          </w:p>
        </w:tc>
        <w:tc>
          <w:tcPr>
            <w:tcW w:w="4680" w:type="dxa"/>
            <w:shd w:val="clear" w:color="auto" w:fill="FFFFFF"/>
            <w:tcMar>
              <w:top w:w="60" w:type="dxa"/>
              <w:left w:w="120" w:type="dxa"/>
              <w:bottom w:w="60" w:type="dxa"/>
              <w:right w:w="120" w:type="dxa"/>
            </w:tcMar>
          </w:tcPr>
          <w:p w14:paraId="27B0BBE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0,33 saat</w:t>
            </w:r>
          </w:p>
        </w:tc>
      </w:tr>
      <w:tr w:rsidR="004266A8" w:rsidRPr="008E77DA" w14:paraId="49803B9B" w14:textId="77777777" w:rsidTr="00F111D1">
        <w:trPr>
          <w:jc w:val="center"/>
        </w:trPr>
        <w:tc>
          <w:tcPr>
            <w:tcW w:w="4680" w:type="dxa"/>
            <w:shd w:val="clear" w:color="auto" w:fill="F9FAFB"/>
            <w:tcMar>
              <w:top w:w="60" w:type="dxa"/>
              <w:left w:w="120" w:type="dxa"/>
              <w:bottom w:w="60" w:type="dxa"/>
              <w:right w:w="120" w:type="dxa"/>
            </w:tcMar>
          </w:tcPr>
          <w:p w14:paraId="588C7DD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 kapsamında haftada ortalama kaç saat laboratuvar çalışması yaptınız?</w:t>
            </w:r>
          </w:p>
        </w:tc>
        <w:tc>
          <w:tcPr>
            <w:tcW w:w="4680" w:type="dxa"/>
            <w:shd w:val="clear" w:color="auto" w:fill="F9FAFB"/>
            <w:tcMar>
              <w:top w:w="60" w:type="dxa"/>
              <w:left w:w="120" w:type="dxa"/>
              <w:bottom w:w="60" w:type="dxa"/>
              <w:right w:w="120" w:type="dxa"/>
            </w:tcMar>
          </w:tcPr>
          <w:p w14:paraId="20C53B4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w:t>
            </w:r>
          </w:p>
        </w:tc>
      </w:tr>
      <w:tr w:rsidR="004266A8" w:rsidRPr="008E77DA" w14:paraId="6C43A07A" w14:textId="77777777" w:rsidTr="00F111D1">
        <w:trPr>
          <w:jc w:val="center"/>
        </w:trPr>
        <w:tc>
          <w:tcPr>
            <w:tcW w:w="4680" w:type="dxa"/>
            <w:shd w:val="clear" w:color="auto" w:fill="FFFFFF"/>
            <w:tcMar>
              <w:top w:w="60" w:type="dxa"/>
              <w:left w:w="120" w:type="dxa"/>
              <w:bottom w:w="60" w:type="dxa"/>
              <w:right w:w="120" w:type="dxa"/>
            </w:tcMar>
          </w:tcPr>
          <w:p w14:paraId="577B8C3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dersin final sınavı için toplam kaç saat hazırlandınız?</w:t>
            </w:r>
          </w:p>
        </w:tc>
        <w:tc>
          <w:tcPr>
            <w:tcW w:w="4680" w:type="dxa"/>
            <w:shd w:val="clear" w:color="auto" w:fill="FFFFFF"/>
            <w:tcMar>
              <w:top w:w="60" w:type="dxa"/>
              <w:left w:w="120" w:type="dxa"/>
              <w:bottom w:w="60" w:type="dxa"/>
              <w:right w:w="120" w:type="dxa"/>
            </w:tcMar>
          </w:tcPr>
          <w:p w14:paraId="39BEEAD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2,00 saat</w:t>
            </w:r>
          </w:p>
        </w:tc>
      </w:tr>
    </w:tbl>
    <w:p w14:paraId="797063E0" w14:textId="77777777" w:rsidR="004266A8" w:rsidRPr="008E77DA" w:rsidRDefault="004266A8" w:rsidP="008E77DA">
      <w:pPr>
        <w:spacing w:after="0" w:line="240" w:lineRule="auto"/>
        <w:rPr>
          <w:rFonts w:ascii="Times New Roman" w:hAnsi="Times New Roman" w:cs="Times New Roman"/>
        </w:rPr>
      </w:pPr>
    </w:p>
    <w:p w14:paraId="67B47671"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2. ÖĞRENCİ DERS SORUMLUSU / SORUMLULARI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696C146E" w14:textId="77777777" w:rsidTr="00F111D1">
        <w:trPr>
          <w:jc w:val="center"/>
        </w:trPr>
        <w:tc>
          <w:tcPr>
            <w:tcW w:w="3120" w:type="dxa"/>
            <w:shd w:val="clear" w:color="auto" w:fill="1F4E79"/>
            <w:tcMar>
              <w:top w:w="80" w:type="dxa"/>
              <w:left w:w="120" w:type="dxa"/>
              <w:bottom w:w="80" w:type="dxa"/>
              <w:right w:w="120" w:type="dxa"/>
            </w:tcMar>
          </w:tcPr>
          <w:p w14:paraId="1130C6D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lastRenderedPageBreak/>
              <w:t>#</w:t>
            </w:r>
          </w:p>
        </w:tc>
        <w:tc>
          <w:tcPr>
            <w:tcW w:w="3120" w:type="dxa"/>
            <w:shd w:val="clear" w:color="auto" w:fill="1F4E79"/>
            <w:tcMar>
              <w:top w:w="80" w:type="dxa"/>
              <w:left w:w="120" w:type="dxa"/>
              <w:bottom w:w="80" w:type="dxa"/>
              <w:right w:w="120" w:type="dxa"/>
            </w:tcMar>
          </w:tcPr>
          <w:p w14:paraId="1747D36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39861F5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2483FB5A" w14:textId="77777777" w:rsidTr="00F111D1">
        <w:trPr>
          <w:jc w:val="center"/>
        </w:trPr>
        <w:tc>
          <w:tcPr>
            <w:tcW w:w="3120" w:type="dxa"/>
            <w:shd w:val="clear" w:color="auto" w:fill="F9FAFB"/>
            <w:tcMar>
              <w:top w:w="60" w:type="dxa"/>
              <w:left w:w="120" w:type="dxa"/>
              <w:bottom w:w="60" w:type="dxa"/>
              <w:right w:w="120" w:type="dxa"/>
            </w:tcMar>
          </w:tcPr>
          <w:p w14:paraId="7258AE0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4F193C3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zamanında gelmiştir.</w:t>
            </w:r>
          </w:p>
        </w:tc>
        <w:tc>
          <w:tcPr>
            <w:tcW w:w="3120" w:type="dxa"/>
            <w:shd w:val="clear" w:color="auto" w:fill="F9FAFB"/>
            <w:tcMar>
              <w:top w:w="60" w:type="dxa"/>
              <w:left w:w="120" w:type="dxa"/>
              <w:bottom w:w="60" w:type="dxa"/>
              <w:right w:w="120" w:type="dxa"/>
            </w:tcMar>
          </w:tcPr>
          <w:p w14:paraId="1628565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78B36F75" w14:textId="77777777" w:rsidTr="00F111D1">
        <w:trPr>
          <w:jc w:val="center"/>
        </w:trPr>
        <w:tc>
          <w:tcPr>
            <w:tcW w:w="3120" w:type="dxa"/>
            <w:shd w:val="clear" w:color="auto" w:fill="FFFFFF"/>
            <w:tcMar>
              <w:top w:w="60" w:type="dxa"/>
              <w:left w:w="120" w:type="dxa"/>
              <w:bottom w:w="60" w:type="dxa"/>
              <w:right w:w="120" w:type="dxa"/>
            </w:tcMar>
          </w:tcPr>
          <w:p w14:paraId="764E7FB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3C85748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saatlerini sonuna kadar kullanmıştır.</w:t>
            </w:r>
          </w:p>
        </w:tc>
        <w:tc>
          <w:tcPr>
            <w:tcW w:w="3120" w:type="dxa"/>
            <w:shd w:val="clear" w:color="auto" w:fill="FFFFFF"/>
            <w:tcMar>
              <w:top w:w="60" w:type="dxa"/>
              <w:left w:w="120" w:type="dxa"/>
              <w:bottom w:w="60" w:type="dxa"/>
              <w:right w:w="120" w:type="dxa"/>
            </w:tcMar>
          </w:tcPr>
          <w:p w14:paraId="66D446F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r w:rsidR="004266A8" w:rsidRPr="008E77DA" w14:paraId="0E962289" w14:textId="77777777" w:rsidTr="00F111D1">
        <w:trPr>
          <w:jc w:val="center"/>
        </w:trPr>
        <w:tc>
          <w:tcPr>
            <w:tcW w:w="3120" w:type="dxa"/>
            <w:shd w:val="clear" w:color="auto" w:fill="F9FAFB"/>
            <w:tcMar>
              <w:top w:w="60" w:type="dxa"/>
              <w:left w:w="120" w:type="dxa"/>
              <w:bottom w:w="60" w:type="dxa"/>
              <w:right w:w="120" w:type="dxa"/>
            </w:tcMar>
          </w:tcPr>
          <w:p w14:paraId="16C7D3C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B13CE3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Resmî tatiller dışında tüm dersleri yapmıştır.</w:t>
            </w:r>
          </w:p>
        </w:tc>
        <w:tc>
          <w:tcPr>
            <w:tcW w:w="3120" w:type="dxa"/>
            <w:shd w:val="clear" w:color="auto" w:fill="F9FAFB"/>
            <w:tcMar>
              <w:top w:w="60" w:type="dxa"/>
              <w:left w:w="120" w:type="dxa"/>
              <w:bottom w:w="60" w:type="dxa"/>
              <w:right w:w="120" w:type="dxa"/>
            </w:tcMar>
          </w:tcPr>
          <w:p w14:paraId="11DAB67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4266A8" w:rsidRPr="008E77DA" w14:paraId="23393490" w14:textId="77777777" w:rsidTr="00F111D1">
        <w:trPr>
          <w:jc w:val="center"/>
        </w:trPr>
        <w:tc>
          <w:tcPr>
            <w:tcW w:w="3120" w:type="dxa"/>
            <w:shd w:val="clear" w:color="auto" w:fill="FFFFFF"/>
            <w:tcMar>
              <w:top w:w="60" w:type="dxa"/>
              <w:left w:w="120" w:type="dxa"/>
              <w:bottom w:w="60" w:type="dxa"/>
              <w:right w:w="120" w:type="dxa"/>
            </w:tcMar>
          </w:tcPr>
          <w:p w14:paraId="30B7A38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100A6AD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Derse hazırlıklı gelmiş, etkili, açık ve anlaşılır bir sunum yapmıştır.</w:t>
            </w:r>
          </w:p>
        </w:tc>
        <w:tc>
          <w:tcPr>
            <w:tcW w:w="3120" w:type="dxa"/>
            <w:shd w:val="clear" w:color="auto" w:fill="FFFFFF"/>
            <w:tcMar>
              <w:top w:w="60" w:type="dxa"/>
              <w:left w:w="120" w:type="dxa"/>
              <w:bottom w:w="60" w:type="dxa"/>
              <w:right w:w="120" w:type="dxa"/>
            </w:tcMar>
          </w:tcPr>
          <w:p w14:paraId="7AB23F7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4266A8" w:rsidRPr="008E77DA" w14:paraId="3A8C3117" w14:textId="77777777" w:rsidTr="00F111D1">
        <w:trPr>
          <w:jc w:val="center"/>
        </w:trPr>
        <w:tc>
          <w:tcPr>
            <w:tcW w:w="3120" w:type="dxa"/>
            <w:shd w:val="clear" w:color="auto" w:fill="F9FAFB"/>
            <w:tcMar>
              <w:top w:w="60" w:type="dxa"/>
              <w:left w:w="120" w:type="dxa"/>
              <w:bottom w:w="60" w:type="dxa"/>
              <w:right w:w="120" w:type="dxa"/>
            </w:tcMar>
          </w:tcPr>
          <w:p w14:paraId="64A22FA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w:t>
            </w:r>
          </w:p>
        </w:tc>
        <w:tc>
          <w:tcPr>
            <w:tcW w:w="3120" w:type="dxa"/>
            <w:shd w:val="clear" w:color="auto" w:fill="F9FAFB"/>
            <w:tcMar>
              <w:top w:w="60" w:type="dxa"/>
              <w:left w:w="120" w:type="dxa"/>
              <w:bottom w:w="60" w:type="dxa"/>
              <w:right w:w="120" w:type="dxa"/>
            </w:tcMar>
          </w:tcPr>
          <w:p w14:paraId="3D0C2F5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materyallerini (ders kitabını, ek kaynaklar, ödevler vb.) iyi seçmiştir.</w:t>
            </w:r>
          </w:p>
        </w:tc>
        <w:tc>
          <w:tcPr>
            <w:tcW w:w="3120" w:type="dxa"/>
            <w:shd w:val="clear" w:color="auto" w:fill="F9FAFB"/>
            <w:tcMar>
              <w:top w:w="60" w:type="dxa"/>
              <w:left w:w="120" w:type="dxa"/>
              <w:bottom w:w="60" w:type="dxa"/>
              <w:right w:w="120" w:type="dxa"/>
            </w:tcMar>
          </w:tcPr>
          <w:p w14:paraId="178092C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4266A8" w:rsidRPr="008E77DA" w14:paraId="24F03AFB" w14:textId="77777777" w:rsidTr="00F111D1">
        <w:trPr>
          <w:jc w:val="center"/>
        </w:trPr>
        <w:tc>
          <w:tcPr>
            <w:tcW w:w="3120" w:type="dxa"/>
            <w:shd w:val="clear" w:color="auto" w:fill="FFFFFF"/>
            <w:tcMar>
              <w:top w:w="60" w:type="dxa"/>
              <w:left w:w="120" w:type="dxa"/>
              <w:bottom w:w="60" w:type="dxa"/>
              <w:right w:w="120" w:type="dxa"/>
            </w:tcMar>
          </w:tcPr>
          <w:p w14:paraId="2F4413C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6</w:t>
            </w:r>
          </w:p>
        </w:tc>
        <w:tc>
          <w:tcPr>
            <w:tcW w:w="3120" w:type="dxa"/>
            <w:shd w:val="clear" w:color="auto" w:fill="FFFFFF"/>
            <w:tcMar>
              <w:top w:w="60" w:type="dxa"/>
              <w:left w:w="120" w:type="dxa"/>
              <w:bottom w:w="60" w:type="dxa"/>
              <w:right w:w="120" w:type="dxa"/>
            </w:tcMar>
          </w:tcPr>
          <w:p w14:paraId="61B86E2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Öğrencinin derse katılmasını (soru sormasını, yorum yapmasını) teşvik edilmiştir.</w:t>
            </w:r>
          </w:p>
        </w:tc>
        <w:tc>
          <w:tcPr>
            <w:tcW w:w="3120" w:type="dxa"/>
            <w:shd w:val="clear" w:color="auto" w:fill="FFFFFF"/>
            <w:tcMar>
              <w:top w:w="60" w:type="dxa"/>
              <w:left w:w="120" w:type="dxa"/>
              <w:bottom w:w="60" w:type="dxa"/>
              <w:right w:w="120" w:type="dxa"/>
            </w:tcMar>
          </w:tcPr>
          <w:p w14:paraId="7B66770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3CE40A0B" w14:textId="77777777" w:rsidTr="00F111D1">
        <w:trPr>
          <w:jc w:val="center"/>
        </w:trPr>
        <w:tc>
          <w:tcPr>
            <w:tcW w:w="3120" w:type="dxa"/>
            <w:shd w:val="clear" w:color="auto" w:fill="F9FAFB"/>
            <w:tcMar>
              <w:top w:w="60" w:type="dxa"/>
              <w:left w:w="120" w:type="dxa"/>
              <w:bottom w:w="60" w:type="dxa"/>
              <w:right w:w="120" w:type="dxa"/>
            </w:tcMar>
          </w:tcPr>
          <w:p w14:paraId="2F136BF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7</w:t>
            </w:r>
          </w:p>
        </w:tc>
        <w:tc>
          <w:tcPr>
            <w:tcW w:w="3120" w:type="dxa"/>
            <w:shd w:val="clear" w:color="auto" w:fill="F9FAFB"/>
            <w:tcMar>
              <w:top w:w="60" w:type="dxa"/>
              <w:left w:w="120" w:type="dxa"/>
              <w:bottom w:w="60" w:type="dxa"/>
              <w:right w:w="120" w:type="dxa"/>
            </w:tcMar>
          </w:tcPr>
          <w:p w14:paraId="17212F0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Öğrencilerin başarılı olması için ikna edici ve teşvik edici bir yöntem kullanmıştır.</w:t>
            </w:r>
          </w:p>
        </w:tc>
        <w:tc>
          <w:tcPr>
            <w:tcW w:w="3120" w:type="dxa"/>
            <w:shd w:val="clear" w:color="auto" w:fill="F9FAFB"/>
            <w:tcMar>
              <w:top w:w="60" w:type="dxa"/>
              <w:left w:w="120" w:type="dxa"/>
              <w:bottom w:w="60" w:type="dxa"/>
              <w:right w:w="120" w:type="dxa"/>
            </w:tcMar>
          </w:tcPr>
          <w:p w14:paraId="6F16130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73112EBB" w14:textId="77777777" w:rsidTr="00F111D1">
        <w:trPr>
          <w:jc w:val="center"/>
        </w:trPr>
        <w:tc>
          <w:tcPr>
            <w:tcW w:w="3120" w:type="dxa"/>
            <w:shd w:val="clear" w:color="auto" w:fill="FFFFFF"/>
            <w:tcMar>
              <w:top w:w="60" w:type="dxa"/>
              <w:left w:w="120" w:type="dxa"/>
              <w:bottom w:w="60" w:type="dxa"/>
              <w:right w:w="120" w:type="dxa"/>
            </w:tcMar>
          </w:tcPr>
          <w:p w14:paraId="13622B6E"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8</w:t>
            </w:r>
          </w:p>
        </w:tc>
        <w:tc>
          <w:tcPr>
            <w:tcW w:w="3120" w:type="dxa"/>
            <w:shd w:val="clear" w:color="auto" w:fill="FFFFFF"/>
            <w:tcMar>
              <w:top w:w="60" w:type="dxa"/>
              <w:left w:w="120" w:type="dxa"/>
              <w:bottom w:w="60" w:type="dxa"/>
              <w:right w:w="120" w:type="dxa"/>
            </w:tcMar>
          </w:tcPr>
          <w:p w14:paraId="3828CFD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Öğrencilere karşı sabırlı, yapıcı ve diyalog kurulabilir bir imaj oluşturmuştur.</w:t>
            </w:r>
          </w:p>
        </w:tc>
        <w:tc>
          <w:tcPr>
            <w:tcW w:w="3120" w:type="dxa"/>
            <w:shd w:val="clear" w:color="auto" w:fill="FFFFFF"/>
            <w:tcMar>
              <w:top w:w="60" w:type="dxa"/>
              <w:left w:w="120" w:type="dxa"/>
              <w:bottom w:w="60" w:type="dxa"/>
              <w:right w:w="120" w:type="dxa"/>
            </w:tcMar>
          </w:tcPr>
          <w:p w14:paraId="10BB0DE8"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4266A8" w:rsidRPr="008E77DA" w14:paraId="608DBDE1" w14:textId="77777777" w:rsidTr="00F111D1">
        <w:trPr>
          <w:jc w:val="center"/>
        </w:trPr>
        <w:tc>
          <w:tcPr>
            <w:tcW w:w="3120" w:type="dxa"/>
            <w:shd w:val="clear" w:color="auto" w:fill="F9FAFB"/>
            <w:tcMar>
              <w:top w:w="60" w:type="dxa"/>
              <w:left w:w="120" w:type="dxa"/>
              <w:bottom w:w="60" w:type="dxa"/>
              <w:right w:w="120" w:type="dxa"/>
            </w:tcMar>
          </w:tcPr>
          <w:p w14:paraId="753AB7A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9</w:t>
            </w:r>
          </w:p>
        </w:tc>
        <w:tc>
          <w:tcPr>
            <w:tcW w:w="3120" w:type="dxa"/>
            <w:shd w:val="clear" w:color="auto" w:fill="F9FAFB"/>
            <w:tcMar>
              <w:top w:w="60" w:type="dxa"/>
              <w:left w:w="120" w:type="dxa"/>
              <w:bottom w:w="60" w:type="dxa"/>
              <w:right w:w="120" w:type="dxa"/>
            </w:tcMar>
          </w:tcPr>
          <w:p w14:paraId="68A3E438"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saatleri dışında kendisine ulaşılabilir bir durum yaratmıştır.</w:t>
            </w:r>
          </w:p>
        </w:tc>
        <w:tc>
          <w:tcPr>
            <w:tcW w:w="3120" w:type="dxa"/>
            <w:shd w:val="clear" w:color="auto" w:fill="F9FAFB"/>
            <w:tcMar>
              <w:top w:w="60" w:type="dxa"/>
              <w:left w:w="120" w:type="dxa"/>
              <w:bottom w:w="60" w:type="dxa"/>
              <w:right w:w="120" w:type="dxa"/>
            </w:tcMar>
          </w:tcPr>
          <w:p w14:paraId="727729DB"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4,83</w:t>
            </w:r>
          </w:p>
        </w:tc>
      </w:tr>
      <w:tr w:rsidR="004266A8" w:rsidRPr="008E77DA" w14:paraId="76B7855B" w14:textId="77777777" w:rsidTr="00F111D1">
        <w:trPr>
          <w:jc w:val="center"/>
        </w:trPr>
        <w:tc>
          <w:tcPr>
            <w:tcW w:w="3120" w:type="dxa"/>
            <w:shd w:val="clear" w:color="auto" w:fill="FFFFFF"/>
            <w:tcMar>
              <w:top w:w="60" w:type="dxa"/>
              <w:left w:w="120" w:type="dxa"/>
              <w:bottom w:w="60" w:type="dxa"/>
              <w:right w:w="120" w:type="dxa"/>
            </w:tcMar>
          </w:tcPr>
          <w:p w14:paraId="38BA3C60"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10</w:t>
            </w:r>
          </w:p>
        </w:tc>
        <w:tc>
          <w:tcPr>
            <w:tcW w:w="3120" w:type="dxa"/>
            <w:shd w:val="clear" w:color="auto" w:fill="FFFFFF"/>
            <w:tcMar>
              <w:top w:w="60" w:type="dxa"/>
              <w:left w:w="120" w:type="dxa"/>
              <w:bottom w:w="60" w:type="dxa"/>
              <w:right w:w="120" w:type="dxa"/>
            </w:tcMar>
          </w:tcPr>
          <w:p w14:paraId="5BAB0E55"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kapsamında öğrettikleriyle sınav ve ödevlerde test ettikleri arasında adil bir denge kurmuştur.</w:t>
            </w:r>
          </w:p>
        </w:tc>
        <w:tc>
          <w:tcPr>
            <w:tcW w:w="3120" w:type="dxa"/>
            <w:shd w:val="clear" w:color="auto" w:fill="FFFFFF"/>
            <w:tcMar>
              <w:top w:w="60" w:type="dxa"/>
              <w:left w:w="120" w:type="dxa"/>
              <w:bottom w:w="60" w:type="dxa"/>
              <w:right w:w="120" w:type="dxa"/>
            </w:tcMar>
          </w:tcPr>
          <w:p w14:paraId="4C51BC7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4266A8" w:rsidRPr="008E77DA" w14:paraId="6F0C2776" w14:textId="77777777" w:rsidTr="00F111D1">
        <w:trPr>
          <w:jc w:val="center"/>
        </w:trPr>
        <w:tc>
          <w:tcPr>
            <w:tcW w:w="3120" w:type="dxa"/>
            <w:shd w:val="clear" w:color="auto" w:fill="F9FAFB"/>
            <w:tcMar>
              <w:top w:w="60" w:type="dxa"/>
              <w:left w:w="120" w:type="dxa"/>
              <w:bottom w:w="60" w:type="dxa"/>
              <w:right w:w="120" w:type="dxa"/>
            </w:tcMar>
          </w:tcPr>
          <w:p w14:paraId="7983DE61"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11</w:t>
            </w:r>
          </w:p>
        </w:tc>
        <w:tc>
          <w:tcPr>
            <w:tcW w:w="3120" w:type="dxa"/>
            <w:shd w:val="clear" w:color="auto" w:fill="F9FAFB"/>
            <w:tcMar>
              <w:top w:w="60" w:type="dxa"/>
              <w:left w:w="120" w:type="dxa"/>
              <w:bottom w:w="60" w:type="dxa"/>
              <w:right w:w="120" w:type="dxa"/>
            </w:tcMar>
          </w:tcPr>
          <w:p w14:paraId="52F725D9"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Yapmış olduğu sınavları adil ve objektif olarak değerlendirilmiştir.</w:t>
            </w:r>
          </w:p>
        </w:tc>
        <w:tc>
          <w:tcPr>
            <w:tcW w:w="3120" w:type="dxa"/>
            <w:shd w:val="clear" w:color="auto" w:fill="F9FAFB"/>
            <w:tcMar>
              <w:top w:w="60" w:type="dxa"/>
              <w:left w:w="120" w:type="dxa"/>
              <w:bottom w:w="60" w:type="dxa"/>
              <w:right w:w="120" w:type="dxa"/>
            </w:tcMar>
          </w:tcPr>
          <w:p w14:paraId="6E73E459"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4266A8" w:rsidRPr="008E77DA" w14:paraId="011CB3B8" w14:textId="77777777" w:rsidTr="00F111D1">
        <w:trPr>
          <w:jc w:val="center"/>
        </w:trPr>
        <w:tc>
          <w:tcPr>
            <w:tcW w:w="3120" w:type="dxa"/>
            <w:shd w:val="clear" w:color="auto" w:fill="FFFFFF"/>
            <w:tcMar>
              <w:top w:w="60" w:type="dxa"/>
              <w:left w:w="120" w:type="dxa"/>
              <w:bottom w:w="60" w:type="dxa"/>
              <w:right w:w="120" w:type="dxa"/>
            </w:tcMar>
          </w:tcPr>
          <w:p w14:paraId="4052C0E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12</w:t>
            </w:r>
          </w:p>
        </w:tc>
        <w:tc>
          <w:tcPr>
            <w:tcW w:w="3120" w:type="dxa"/>
            <w:shd w:val="clear" w:color="auto" w:fill="FFFFFF"/>
            <w:tcMar>
              <w:top w:w="60" w:type="dxa"/>
              <w:left w:w="120" w:type="dxa"/>
              <w:bottom w:w="60" w:type="dxa"/>
              <w:right w:w="120" w:type="dxa"/>
            </w:tcMar>
          </w:tcPr>
          <w:p w14:paraId="41BEE1B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Dersin kapsamındaki konularla ilgili bilgilere hakimdir.</w:t>
            </w:r>
          </w:p>
        </w:tc>
        <w:tc>
          <w:tcPr>
            <w:tcW w:w="3120" w:type="dxa"/>
            <w:shd w:val="clear" w:color="auto" w:fill="FFFFFF"/>
            <w:tcMar>
              <w:top w:w="60" w:type="dxa"/>
              <w:left w:w="120" w:type="dxa"/>
              <w:bottom w:w="60" w:type="dxa"/>
              <w:right w:w="120" w:type="dxa"/>
            </w:tcMar>
          </w:tcPr>
          <w:p w14:paraId="52E6F39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4266A8" w:rsidRPr="008E77DA" w14:paraId="15413517" w14:textId="77777777" w:rsidTr="00F111D1">
        <w:trPr>
          <w:jc w:val="center"/>
        </w:trPr>
        <w:tc>
          <w:tcPr>
            <w:tcW w:w="3120" w:type="dxa"/>
            <w:shd w:val="clear" w:color="auto" w:fill="F9FAFB"/>
            <w:tcMar>
              <w:top w:w="60" w:type="dxa"/>
              <w:left w:w="120" w:type="dxa"/>
              <w:bottom w:w="60" w:type="dxa"/>
              <w:right w:w="120" w:type="dxa"/>
            </w:tcMar>
          </w:tcPr>
          <w:p w14:paraId="4527399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13</w:t>
            </w:r>
          </w:p>
        </w:tc>
        <w:tc>
          <w:tcPr>
            <w:tcW w:w="3120" w:type="dxa"/>
            <w:shd w:val="clear" w:color="auto" w:fill="F9FAFB"/>
            <w:tcMar>
              <w:top w:w="60" w:type="dxa"/>
              <w:left w:w="120" w:type="dxa"/>
              <w:bottom w:w="60" w:type="dxa"/>
              <w:right w:w="120" w:type="dxa"/>
            </w:tcMar>
          </w:tcPr>
          <w:p w14:paraId="0CDA167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Bu öğretim elemanından tekrar ders almak isterim.</w:t>
            </w:r>
          </w:p>
        </w:tc>
        <w:tc>
          <w:tcPr>
            <w:tcW w:w="3120" w:type="dxa"/>
            <w:shd w:val="clear" w:color="auto" w:fill="F9FAFB"/>
            <w:tcMar>
              <w:top w:w="60" w:type="dxa"/>
              <w:left w:w="120" w:type="dxa"/>
              <w:bottom w:w="60" w:type="dxa"/>
              <w:right w:w="120" w:type="dxa"/>
            </w:tcMar>
          </w:tcPr>
          <w:p w14:paraId="259D0E7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3,83</w:t>
            </w:r>
          </w:p>
        </w:tc>
      </w:tr>
      <w:tr w:rsidR="004266A8" w:rsidRPr="008E77DA" w14:paraId="1A093482" w14:textId="77777777" w:rsidTr="00F111D1">
        <w:trPr>
          <w:jc w:val="center"/>
        </w:trPr>
        <w:tc>
          <w:tcPr>
            <w:tcW w:w="3120" w:type="dxa"/>
            <w:shd w:val="clear" w:color="auto" w:fill="FFFFFF"/>
            <w:tcMar>
              <w:top w:w="60" w:type="dxa"/>
              <w:left w:w="120" w:type="dxa"/>
              <w:bottom w:w="60" w:type="dxa"/>
              <w:right w:w="120" w:type="dxa"/>
            </w:tcMar>
          </w:tcPr>
          <w:p w14:paraId="019E73D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14</w:t>
            </w:r>
          </w:p>
        </w:tc>
        <w:tc>
          <w:tcPr>
            <w:tcW w:w="3120" w:type="dxa"/>
            <w:shd w:val="clear" w:color="auto" w:fill="FFFFFF"/>
            <w:tcMar>
              <w:top w:w="60" w:type="dxa"/>
              <w:left w:w="120" w:type="dxa"/>
              <w:bottom w:w="60" w:type="dxa"/>
              <w:right w:w="120" w:type="dxa"/>
            </w:tcMar>
          </w:tcPr>
          <w:p w14:paraId="36CFF48D"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olarak değerlendirilirse rol model alacağım bir öğretim elemanıdır.</w:t>
            </w:r>
          </w:p>
        </w:tc>
        <w:tc>
          <w:tcPr>
            <w:tcW w:w="3120" w:type="dxa"/>
            <w:shd w:val="clear" w:color="auto" w:fill="FFFFFF"/>
            <w:tcMar>
              <w:top w:w="60" w:type="dxa"/>
              <w:left w:w="120" w:type="dxa"/>
              <w:bottom w:w="60" w:type="dxa"/>
              <w:right w:w="120" w:type="dxa"/>
            </w:tcMar>
          </w:tcPr>
          <w:p w14:paraId="62E5841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4,33</w:t>
            </w:r>
          </w:p>
        </w:tc>
      </w:tr>
    </w:tbl>
    <w:p w14:paraId="6E302402" w14:textId="77777777" w:rsidR="004266A8" w:rsidRPr="008E77DA" w:rsidRDefault="004266A8" w:rsidP="008E77DA">
      <w:pPr>
        <w:spacing w:after="0" w:line="240" w:lineRule="auto"/>
        <w:rPr>
          <w:rFonts w:ascii="Times New Roman" w:hAnsi="Times New Roman" w:cs="Times New Roman"/>
        </w:rPr>
      </w:pPr>
    </w:p>
    <w:p w14:paraId="47E2573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rPr>
        <w:t>3. ÖĞRENCİ ÖZ DEĞERLENDİRMESİ</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4266A8" w:rsidRPr="008E77DA" w14:paraId="6F84253C" w14:textId="77777777" w:rsidTr="00F111D1">
        <w:trPr>
          <w:jc w:val="center"/>
        </w:trPr>
        <w:tc>
          <w:tcPr>
            <w:tcW w:w="3120" w:type="dxa"/>
            <w:shd w:val="clear" w:color="auto" w:fill="1F4E79"/>
            <w:tcMar>
              <w:top w:w="80" w:type="dxa"/>
              <w:left w:w="120" w:type="dxa"/>
              <w:bottom w:w="80" w:type="dxa"/>
              <w:right w:w="120" w:type="dxa"/>
            </w:tcMar>
          </w:tcPr>
          <w:p w14:paraId="5137AD0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w:t>
            </w:r>
          </w:p>
        </w:tc>
        <w:tc>
          <w:tcPr>
            <w:tcW w:w="3120" w:type="dxa"/>
            <w:shd w:val="clear" w:color="auto" w:fill="1F4E79"/>
            <w:tcMar>
              <w:top w:w="80" w:type="dxa"/>
              <w:left w:w="120" w:type="dxa"/>
              <w:bottom w:w="80" w:type="dxa"/>
              <w:right w:w="120" w:type="dxa"/>
            </w:tcMar>
          </w:tcPr>
          <w:p w14:paraId="5FF577D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b/>
                <w:color w:val="FFFFFF"/>
                <w:sz w:val="20"/>
              </w:rPr>
              <w:t>Değerlendirme Kriteri / Maddesi</w:t>
            </w:r>
          </w:p>
        </w:tc>
        <w:tc>
          <w:tcPr>
            <w:tcW w:w="3120" w:type="dxa"/>
            <w:shd w:val="clear" w:color="auto" w:fill="1F4E79"/>
            <w:tcMar>
              <w:top w:w="80" w:type="dxa"/>
              <w:left w:w="120" w:type="dxa"/>
              <w:bottom w:w="80" w:type="dxa"/>
              <w:right w:w="120" w:type="dxa"/>
            </w:tcMar>
          </w:tcPr>
          <w:p w14:paraId="6702BFC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b/>
                <w:color w:val="FFFFFF"/>
                <w:sz w:val="20"/>
              </w:rPr>
              <w:t>Puan / Ortalama</w:t>
            </w:r>
          </w:p>
        </w:tc>
      </w:tr>
      <w:tr w:rsidR="004266A8" w:rsidRPr="008E77DA" w14:paraId="0419EF34" w14:textId="77777777" w:rsidTr="00F111D1">
        <w:trPr>
          <w:jc w:val="center"/>
        </w:trPr>
        <w:tc>
          <w:tcPr>
            <w:tcW w:w="3120" w:type="dxa"/>
            <w:shd w:val="clear" w:color="auto" w:fill="F9FAFB"/>
            <w:tcMar>
              <w:top w:w="60" w:type="dxa"/>
              <w:left w:w="120" w:type="dxa"/>
              <w:bottom w:w="60" w:type="dxa"/>
              <w:right w:w="120" w:type="dxa"/>
            </w:tcMar>
          </w:tcPr>
          <w:p w14:paraId="3B9556D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1</w:t>
            </w:r>
          </w:p>
        </w:tc>
        <w:tc>
          <w:tcPr>
            <w:tcW w:w="3120" w:type="dxa"/>
            <w:shd w:val="clear" w:color="auto" w:fill="F9FAFB"/>
            <w:tcMar>
              <w:top w:w="60" w:type="dxa"/>
              <w:left w:w="120" w:type="dxa"/>
              <w:bottom w:w="60" w:type="dxa"/>
              <w:right w:w="120" w:type="dxa"/>
            </w:tcMar>
          </w:tcPr>
          <w:p w14:paraId="6B328E63"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Derslerin tamamına katıldım.</w:t>
            </w:r>
          </w:p>
        </w:tc>
        <w:tc>
          <w:tcPr>
            <w:tcW w:w="3120" w:type="dxa"/>
            <w:shd w:val="clear" w:color="auto" w:fill="F9FAFB"/>
            <w:tcMar>
              <w:top w:w="60" w:type="dxa"/>
              <w:left w:w="120" w:type="dxa"/>
              <w:bottom w:w="60" w:type="dxa"/>
              <w:right w:w="120" w:type="dxa"/>
            </w:tcMar>
          </w:tcPr>
          <w:p w14:paraId="0D8D62F4"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4266A8" w:rsidRPr="008E77DA" w14:paraId="6BD36730" w14:textId="77777777" w:rsidTr="00F111D1">
        <w:trPr>
          <w:jc w:val="center"/>
        </w:trPr>
        <w:tc>
          <w:tcPr>
            <w:tcW w:w="3120" w:type="dxa"/>
            <w:shd w:val="clear" w:color="auto" w:fill="FFFFFF"/>
            <w:tcMar>
              <w:top w:w="60" w:type="dxa"/>
              <w:left w:w="120" w:type="dxa"/>
              <w:bottom w:w="60" w:type="dxa"/>
              <w:right w:w="120" w:type="dxa"/>
            </w:tcMar>
          </w:tcPr>
          <w:p w14:paraId="71FA5915"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2</w:t>
            </w:r>
          </w:p>
        </w:tc>
        <w:tc>
          <w:tcPr>
            <w:tcW w:w="3120" w:type="dxa"/>
            <w:shd w:val="clear" w:color="auto" w:fill="FFFFFF"/>
            <w:tcMar>
              <w:top w:w="60" w:type="dxa"/>
              <w:left w:w="120" w:type="dxa"/>
              <w:bottom w:w="60" w:type="dxa"/>
              <w:right w:w="120" w:type="dxa"/>
            </w:tcMar>
          </w:tcPr>
          <w:p w14:paraId="2C386780"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Düzenli olarak (günlük veya haftalık) ders notlarını tekrarladım ve verilen ödevleri yaptım.</w:t>
            </w:r>
          </w:p>
        </w:tc>
        <w:tc>
          <w:tcPr>
            <w:tcW w:w="3120" w:type="dxa"/>
            <w:shd w:val="clear" w:color="auto" w:fill="FFFFFF"/>
            <w:tcMar>
              <w:top w:w="60" w:type="dxa"/>
              <w:left w:w="120" w:type="dxa"/>
              <w:bottom w:w="60" w:type="dxa"/>
              <w:right w:w="120" w:type="dxa"/>
            </w:tcMar>
          </w:tcPr>
          <w:p w14:paraId="0AE7707F"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4266A8" w:rsidRPr="008E77DA" w14:paraId="19901BFF" w14:textId="77777777" w:rsidTr="00F111D1">
        <w:trPr>
          <w:jc w:val="center"/>
        </w:trPr>
        <w:tc>
          <w:tcPr>
            <w:tcW w:w="3120" w:type="dxa"/>
            <w:shd w:val="clear" w:color="auto" w:fill="F9FAFB"/>
            <w:tcMar>
              <w:top w:w="60" w:type="dxa"/>
              <w:left w:w="120" w:type="dxa"/>
              <w:bottom w:w="60" w:type="dxa"/>
              <w:right w:w="120" w:type="dxa"/>
            </w:tcMar>
          </w:tcPr>
          <w:p w14:paraId="282A9F57"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3</w:t>
            </w:r>
          </w:p>
        </w:tc>
        <w:tc>
          <w:tcPr>
            <w:tcW w:w="3120" w:type="dxa"/>
            <w:shd w:val="clear" w:color="auto" w:fill="F9FAFB"/>
            <w:tcMar>
              <w:top w:w="60" w:type="dxa"/>
              <w:left w:w="120" w:type="dxa"/>
              <w:bottom w:w="60" w:type="dxa"/>
              <w:right w:w="120" w:type="dxa"/>
            </w:tcMar>
          </w:tcPr>
          <w:p w14:paraId="062F8CAC"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Ders konularını ders kitabından veya diğer kaynaklardan takip ettim.</w:t>
            </w:r>
          </w:p>
        </w:tc>
        <w:tc>
          <w:tcPr>
            <w:tcW w:w="3120" w:type="dxa"/>
            <w:shd w:val="clear" w:color="auto" w:fill="F9FAFB"/>
            <w:tcMar>
              <w:top w:w="60" w:type="dxa"/>
              <w:left w:w="120" w:type="dxa"/>
              <w:bottom w:w="60" w:type="dxa"/>
              <w:right w:w="120" w:type="dxa"/>
            </w:tcMar>
          </w:tcPr>
          <w:p w14:paraId="69346192"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4,67</w:t>
            </w:r>
          </w:p>
        </w:tc>
      </w:tr>
      <w:tr w:rsidR="004266A8" w:rsidRPr="008E77DA" w14:paraId="6B0EB43E" w14:textId="77777777" w:rsidTr="00F111D1">
        <w:trPr>
          <w:jc w:val="center"/>
        </w:trPr>
        <w:tc>
          <w:tcPr>
            <w:tcW w:w="3120" w:type="dxa"/>
            <w:shd w:val="clear" w:color="auto" w:fill="FFFFFF"/>
            <w:tcMar>
              <w:top w:w="60" w:type="dxa"/>
              <w:left w:w="120" w:type="dxa"/>
              <w:bottom w:w="60" w:type="dxa"/>
              <w:right w:w="120" w:type="dxa"/>
            </w:tcMar>
          </w:tcPr>
          <w:p w14:paraId="488EC613"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w:t>
            </w:r>
          </w:p>
        </w:tc>
        <w:tc>
          <w:tcPr>
            <w:tcW w:w="3120" w:type="dxa"/>
            <w:shd w:val="clear" w:color="auto" w:fill="FFFFFF"/>
            <w:tcMar>
              <w:top w:w="60" w:type="dxa"/>
              <w:left w:w="120" w:type="dxa"/>
              <w:bottom w:w="60" w:type="dxa"/>
              <w:right w:w="120" w:type="dxa"/>
            </w:tcMar>
          </w:tcPr>
          <w:p w14:paraId="2851A8D6"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Anlamadığım konular hakkında ders hocasından derste veya ders dışında yardım istedim.</w:t>
            </w:r>
          </w:p>
        </w:tc>
        <w:tc>
          <w:tcPr>
            <w:tcW w:w="3120" w:type="dxa"/>
            <w:shd w:val="clear" w:color="auto" w:fill="FFFFFF"/>
            <w:tcMar>
              <w:top w:w="60" w:type="dxa"/>
              <w:left w:w="120" w:type="dxa"/>
              <w:bottom w:w="60" w:type="dxa"/>
              <w:right w:w="120" w:type="dxa"/>
            </w:tcMar>
          </w:tcPr>
          <w:p w14:paraId="5FC6DCBA"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4,50</w:t>
            </w:r>
          </w:p>
        </w:tc>
      </w:tr>
      <w:tr w:rsidR="004266A8" w:rsidRPr="008E77DA" w14:paraId="45DD2BA2" w14:textId="77777777" w:rsidTr="00F111D1">
        <w:trPr>
          <w:jc w:val="center"/>
        </w:trPr>
        <w:tc>
          <w:tcPr>
            <w:tcW w:w="3120" w:type="dxa"/>
            <w:shd w:val="clear" w:color="auto" w:fill="F9FAFB"/>
            <w:tcMar>
              <w:top w:w="60" w:type="dxa"/>
              <w:left w:w="120" w:type="dxa"/>
              <w:bottom w:w="60" w:type="dxa"/>
              <w:right w:w="120" w:type="dxa"/>
            </w:tcMar>
          </w:tcPr>
          <w:p w14:paraId="2E25A536"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lastRenderedPageBreak/>
              <w:t>5</w:t>
            </w:r>
          </w:p>
        </w:tc>
        <w:tc>
          <w:tcPr>
            <w:tcW w:w="3120" w:type="dxa"/>
            <w:shd w:val="clear" w:color="auto" w:fill="F9FAFB"/>
            <w:tcMar>
              <w:top w:w="60" w:type="dxa"/>
              <w:left w:w="120" w:type="dxa"/>
              <w:bottom w:w="60" w:type="dxa"/>
              <w:right w:w="120" w:type="dxa"/>
            </w:tcMar>
          </w:tcPr>
          <w:p w14:paraId="753FD7AA" w14:textId="77777777" w:rsidR="004266A8" w:rsidRPr="008E77DA" w:rsidRDefault="004266A8" w:rsidP="008E77DA">
            <w:pPr>
              <w:spacing w:after="0" w:line="240" w:lineRule="auto"/>
              <w:rPr>
                <w:rFonts w:ascii="Times New Roman" w:hAnsi="Times New Roman" w:cs="Times New Roman"/>
              </w:rPr>
            </w:pPr>
            <w:r w:rsidRPr="008E77DA">
              <w:rPr>
                <w:rFonts w:ascii="Times New Roman" w:hAnsi="Times New Roman" w:cs="Times New Roman"/>
                <w:sz w:val="19"/>
              </w:rPr>
              <w:t>Genel akademik not ortalamanız kaçtır?</w:t>
            </w:r>
          </w:p>
        </w:tc>
        <w:tc>
          <w:tcPr>
            <w:tcW w:w="3120" w:type="dxa"/>
            <w:shd w:val="clear" w:color="auto" w:fill="F9FAFB"/>
            <w:tcMar>
              <w:top w:w="60" w:type="dxa"/>
              <w:left w:w="120" w:type="dxa"/>
              <w:bottom w:w="60" w:type="dxa"/>
              <w:right w:w="120" w:type="dxa"/>
            </w:tcMar>
          </w:tcPr>
          <w:p w14:paraId="2D4186CD" w14:textId="77777777" w:rsidR="004266A8" w:rsidRPr="008E77DA" w:rsidRDefault="004266A8" w:rsidP="008E77DA">
            <w:pPr>
              <w:spacing w:after="0" w:line="240" w:lineRule="auto"/>
              <w:jc w:val="center"/>
              <w:rPr>
                <w:rFonts w:ascii="Times New Roman" w:hAnsi="Times New Roman" w:cs="Times New Roman"/>
              </w:rPr>
            </w:pPr>
            <w:r w:rsidRPr="008E77DA">
              <w:rPr>
                <w:rFonts w:ascii="Times New Roman" w:hAnsi="Times New Roman" w:cs="Times New Roman"/>
                <w:sz w:val="19"/>
              </w:rPr>
              <w:t>5,00</w:t>
            </w:r>
          </w:p>
        </w:tc>
      </w:tr>
    </w:tbl>
    <w:p w14:paraId="50DFB26D" w14:textId="77777777" w:rsidR="004266A8" w:rsidRPr="008E77DA" w:rsidRDefault="004266A8" w:rsidP="008E77DA">
      <w:pPr>
        <w:spacing w:after="0" w:line="240" w:lineRule="auto"/>
        <w:rPr>
          <w:rFonts w:ascii="Times New Roman" w:hAnsi="Times New Roman" w:cs="Times New Roman"/>
        </w:rPr>
      </w:pPr>
    </w:p>
    <w:p w14:paraId="30CCF1DD" w14:textId="77777777" w:rsidR="004266A8" w:rsidRPr="008E77DA" w:rsidRDefault="004266A8" w:rsidP="008E77DA">
      <w:pPr>
        <w:spacing w:after="0" w:line="240" w:lineRule="auto"/>
        <w:rPr>
          <w:rFonts w:ascii="Times New Roman" w:hAnsi="Times New Roman" w:cs="Times New Roman"/>
        </w:rPr>
      </w:pPr>
    </w:p>
    <w:p w14:paraId="214A9E29" w14:textId="77777777" w:rsidR="00A92924" w:rsidRPr="008E77DA" w:rsidRDefault="00A92924" w:rsidP="008E77DA">
      <w:pPr>
        <w:spacing w:after="0" w:line="240" w:lineRule="auto"/>
        <w:rPr>
          <w:rFonts w:ascii="Times New Roman" w:hAnsi="Times New Roman" w:cs="Times New Roman"/>
        </w:rPr>
      </w:pPr>
    </w:p>
    <w:sectPr w:rsidR="00A92924" w:rsidRPr="008E77D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478309C"/>
    <w:multiLevelType w:val="multilevel"/>
    <w:tmpl w:val="1A28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D23E36"/>
    <w:multiLevelType w:val="multilevel"/>
    <w:tmpl w:val="DC48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E30BE8"/>
    <w:multiLevelType w:val="multilevel"/>
    <w:tmpl w:val="C86E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4550F8"/>
    <w:multiLevelType w:val="multilevel"/>
    <w:tmpl w:val="F9B4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57030D"/>
    <w:multiLevelType w:val="multilevel"/>
    <w:tmpl w:val="4BB4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176585"/>
    <w:multiLevelType w:val="multilevel"/>
    <w:tmpl w:val="DCAE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E2788D"/>
    <w:multiLevelType w:val="multilevel"/>
    <w:tmpl w:val="1880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055D19"/>
    <w:multiLevelType w:val="multilevel"/>
    <w:tmpl w:val="C92A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5436633">
    <w:abstractNumId w:val="8"/>
  </w:num>
  <w:num w:numId="2" w16cid:durableId="954018559">
    <w:abstractNumId w:val="6"/>
  </w:num>
  <w:num w:numId="3" w16cid:durableId="444470728">
    <w:abstractNumId w:val="5"/>
  </w:num>
  <w:num w:numId="4" w16cid:durableId="1367632042">
    <w:abstractNumId w:val="4"/>
  </w:num>
  <w:num w:numId="5" w16cid:durableId="1838691973">
    <w:abstractNumId w:val="7"/>
  </w:num>
  <w:num w:numId="6" w16cid:durableId="389039219">
    <w:abstractNumId w:val="3"/>
  </w:num>
  <w:num w:numId="7" w16cid:durableId="2016112162">
    <w:abstractNumId w:val="2"/>
  </w:num>
  <w:num w:numId="8" w16cid:durableId="1329136494">
    <w:abstractNumId w:val="1"/>
  </w:num>
  <w:num w:numId="9" w16cid:durableId="1653216912">
    <w:abstractNumId w:val="0"/>
  </w:num>
  <w:num w:numId="10" w16cid:durableId="2124690157">
    <w:abstractNumId w:val="9"/>
  </w:num>
  <w:num w:numId="11" w16cid:durableId="1579824607">
    <w:abstractNumId w:val="14"/>
  </w:num>
  <w:num w:numId="12" w16cid:durableId="519053571">
    <w:abstractNumId w:val="13"/>
  </w:num>
  <w:num w:numId="13" w16cid:durableId="1451166636">
    <w:abstractNumId w:val="12"/>
  </w:num>
  <w:num w:numId="14" w16cid:durableId="2047442743">
    <w:abstractNumId w:val="15"/>
  </w:num>
  <w:num w:numId="15" w16cid:durableId="1851023056">
    <w:abstractNumId w:val="11"/>
  </w:num>
  <w:num w:numId="16" w16cid:durableId="252210062">
    <w:abstractNumId w:val="10"/>
  </w:num>
  <w:num w:numId="17" w16cid:durableId="2640764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12E"/>
    <w:rsid w:val="0029639D"/>
    <w:rsid w:val="00326F90"/>
    <w:rsid w:val="004266A8"/>
    <w:rsid w:val="00552283"/>
    <w:rsid w:val="00765AD7"/>
    <w:rsid w:val="008E77DA"/>
    <w:rsid w:val="00A92924"/>
    <w:rsid w:val="00AA1D8D"/>
    <w:rsid w:val="00B47730"/>
    <w:rsid w:val="00C9555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D85E80"/>
  <w14:defaultImageDpi w14:val="300"/>
  <w15:docId w15:val="{06CC2A0D-4541-5E4C-B633-FDFE8C4C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C9555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apple-converted-space">
    <w:name w:val="apple-converted-space"/>
    <w:basedOn w:val="VarsaylanParagrafYazTipi"/>
    <w:rsid w:val="00C95550"/>
  </w:style>
  <w:style w:type="character" w:customStyle="1" w:styleId="source-title">
    <w:name w:val="source-title"/>
    <w:basedOn w:val="VarsaylanParagrafYazTipi"/>
    <w:rsid w:val="00C95550"/>
  </w:style>
  <w:style w:type="character" w:customStyle="1" w:styleId="source-count">
    <w:name w:val="source-count"/>
    <w:basedOn w:val="VarsaylanParagrafYazTipi"/>
    <w:rsid w:val="00C95550"/>
  </w:style>
  <w:style w:type="character" w:customStyle="1" w:styleId="math-inline">
    <w:name w:val="math-inline"/>
    <w:basedOn w:val="VarsaylanParagrafYazTipi"/>
    <w:rsid w:val="00C95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56</Pages>
  <Words>13553</Words>
  <Characters>77254</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SEYMA NUR ERCAN</cp:lastModifiedBy>
  <cp:revision>6</cp:revision>
  <dcterms:created xsi:type="dcterms:W3CDTF">2026-10-22T19:31:00Z</dcterms:created>
  <dcterms:modified xsi:type="dcterms:W3CDTF">2026-10-22T19:49:00Z</dcterms:modified>
  <cp:category/>
</cp:coreProperties>
</file>