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5BB8" w14:textId="4C94976D" w:rsidR="00C95550" w:rsidRPr="00C95550" w:rsidRDefault="00C95550" w:rsidP="00C95550">
      <w:pPr>
        <w:pStyle w:val="NormalWeb"/>
        <w:jc w:val="center"/>
        <w:rPr>
          <w:b/>
          <w:bCs/>
          <w:color w:val="000000"/>
        </w:rPr>
      </w:pPr>
      <w:r w:rsidRPr="00C95550">
        <w:rPr>
          <w:b/>
          <w:bCs/>
        </w:rPr>
        <w:t xml:space="preserve">BESLENME VE DİYETETİK 2025-2026 EĞİTİM ÖĞRETİM YILI </w:t>
      </w:r>
      <w:r w:rsidR="00947AB2">
        <w:rPr>
          <w:b/>
          <w:bCs/>
        </w:rPr>
        <w:t>BAHAR</w:t>
      </w:r>
      <w:r w:rsidRPr="00C95550">
        <w:rPr>
          <w:b/>
          <w:bCs/>
        </w:rPr>
        <w:t xml:space="preserve"> DÖNEMİ </w:t>
      </w:r>
      <w:r w:rsidRPr="00C95550">
        <w:rPr>
          <w:b/>
          <w:bCs/>
        </w:rPr>
        <w:br/>
        <w:t>ÖĞRENCİ EĞİTİM-ÖĞRETİM DEĞERLENDİRME ANKETİ</w:t>
      </w:r>
      <w:r w:rsidRPr="00C95550">
        <w:rPr>
          <w:b/>
          <w:bCs/>
        </w:rPr>
        <w:br/>
        <w:t>GENEL DEĞERLENDİRME RAPORU</w:t>
      </w:r>
    </w:p>
    <w:p w14:paraId="1E9A2878" w14:textId="6839B89D" w:rsidR="00C95550" w:rsidRPr="00C95550" w:rsidRDefault="00C95550" w:rsidP="00C95550">
      <w:pPr>
        <w:pStyle w:val="NormalWeb"/>
        <w:jc w:val="both"/>
        <w:rPr>
          <w:color w:val="000000"/>
          <w:sz w:val="22"/>
          <w:szCs w:val="22"/>
        </w:rPr>
      </w:pPr>
      <w:r w:rsidRPr="00C95550">
        <w:rPr>
          <w:color w:val="000000"/>
          <w:sz w:val="22"/>
          <w:szCs w:val="22"/>
        </w:rPr>
        <w:t>Yükseköğretimde eğitim-öğretim süreçlerinin niteliğinin artırılmasında öğrenci geri bildirimleri önemli bir veri kaynağıdır.</w:t>
      </w:r>
      <w:r w:rsidRPr="00C95550">
        <w:rPr>
          <w:rStyle w:val="apple-converted-space"/>
          <w:color w:val="000000"/>
          <w:sz w:val="22"/>
          <w:szCs w:val="22"/>
        </w:rPr>
        <w:t> </w:t>
      </w:r>
      <w:r w:rsidRPr="00C95550">
        <w:rPr>
          <w:color w:val="000000"/>
          <w:sz w:val="22"/>
          <w:szCs w:val="22"/>
        </w:rPr>
        <w:t>Bu kapsamda,</w:t>
      </w:r>
      <w:r w:rsidRPr="00C95550">
        <w:rPr>
          <w:rStyle w:val="apple-converted-space"/>
          <w:color w:val="000000"/>
          <w:sz w:val="22"/>
          <w:szCs w:val="22"/>
        </w:rPr>
        <w:t> </w:t>
      </w:r>
      <w:r w:rsidRPr="00C95550">
        <w:rPr>
          <w:color w:val="000000"/>
          <w:sz w:val="22"/>
          <w:szCs w:val="22"/>
        </w:rPr>
        <w:t>Beslenme ve Diyetetik Bölümü</w:t>
      </w:r>
      <w:r w:rsidRPr="00C95550">
        <w:rPr>
          <w:rStyle w:val="apple-converted-space"/>
          <w:color w:val="000000"/>
          <w:sz w:val="22"/>
          <w:szCs w:val="22"/>
        </w:rPr>
        <w:t> </w:t>
      </w:r>
      <w:r w:rsidRPr="00C95550">
        <w:rPr>
          <w:color w:val="000000"/>
          <w:sz w:val="22"/>
          <w:szCs w:val="22"/>
        </w:rPr>
        <w:t>derslerine ilişkin öğrenci görüşlerinin sistematik olarak değerlendirilmesi; ders içeriklerinin,</w:t>
      </w:r>
      <w:r w:rsidRPr="00C95550">
        <w:rPr>
          <w:rStyle w:val="apple-converted-space"/>
          <w:color w:val="000000"/>
          <w:sz w:val="22"/>
          <w:szCs w:val="22"/>
        </w:rPr>
        <w:t> </w:t>
      </w:r>
      <w:r w:rsidRPr="00C95550">
        <w:rPr>
          <w:color w:val="000000"/>
          <w:sz w:val="22"/>
          <w:szCs w:val="22"/>
        </w:rPr>
        <w:t>öğretim yöntemlerinin ve öğretim elemanı performanslarının geliştirilmesine katkı sağlamaktadır.</w:t>
      </w:r>
    </w:p>
    <w:p w14:paraId="1B0F3832" w14:textId="3F0DC109" w:rsidR="00C95550" w:rsidRPr="00C95550" w:rsidRDefault="00C95550" w:rsidP="00C95550">
      <w:pPr>
        <w:pStyle w:val="NormalWeb"/>
        <w:jc w:val="both"/>
        <w:rPr>
          <w:color w:val="000000"/>
          <w:sz w:val="22"/>
          <w:szCs w:val="22"/>
        </w:rPr>
      </w:pPr>
      <w:r w:rsidRPr="00C95550">
        <w:rPr>
          <w:color w:val="000000"/>
          <w:sz w:val="22"/>
          <w:szCs w:val="22"/>
        </w:rPr>
        <w:t>Bu raporun amacı,</w:t>
      </w:r>
      <w:r w:rsidRPr="00C95550">
        <w:rPr>
          <w:rStyle w:val="apple-converted-space"/>
          <w:color w:val="000000"/>
          <w:sz w:val="22"/>
          <w:szCs w:val="22"/>
        </w:rPr>
        <w:t> </w:t>
      </w:r>
      <w:r w:rsidRPr="00C95550">
        <w:rPr>
          <w:color w:val="000000"/>
          <w:sz w:val="22"/>
          <w:szCs w:val="22"/>
        </w:rPr>
        <w:t>2025–2026 eğitim-öğretim yılı güz döneminde</w:t>
      </w:r>
      <w:r w:rsidRPr="00C95550">
        <w:rPr>
          <w:rStyle w:val="apple-converted-space"/>
          <w:color w:val="000000"/>
          <w:sz w:val="22"/>
          <w:szCs w:val="22"/>
        </w:rPr>
        <w:t> </w:t>
      </w:r>
      <w:r w:rsidRPr="00C95550">
        <w:rPr>
          <w:color w:val="000000"/>
          <w:sz w:val="22"/>
          <w:szCs w:val="22"/>
        </w:rPr>
        <w:t>Beslenme ve Diyetetik Bölümü ile fakülte/üniversite ortak derslerine yönelik uygulanan öğrenci değerlendirme anketlerinden (EÖDA) elde edilen verilerin bütüncül bir bakış açısıyla analiz edilmesidir. Bu rapor, bölüm bünyesinde ve ortak servis dersleri kapsamında yürütülen</w:t>
      </w:r>
      <w:r w:rsidRPr="00C95550">
        <w:rPr>
          <w:rStyle w:val="apple-converted-space"/>
          <w:color w:val="000000"/>
          <w:sz w:val="22"/>
          <w:szCs w:val="22"/>
        </w:rPr>
        <w:t> </w:t>
      </w:r>
      <w:r w:rsidRPr="00C95550">
        <w:rPr>
          <w:color w:val="000000"/>
          <w:sz w:val="22"/>
          <w:szCs w:val="22"/>
        </w:rPr>
        <w:t>2</w:t>
      </w:r>
      <w:r w:rsidR="00EB4256">
        <w:rPr>
          <w:color w:val="000000"/>
          <w:sz w:val="22"/>
          <w:szCs w:val="22"/>
        </w:rPr>
        <w:t>2</w:t>
      </w:r>
      <w:r w:rsidRPr="00C95550">
        <w:rPr>
          <w:color w:val="000000"/>
          <w:sz w:val="22"/>
          <w:szCs w:val="22"/>
        </w:rPr>
        <w:t xml:space="preserve"> dersin</w:t>
      </w:r>
      <w:r w:rsidRPr="00C95550">
        <w:rPr>
          <w:rStyle w:val="apple-converted-space"/>
          <w:color w:val="000000"/>
          <w:sz w:val="22"/>
          <w:szCs w:val="22"/>
        </w:rPr>
        <w:t> </w:t>
      </w:r>
      <w:r w:rsidRPr="00C95550">
        <w:rPr>
          <w:color w:val="000000"/>
          <w:sz w:val="22"/>
          <w:szCs w:val="22"/>
        </w:rPr>
        <w:t>öğrenci değerlendirme anketlerinden elde edilen verilerin analiz edilmesi yoluyla hazırlanmıştır.</w:t>
      </w:r>
    </w:p>
    <w:p w14:paraId="36FD485E" w14:textId="77777777" w:rsidR="00C95550" w:rsidRPr="00C95550" w:rsidRDefault="00C95550" w:rsidP="00C95550">
      <w:pPr>
        <w:pStyle w:val="NormalWeb"/>
        <w:jc w:val="both"/>
        <w:rPr>
          <w:color w:val="000000"/>
          <w:sz w:val="22"/>
          <w:szCs w:val="22"/>
        </w:rPr>
      </w:pPr>
      <w:r w:rsidRPr="00C95550">
        <w:rPr>
          <w:color w:val="000000"/>
          <w:sz w:val="22"/>
          <w:szCs w:val="22"/>
        </w:rPr>
        <w:t>Anket üç ana bölümden oluşmaktadır:</w:t>
      </w:r>
    </w:p>
    <w:p w14:paraId="2DCE11FF"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Öğrenci ders değerlendirmesi</w:t>
      </w:r>
    </w:p>
    <w:p w14:paraId="551D1444"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Öğretim elemanı değerlendirmesi</w:t>
      </w:r>
    </w:p>
    <w:p w14:paraId="151961BB"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Öğrenci öz değerlendirmesi</w:t>
      </w:r>
    </w:p>
    <w:p w14:paraId="3465E399" w14:textId="28260BE1" w:rsidR="00C95550" w:rsidRPr="00C95550" w:rsidRDefault="00C95550" w:rsidP="00C95550">
      <w:pPr>
        <w:pStyle w:val="NormalWeb"/>
        <w:jc w:val="both"/>
        <w:rPr>
          <w:color w:val="000000"/>
          <w:sz w:val="22"/>
          <w:szCs w:val="22"/>
        </w:rPr>
      </w:pPr>
      <w:r w:rsidRPr="00C95550">
        <w:rPr>
          <w:color w:val="000000"/>
          <w:sz w:val="22"/>
          <w:szCs w:val="22"/>
        </w:rPr>
        <w:t>Değerlendirmeler 5’li Likert tipi ölçek üzerinden yapılmış olup (</w:t>
      </w:r>
      <m:oMath>
        <m:r>
          <w:rPr>
            <w:rFonts w:ascii="Cambria Math" w:hAnsi="Cambria Math"/>
            <w:sz w:val="22"/>
            <w:szCs w:val="22"/>
          </w:rPr>
          <m:t xml:space="preserve">1 </m:t>
        </m:r>
        <m:r>
          <m:rPr>
            <m:nor/>
          </m:rPr>
          <w:rPr>
            <w:sz w:val="22"/>
            <w:szCs w:val="22"/>
          </w:rPr>
          <m:t>Kesinlikle katılmıyorum</m:t>
        </m:r>
      </m:oMath>
      <w:r w:rsidRPr="00C95550">
        <w:rPr>
          <w:color w:val="000000"/>
          <w:sz w:val="22"/>
          <w:szCs w:val="22"/>
        </w:rPr>
        <w:t>,</w:t>
      </w:r>
      <w:r w:rsidRPr="00C95550">
        <w:rPr>
          <w:rStyle w:val="apple-converted-space"/>
          <w:color w:val="000000"/>
          <w:sz w:val="22"/>
          <w:szCs w:val="22"/>
        </w:rPr>
        <w:t> </w:t>
      </w:r>
      <m:oMath>
        <m:r>
          <w:rPr>
            <w:rFonts w:ascii="Cambria Math" w:hAnsi="Cambria Math"/>
            <w:sz w:val="22"/>
            <w:szCs w:val="22"/>
          </w:rPr>
          <m:t>5=</m:t>
        </m:r>
        <m:r>
          <m:rPr>
            <m:nor/>
          </m:rPr>
          <w:rPr>
            <w:sz w:val="22"/>
            <w:szCs w:val="22"/>
          </w:rPr>
          <m:t>Kesinlikle katılıyorum</m:t>
        </m:r>
      </m:oMath>
      <w:r w:rsidRPr="00C95550">
        <w:rPr>
          <w:color w:val="000000"/>
          <w:sz w:val="22"/>
          <w:szCs w:val="22"/>
        </w:rPr>
        <w:t>), ayrıca ders iş yüküne (AKTS) ilişkin sayısal veriler de toplanmıştır. Ankete ilişkin bulgular başlıklar halinde aşağıda sunulmuştur.</w:t>
      </w:r>
    </w:p>
    <w:p w14:paraId="7DD282B5" w14:textId="77777777" w:rsidR="00C95550" w:rsidRPr="00C95550" w:rsidRDefault="00C95550" w:rsidP="00C95550">
      <w:pPr>
        <w:pStyle w:val="Balk3"/>
        <w:jc w:val="both"/>
        <w:rPr>
          <w:rFonts w:ascii="Times New Roman" w:hAnsi="Times New Roman" w:cs="Times New Roman"/>
          <w:color w:val="000000"/>
        </w:rPr>
      </w:pPr>
      <w:r w:rsidRPr="00C95550">
        <w:rPr>
          <w:rFonts w:ascii="Times New Roman" w:hAnsi="Times New Roman" w:cs="Times New Roman"/>
          <w:color w:val="000000"/>
        </w:rPr>
        <w:t>1. Derslerin Gerekliliği ve Katkısı</w:t>
      </w:r>
    </w:p>
    <w:p w14:paraId="0FED5D2E" w14:textId="77777777" w:rsidR="00C95550" w:rsidRPr="00C95550" w:rsidRDefault="00C95550" w:rsidP="00C95550">
      <w:pPr>
        <w:pStyle w:val="NormalWeb"/>
        <w:jc w:val="both"/>
        <w:rPr>
          <w:color w:val="000000"/>
          <w:sz w:val="22"/>
          <w:szCs w:val="22"/>
        </w:rPr>
      </w:pPr>
      <w:r w:rsidRPr="00C95550">
        <w:rPr>
          <w:color w:val="000000"/>
          <w:sz w:val="22"/>
          <w:szCs w:val="22"/>
        </w:rPr>
        <w:t>Analiz sonuçlarına göre, derslerin büyük çoğunluğu öğrenciler tarafından yüksek düzeyde gerekli ve katkı sağlayıcı olarak değerlendirilmiştir. Özellikle klinik, tıbbi beslenme tedavisi, alan stajları ve temel mesleki derslerde bu değerlendirmelerin oldukça yüksek olduğu görülmüştür:</w:t>
      </w:r>
    </w:p>
    <w:p w14:paraId="3224B162"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207 Anne ve Çocuk Beslenmesi (5,00), </w:t>
      </w:r>
    </w:p>
    <w:p w14:paraId="13FAE29D"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406 Beslenme ve Diyetetik Uygulamaları-IV (5,00), </w:t>
      </w:r>
    </w:p>
    <w:p w14:paraId="629D8A83"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114 Beslenme İlkeleri II (4,88), </w:t>
      </w:r>
    </w:p>
    <w:p w14:paraId="7F76A050"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362 Sağlıklı Yaşam ve Beslenme İlkeleri (4,83), </w:t>
      </w:r>
    </w:p>
    <w:p w14:paraId="303ED3FD"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202 Beslenme Biyokimyası II (4,78), </w:t>
      </w:r>
    </w:p>
    <w:p w14:paraId="3165AA70" w14:textId="467322B6"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304 Yetişkin Hastalıklarında Tıbbi Beslenme Tedavisi-II (4,77), </w:t>
      </w:r>
    </w:p>
    <w:p w14:paraId="3C3E7035"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405 Beslenme ve Diyetetik Uygulamaları -III (4,75), </w:t>
      </w:r>
    </w:p>
    <w:p w14:paraId="3E45C6B3"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302 Çocuk Hastalıklarında Tıbbi Beslenme Tedavisi-II (4,71), </w:t>
      </w:r>
    </w:p>
    <w:p w14:paraId="26CD9808" w14:textId="77777777" w:rsidR="00EB4256" w:rsidRPr="00EB4256" w:rsidRDefault="00EB4256" w:rsidP="00EB4256">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 xml:space="preserve">BES 307 Toplu Beslenme Sistemleri-II (4,71) </w:t>
      </w:r>
    </w:p>
    <w:p w14:paraId="253B4607" w14:textId="77777777" w:rsidR="00EB4256" w:rsidRDefault="00EB4256" w:rsidP="00C95550">
      <w:pPr>
        <w:pStyle w:val="ListeParagraf"/>
        <w:numPr>
          <w:ilvl w:val="0"/>
          <w:numId w:val="18"/>
        </w:numPr>
        <w:jc w:val="both"/>
        <w:rPr>
          <w:rFonts w:ascii="Times New Roman" w:eastAsia="Times New Roman" w:hAnsi="Times New Roman" w:cs="Times New Roman"/>
          <w:color w:val="000000"/>
          <w:lang w:eastAsia="tr-TR"/>
        </w:rPr>
      </w:pPr>
      <w:r w:rsidRPr="00EB4256">
        <w:rPr>
          <w:rFonts w:ascii="Times New Roman" w:eastAsia="Times New Roman" w:hAnsi="Times New Roman" w:cs="Times New Roman"/>
          <w:color w:val="000000"/>
          <w:lang w:eastAsia="tr-TR"/>
        </w:rPr>
        <w:t>FZD 207 Anne Çocuk Beslenmesine Giriş (4,05).</w:t>
      </w:r>
    </w:p>
    <w:p w14:paraId="05BA4CE3" w14:textId="1B378B25" w:rsidR="00EB4256" w:rsidRPr="00EB4256" w:rsidRDefault="00EB4256" w:rsidP="00EB4256">
      <w:pPr>
        <w:ind w:left="360"/>
        <w:jc w:val="both"/>
        <w:rPr>
          <w:rFonts w:ascii="Times New Roman" w:eastAsia="Times New Roman" w:hAnsi="Times New Roman" w:cs="Times New Roman"/>
          <w:color w:val="000000"/>
          <w:lang w:eastAsia="tr-TR"/>
        </w:rPr>
      </w:pPr>
      <w:r w:rsidRPr="00EB4256">
        <w:rPr>
          <w:rFonts w:ascii="Times New Roman" w:hAnsi="Times New Roman" w:cs="Times New Roman"/>
          <w:color w:val="000000"/>
        </w:rPr>
        <w:t>Temel fen ve genel servis dersleri olan BES 116 Temel Kimya II (2,50), BES 118 Temel Matematik (2,71) ve FZD 108 Tıbbi Biyoloji &amp; Genetik (2,78 - 2,89) derslerinde öğrencilerin bölüm gerekliliği algısı daha düşük kalmıştır.</w:t>
      </w:r>
    </w:p>
    <w:p w14:paraId="7C010F80" w14:textId="21F9C2FE"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lastRenderedPageBreak/>
        <w:t>2. Derslerin Zorluk Düzeyi</w:t>
      </w:r>
    </w:p>
    <w:p w14:paraId="0F4FCDB3" w14:textId="1FF2B63D"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Klinik, lab</w:t>
      </w:r>
      <w:r w:rsidR="00EB4256">
        <w:rPr>
          <w:rFonts w:ascii="Times New Roman" w:hAnsi="Times New Roman" w:cs="Times New Roman"/>
          <w:color w:val="000000"/>
        </w:rPr>
        <w:t>oratuvar</w:t>
      </w:r>
      <w:r w:rsidRPr="00C95550">
        <w:rPr>
          <w:rFonts w:ascii="Times New Roman" w:hAnsi="Times New Roman" w:cs="Times New Roman"/>
          <w:color w:val="000000"/>
        </w:rPr>
        <w:t xml:space="preserve"> uygulamalı ve yoğun teorik içeriğe sahip meslek derslerinde zorluk düzeyi algısının oldukça yüksek olduğu saptanmıştır:</w:t>
      </w:r>
    </w:p>
    <w:p w14:paraId="32DD60FD" w14:textId="28C4C032"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206 Besin Mikrobiyolojisi (5,00), </w:t>
      </w:r>
    </w:p>
    <w:p w14:paraId="01433C35" w14:textId="77777777"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204 Besin Kimyası ve Analizleri-II (4,88), </w:t>
      </w:r>
    </w:p>
    <w:p w14:paraId="672D8692" w14:textId="19B03710"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304 Yetişkin Hastalıklarında </w:t>
      </w:r>
      <w:r w:rsidRPr="00EB4256">
        <w:rPr>
          <w:rFonts w:ascii="Times New Roman" w:eastAsia="Times New Roman" w:hAnsi="Times New Roman" w:cs="Times New Roman"/>
          <w:color w:val="000000"/>
          <w:lang w:eastAsia="tr-TR"/>
        </w:rPr>
        <w:t>Tıbbi Beslenme Tedavisi</w:t>
      </w:r>
      <w:r w:rsidRPr="00EB4256">
        <w:rPr>
          <w:rFonts w:ascii="Times New Roman" w:hAnsi="Times New Roman" w:cs="Times New Roman"/>
          <w:color w:val="000000"/>
        </w:rPr>
        <w:t xml:space="preserve"> -II (4,77), </w:t>
      </w:r>
    </w:p>
    <w:p w14:paraId="398B4510" w14:textId="77777777"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114 Beslenme İlkeleri II (4,62), </w:t>
      </w:r>
    </w:p>
    <w:p w14:paraId="2B740973" w14:textId="7C9BD165"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302 Çocuk Hastalıklarında </w:t>
      </w:r>
      <w:r w:rsidRPr="00EB4256">
        <w:rPr>
          <w:rFonts w:ascii="Times New Roman" w:eastAsia="Times New Roman" w:hAnsi="Times New Roman" w:cs="Times New Roman"/>
          <w:color w:val="000000"/>
          <w:lang w:eastAsia="tr-TR"/>
        </w:rPr>
        <w:t>Tıbbi Beslenme Tedavisi</w:t>
      </w:r>
      <w:r w:rsidRPr="00EB4256">
        <w:rPr>
          <w:rFonts w:ascii="Times New Roman" w:hAnsi="Times New Roman" w:cs="Times New Roman"/>
          <w:color w:val="000000"/>
        </w:rPr>
        <w:t xml:space="preserve"> II (4,53), </w:t>
      </w:r>
    </w:p>
    <w:p w14:paraId="68FF12F4" w14:textId="77777777"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116 Temel Kimya II (4,50), </w:t>
      </w:r>
    </w:p>
    <w:p w14:paraId="77C27103" w14:textId="77777777"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 xml:space="preserve">BES 307 Toplu Beslenme Sistemleri-II (4,29) </w:t>
      </w:r>
    </w:p>
    <w:p w14:paraId="59C2F485" w14:textId="00BCFA05" w:rsidR="00EB4256" w:rsidRPr="00EB4256" w:rsidRDefault="00EB4256" w:rsidP="00EB4256">
      <w:pPr>
        <w:pStyle w:val="ListeParagraf"/>
        <w:numPr>
          <w:ilvl w:val="0"/>
          <w:numId w:val="19"/>
        </w:numPr>
        <w:spacing w:after="0"/>
        <w:jc w:val="both"/>
        <w:rPr>
          <w:rFonts w:ascii="Times New Roman" w:hAnsi="Times New Roman" w:cs="Times New Roman"/>
          <w:color w:val="000000"/>
        </w:rPr>
      </w:pPr>
      <w:r w:rsidRPr="00EB4256">
        <w:rPr>
          <w:rFonts w:ascii="Times New Roman" w:hAnsi="Times New Roman" w:cs="Times New Roman"/>
          <w:color w:val="000000"/>
        </w:rPr>
        <w:t>FZD 108 Tıbbi Biyoloji &amp; Genetik (3,67)</w:t>
      </w:r>
    </w:p>
    <w:p w14:paraId="0B8F307A" w14:textId="77777777" w:rsidR="00EB4256" w:rsidRPr="00EB4256" w:rsidRDefault="00EB4256" w:rsidP="00EB4256">
      <w:pPr>
        <w:spacing w:after="0"/>
        <w:jc w:val="both"/>
        <w:rPr>
          <w:rFonts w:ascii="Times New Roman" w:hAnsi="Times New Roman" w:cs="Times New Roman"/>
          <w:color w:val="000000"/>
        </w:rPr>
      </w:pPr>
    </w:p>
    <w:p w14:paraId="272B8555" w14:textId="77777777" w:rsidR="00EB4256" w:rsidRPr="00EB4256" w:rsidRDefault="00EB4256" w:rsidP="00EB4256">
      <w:pPr>
        <w:spacing w:after="0"/>
        <w:jc w:val="both"/>
        <w:rPr>
          <w:rFonts w:ascii="Times New Roman" w:hAnsi="Times New Roman" w:cs="Times New Roman"/>
          <w:color w:val="000000"/>
        </w:rPr>
      </w:pPr>
      <w:r w:rsidRPr="00EB4256">
        <w:rPr>
          <w:rFonts w:ascii="Times New Roman" w:hAnsi="Times New Roman" w:cs="Times New Roman"/>
          <w:color w:val="000000"/>
        </w:rPr>
        <w:t>• Düşük Zorluk Düzeyi: FZD 202 İlk Yardım (1,20), BES 215 Standart Yemek Tarifeleri Geliştirme (1,83), BES 118 Temel Matematik (2,14) ve BES 362 Sağlıklı Yaşam ve Beslenme İlkeleri (2,17).</w:t>
      </w:r>
    </w:p>
    <w:p w14:paraId="0189BF72" w14:textId="294D9722" w:rsidR="00C95550" w:rsidRPr="00C95550" w:rsidRDefault="00C95550" w:rsidP="00C95550">
      <w:pPr>
        <w:spacing w:after="0"/>
        <w:jc w:val="both"/>
        <w:rPr>
          <w:rFonts w:ascii="Times New Roman" w:hAnsi="Times New Roman" w:cs="Times New Roman"/>
          <w:color w:val="000000"/>
        </w:rPr>
      </w:pPr>
    </w:p>
    <w:p w14:paraId="70A54FB0" w14:textId="23A868B8" w:rsidR="00D33902" w:rsidRDefault="00C95550" w:rsidP="00D33902">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3. Öğretim Elemanı Değerlendirmeleri</w:t>
      </w:r>
    </w:p>
    <w:p w14:paraId="6202FDDC" w14:textId="77777777" w:rsidR="00D33902" w:rsidRPr="00D33902" w:rsidRDefault="00D33902" w:rsidP="00D33902"/>
    <w:p w14:paraId="40970D69" w14:textId="77777777"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t>Öğretim elemanlarına yönelik genel öğrenci değerlendirmeleri oldukça yüksek ve memnuniyet vericidir (2,09 - 5,00). Özellikle belirli derslerde öğretim elemanları neredeyse tam puana yakın performans sergilemiştir:</w:t>
      </w:r>
    </w:p>
    <w:p w14:paraId="7DEA5C51" w14:textId="367D5F6A"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207 Anne ve Çocuk Beslenmesi (5,00)</w:t>
      </w:r>
    </w:p>
    <w:p w14:paraId="22E49433" w14:textId="02C23862"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406 Beslenme ve Diyetetik Uygulamaları-IV (4,98)</w:t>
      </w:r>
    </w:p>
    <w:p w14:paraId="36163D46" w14:textId="6FF9B707"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405 Beslenme ve Diyetetik Uygulamaları-III (4,87)</w:t>
      </w:r>
    </w:p>
    <w:p w14:paraId="0E396A9E" w14:textId="59EF86EC"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202 Beslenme Biyokimyası II (4,81)</w:t>
      </w:r>
    </w:p>
    <w:p w14:paraId="4BBBEE1D" w14:textId="5517F48F"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362 Sağlıklı Yaşam ve Beslenme İlkeleri (4,77)</w:t>
      </w:r>
    </w:p>
    <w:p w14:paraId="03AAA9A7" w14:textId="130DF036"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BES 217 İşlevsel Besinler ve Fitoterapi (4,64)</w:t>
      </w:r>
    </w:p>
    <w:p w14:paraId="453B1A59" w14:textId="18C50E6D"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FZD 207 Anne Çocuk Beslenmesine Giriş (4,20)</w:t>
      </w:r>
    </w:p>
    <w:p w14:paraId="076EA865" w14:textId="77777777"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Süreç genel olarak incelendiğinde öğrenciler akademik kadroyu;</w:t>
      </w:r>
    </w:p>
    <w:p w14:paraId="3B3ED8EC" w14:textId="5AC73806"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Derse zamanında ve kesintisiz gelme: BES 207 (5,00), BES 406 (5,00), BES 202 (4,89), BES 405 (4,83)</w:t>
      </w:r>
    </w:p>
    <w:p w14:paraId="7514B258" w14:textId="27BD2283"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Etkili, açık, anlaşılır sunum yapma ve materyal seçimi: BES 207 (5,00), BES 406 (5,00), BES 202 (4,89), BES 405 (4,83)</w:t>
      </w:r>
    </w:p>
    <w:p w14:paraId="360AC74A" w14:textId="1DE1B763"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Öğrencileri derse katılmaya teşvik etme: BES 207 (5,00), BES 362 (5,00), BES 405 (4,92), BES 406 (4,91)</w:t>
      </w:r>
    </w:p>
    <w:p w14:paraId="568C3C52" w14:textId="7745027D"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Ders konularına tam alan hâkimiyeti gösterme: BES 207 (5,00), BES 406 (5,00), BES 202 (5,00), BES 405 (4,92)</w:t>
      </w:r>
    </w:p>
    <w:p w14:paraId="5CF2F8D8" w14:textId="04960BA6" w:rsidR="00D33902" w:rsidRPr="00D33902" w:rsidRDefault="00D33902" w:rsidP="00D33902">
      <w:pPr>
        <w:pStyle w:val="ListeParagraf"/>
        <w:numPr>
          <w:ilvl w:val="0"/>
          <w:numId w:val="20"/>
        </w:numPr>
        <w:spacing w:after="160"/>
        <w:jc w:val="both"/>
        <w:rPr>
          <w:rFonts w:ascii="Times New Roman" w:hAnsi="Times New Roman" w:cs="Times New Roman"/>
        </w:rPr>
      </w:pPr>
      <w:r w:rsidRPr="00D33902">
        <w:rPr>
          <w:rFonts w:ascii="Times New Roman" w:hAnsi="Times New Roman" w:cs="Times New Roman"/>
        </w:rPr>
        <w:t>Sınavları adil, objektif ve müfredat dengesine uygun değerlendirme: BES 207 (5,00), BES 406 (5,00), BES 202 (5,00), BES 362 (5,00) gibi kriterlerde son derece güçlü bulmuşlardır. Ayrıca öğrencilerin öğretim elemanlarını yüksek oranda rol model aldığı görülmektedir.</w:t>
      </w:r>
    </w:p>
    <w:p w14:paraId="70415540" w14:textId="77777777" w:rsidR="00D33902" w:rsidRPr="00D33902" w:rsidRDefault="00D33902" w:rsidP="00D33902">
      <w:pPr>
        <w:jc w:val="both"/>
        <w:rPr>
          <w:rFonts w:ascii="Times New Roman" w:hAnsi="Times New Roman" w:cs="Times New Roman"/>
          <w:color w:val="000000" w:themeColor="text1"/>
        </w:rPr>
      </w:pPr>
      <w:r w:rsidRPr="00D33902">
        <w:rPr>
          <w:rFonts w:ascii="Times New Roman" w:hAnsi="Times New Roman" w:cs="Times New Roman"/>
          <w:b/>
          <w:color w:val="000000" w:themeColor="text1"/>
        </w:rPr>
        <w:t>4. Öğrenci Öz Değerlendirmesi</w:t>
      </w:r>
    </w:p>
    <w:p w14:paraId="15706FD7" w14:textId="77777777"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lastRenderedPageBreak/>
        <w:t>Öğrencilerin öz değerlendirme puanları incelendiğinde:</w:t>
      </w:r>
    </w:p>
    <w:p w14:paraId="157F3AB0" w14:textId="78FC0B89" w:rsidR="00D33902" w:rsidRPr="00D33902" w:rsidRDefault="00D33902" w:rsidP="00D33902">
      <w:pPr>
        <w:pStyle w:val="ListeParagraf"/>
        <w:numPr>
          <w:ilvl w:val="0"/>
          <w:numId w:val="22"/>
        </w:numPr>
        <w:spacing w:after="160"/>
        <w:jc w:val="both"/>
        <w:rPr>
          <w:rFonts w:ascii="Times New Roman" w:hAnsi="Times New Roman" w:cs="Times New Roman"/>
        </w:rPr>
      </w:pPr>
      <w:r w:rsidRPr="00D33902">
        <w:rPr>
          <w:rFonts w:ascii="Times New Roman" w:hAnsi="Times New Roman" w:cs="Times New Roman"/>
        </w:rPr>
        <w:t>Derslerin tamamına katılım düzeyinin klinik, saha ve uygulama ağırlıklı derslerde oldukça yüksek olduğu görülmüştür: BES 215 (4,67), BES 218 (4,50), BES 406 (4,45), BES 405 (4,33), BES 217 (4,25).</w:t>
      </w:r>
    </w:p>
    <w:p w14:paraId="4CFB3286" w14:textId="78538B9D" w:rsidR="00D33902" w:rsidRPr="00D33902" w:rsidRDefault="00D33902" w:rsidP="00D33902">
      <w:pPr>
        <w:pStyle w:val="ListeParagraf"/>
        <w:numPr>
          <w:ilvl w:val="0"/>
          <w:numId w:val="22"/>
        </w:numPr>
        <w:spacing w:after="160"/>
        <w:jc w:val="both"/>
        <w:rPr>
          <w:rFonts w:ascii="Times New Roman" w:hAnsi="Times New Roman" w:cs="Times New Roman"/>
        </w:rPr>
      </w:pPr>
      <w:r w:rsidRPr="00D33902">
        <w:rPr>
          <w:rFonts w:ascii="Times New Roman" w:hAnsi="Times New Roman" w:cs="Times New Roman"/>
        </w:rPr>
        <w:t>Ders konularını kaynaklardan ve kitaplardan takip etme kararlılığının üst sınıflardaki klinik ve meslek derslerinde güçlü olduğu saptanmıştır: BES 207 (5,00), BES 362 (4,83), BES 218 (4,75), BES 215 (4,67), BES 206 (4,62), BES 114 (4,62), BES 202 (4,56), BES 406 (4,55), BES 405 (4,50).</w:t>
      </w:r>
    </w:p>
    <w:p w14:paraId="5BCE2E8C" w14:textId="77777777"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t>Buna karşılık öğrencilerin;</w:t>
      </w:r>
    </w:p>
    <w:p w14:paraId="0FDC91F8" w14:textId="38200830" w:rsidR="00D33902" w:rsidRPr="00D33902" w:rsidRDefault="00D33902" w:rsidP="00D33902">
      <w:pPr>
        <w:pStyle w:val="ListeParagraf"/>
        <w:numPr>
          <w:ilvl w:val="0"/>
          <w:numId w:val="21"/>
        </w:numPr>
        <w:spacing w:after="160"/>
        <w:jc w:val="both"/>
        <w:rPr>
          <w:rFonts w:ascii="Times New Roman" w:hAnsi="Times New Roman" w:cs="Times New Roman"/>
        </w:rPr>
      </w:pPr>
      <w:r w:rsidRPr="00D33902">
        <w:rPr>
          <w:rFonts w:ascii="Times New Roman" w:hAnsi="Times New Roman" w:cs="Times New Roman"/>
        </w:rPr>
        <w:t>Düzenli ders notu tekrarlama ve ödev yapma alışkanlıklarının birinci sınıf temel derslerde (BES 116 3,50, FZD 207 3,41) nispeten daha düşük kaldığı,</w:t>
      </w:r>
    </w:p>
    <w:p w14:paraId="1BD89A28" w14:textId="3FE6E08B" w:rsidR="00D33902" w:rsidRPr="00D33902" w:rsidRDefault="00D33902" w:rsidP="00D33902">
      <w:pPr>
        <w:pStyle w:val="ListeParagraf"/>
        <w:numPr>
          <w:ilvl w:val="0"/>
          <w:numId w:val="21"/>
        </w:numPr>
        <w:spacing w:after="160"/>
        <w:jc w:val="both"/>
        <w:rPr>
          <w:rFonts w:ascii="Times New Roman" w:hAnsi="Times New Roman" w:cs="Times New Roman"/>
        </w:rPr>
      </w:pPr>
      <w:r w:rsidRPr="00D33902">
        <w:rPr>
          <w:rFonts w:ascii="Times New Roman" w:hAnsi="Times New Roman" w:cs="Times New Roman"/>
        </w:rPr>
        <w:t>Anlamadıkları konular hakkında akademik destek arama ve ders hocasından yardım isteme davranışlarının bazı temel derslerde (FZD 108 2,67, FZD 202 3,20, BES 302 3,24) zayıfladığı belirlenmiştir.</w:t>
      </w:r>
    </w:p>
    <w:p w14:paraId="5F9EB9CF" w14:textId="77777777" w:rsidR="00D33902" w:rsidRPr="00D33902" w:rsidRDefault="00D33902" w:rsidP="00D33902">
      <w:pPr>
        <w:jc w:val="both"/>
        <w:rPr>
          <w:rFonts w:ascii="Times New Roman" w:hAnsi="Times New Roman" w:cs="Times New Roman"/>
          <w:color w:val="000000" w:themeColor="text1"/>
        </w:rPr>
      </w:pPr>
      <w:r w:rsidRPr="00D33902">
        <w:rPr>
          <w:rFonts w:ascii="Times New Roman" w:hAnsi="Times New Roman" w:cs="Times New Roman"/>
          <w:b/>
          <w:color w:val="000000" w:themeColor="text1"/>
        </w:rPr>
        <w:t>5. Ders İş Yükü (AKTS) Değerlendirmesi</w:t>
      </w:r>
    </w:p>
    <w:p w14:paraId="674B2CC3" w14:textId="77777777"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t>Dersler arasında öğrenciye yüklenen iş yükü (saat/dönem) açısından belirgin farklar bulunmaktadır:</w:t>
      </w:r>
    </w:p>
    <w:p w14:paraId="3D1C1A00" w14:textId="77777777" w:rsidR="00D33902" w:rsidRDefault="00D33902" w:rsidP="00D33902">
      <w:pPr>
        <w:pStyle w:val="ListeParagraf"/>
        <w:numPr>
          <w:ilvl w:val="0"/>
          <w:numId w:val="23"/>
        </w:numPr>
        <w:spacing w:after="160"/>
        <w:jc w:val="both"/>
        <w:rPr>
          <w:rFonts w:ascii="Times New Roman" w:hAnsi="Times New Roman" w:cs="Times New Roman"/>
        </w:rPr>
      </w:pPr>
      <w:r w:rsidRPr="00D33902">
        <w:rPr>
          <w:rFonts w:ascii="Times New Roman" w:hAnsi="Times New Roman" w:cs="Times New Roman"/>
        </w:rPr>
        <w:t xml:space="preserve">Sınav Hazırlık Süreleri: Klinik ve saha uygulamaları ile klinik teorik derslerin vize ve final sınavları için öğrencilerin ciddi bir zaman harcadığı saptanmıştır: BES 207 Anne ve Çocuk Beslenmesi (vize: 38,00 saat, final: 38,50 saat), BES 406 </w:t>
      </w:r>
      <w:r>
        <w:rPr>
          <w:rFonts w:ascii="Times New Roman" w:hAnsi="Times New Roman" w:cs="Times New Roman"/>
        </w:rPr>
        <w:t xml:space="preserve">Beslenme ve Diyetetik </w:t>
      </w:r>
      <w:r w:rsidRPr="00D33902">
        <w:rPr>
          <w:rFonts w:ascii="Times New Roman" w:hAnsi="Times New Roman" w:cs="Times New Roman"/>
        </w:rPr>
        <w:t>Uygulama</w:t>
      </w:r>
      <w:r>
        <w:rPr>
          <w:rFonts w:ascii="Times New Roman" w:hAnsi="Times New Roman" w:cs="Times New Roman"/>
        </w:rPr>
        <w:t>ları</w:t>
      </w:r>
      <w:r w:rsidRPr="00D33902">
        <w:rPr>
          <w:rFonts w:ascii="Times New Roman" w:hAnsi="Times New Roman" w:cs="Times New Roman"/>
        </w:rPr>
        <w:t xml:space="preserve">-IV (vize: 30,09 saat, final: 32,45 saat), BES 405 </w:t>
      </w:r>
      <w:r>
        <w:rPr>
          <w:rFonts w:ascii="Times New Roman" w:hAnsi="Times New Roman" w:cs="Times New Roman"/>
        </w:rPr>
        <w:t xml:space="preserve">Beslenme ve Diyetetik </w:t>
      </w:r>
      <w:r w:rsidRPr="00D33902">
        <w:rPr>
          <w:rFonts w:ascii="Times New Roman" w:hAnsi="Times New Roman" w:cs="Times New Roman"/>
        </w:rPr>
        <w:t>Uygulama</w:t>
      </w:r>
      <w:r>
        <w:rPr>
          <w:rFonts w:ascii="Times New Roman" w:hAnsi="Times New Roman" w:cs="Times New Roman"/>
        </w:rPr>
        <w:t>ları</w:t>
      </w:r>
      <w:r w:rsidRPr="00D33902">
        <w:rPr>
          <w:rFonts w:ascii="Times New Roman" w:hAnsi="Times New Roman" w:cs="Times New Roman"/>
        </w:rPr>
        <w:t xml:space="preserve"> -III (vize: 31,42 saat, final: 31,92 saat), BES 304 Yetişkin Hastalıklarında </w:t>
      </w:r>
      <w:r>
        <w:rPr>
          <w:rFonts w:ascii="Times New Roman" w:hAnsi="Times New Roman" w:cs="Times New Roman"/>
        </w:rPr>
        <w:t>Tıbbi Beslenme Tedavisi-</w:t>
      </w:r>
      <w:r w:rsidRPr="00D33902">
        <w:rPr>
          <w:rFonts w:ascii="Times New Roman" w:hAnsi="Times New Roman" w:cs="Times New Roman"/>
        </w:rPr>
        <w:t xml:space="preserve">II (final: 22,83 saat), BES 206 Besin Mikrobiyolojisi (final: 22,43 saat), BES 204 Besin Kimyası II (final: 21,14 saat), BES 307 Toplu Beslenme Sistemleri-II (final: 20,15 saat), BES 302 Çocuk Hastalıklarında </w:t>
      </w:r>
      <w:r>
        <w:rPr>
          <w:rFonts w:ascii="Times New Roman" w:hAnsi="Times New Roman" w:cs="Times New Roman"/>
        </w:rPr>
        <w:t>Tıbbi Beslenme Tedavisi</w:t>
      </w:r>
      <w:r w:rsidRPr="00D33902">
        <w:rPr>
          <w:rFonts w:ascii="Times New Roman" w:hAnsi="Times New Roman" w:cs="Times New Roman"/>
        </w:rPr>
        <w:t xml:space="preserve"> II (final: 19,76 saat) ve FZD 207 Anne Çocuk Beslenmesine Giriş (final: 15,85 saat).</w:t>
      </w:r>
    </w:p>
    <w:p w14:paraId="29CD2AA5" w14:textId="66E6BE36" w:rsidR="00D33902" w:rsidRPr="00D33902" w:rsidRDefault="00D33902" w:rsidP="00D33902">
      <w:pPr>
        <w:pStyle w:val="ListeParagraf"/>
        <w:numPr>
          <w:ilvl w:val="0"/>
          <w:numId w:val="23"/>
        </w:numPr>
        <w:spacing w:after="160"/>
        <w:jc w:val="both"/>
        <w:rPr>
          <w:rFonts w:ascii="Times New Roman" w:hAnsi="Times New Roman" w:cs="Times New Roman"/>
        </w:rPr>
      </w:pPr>
      <w:r w:rsidRPr="00D33902">
        <w:rPr>
          <w:rFonts w:ascii="Times New Roman" w:hAnsi="Times New Roman" w:cs="Times New Roman"/>
        </w:rPr>
        <w:t>Proje, Sunum ve Ödev Yükü: Dönem içi performans ödevleri ve sunum süreçlerinde en yüksek iş yükü BES 405 (12,25 saat ödev, 10,42 saat sunum), BES 206 (11,71 saat ödev, 9,00 saat sunum), BES 217 (11,67 saat sunum), BES 114 (9,43 saat proje, 7,86 saat ödev), BES 362 (7,17 saat ödev) ve BES 218 (6,50 saat ödev/sunum, 9,00 saat quiz) derslerinde gerçekleşmiştir.</w:t>
      </w:r>
    </w:p>
    <w:p w14:paraId="3EE9D2B5" w14:textId="77777777" w:rsidR="00D33902" w:rsidRPr="00D33902" w:rsidRDefault="00D33902" w:rsidP="00D33902">
      <w:pPr>
        <w:jc w:val="both"/>
        <w:rPr>
          <w:rFonts w:ascii="Times New Roman" w:hAnsi="Times New Roman" w:cs="Times New Roman"/>
          <w:color w:val="000000" w:themeColor="text1"/>
        </w:rPr>
      </w:pPr>
      <w:r w:rsidRPr="00D33902">
        <w:rPr>
          <w:rFonts w:ascii="Times New Roman" w:hAnsi="Times New Roman" w:cs="Times New Roman"/>
          <w:b/>
          <w:color w:val="000000" w:themeColor="text1"/>
        </w:rPr>
        <w:t>6. Akademik Başarı Düzeyi</w:t>
      </w:r>
    </w:p>
    <w:p w14:paraId="2B4550A2" w14:textId="77777777"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t>Öğrencilerin beyan ettikleri genel akademik not ortalamaları (GPA) incelendiğinde, ortalamaların ağırlıklı olarak 2,86 ile 4,25 aralığında yoğunlaştığı görülmektedir. Dönem içi staj ve intörn değerlendirmelerine paralel olarak mezuniyet aşamasındaki ve üst sınıf öğrencilerinde GPA beyanlarının daha yüksek seviyelerde seyrettiği tespit edilmiştir.</w:t>
      </w:r>
    </w:p>
    <w:p w14:paraId="1D331964" w14:textId="77777777" w:rsidR="00D33902" w:rsidRPr="00D33902" w:rsidRDefault="00D33902" w:rsidP="00D33902">
      <w:pPr>
        <w:jc w:val="both"/>
        <w:rPr>
          <w:rFonts w:ascii="Times New Roman" w:hAnsi="Times New Roman" w:cs="Times New Roman"/>
          <w:color w:val="000000" w:themeColor="text1"/>
        </w:rPr>
      </w:pPr>
      <w:r w:rsidRPr="00D33902">
        <w:rPr>
          <w:rFonts w:ascii="Times New Roman" w:hAnsi="Times New Roman" w:cs="Times New Roman"/>
          <w:b/>
          <w:color w:val="000000" w:themeColor="text1"/>
        </w:rPr>
        <w:t>SONUÇ</w:t>
      </w:r>
    </w:p>
    <w:p w14:paraId="2B60E43B" w14:textId="7A1E4504" w:rsidR="00D33902" w:rsidRPr="00D33902" w:rsidRDefault="00D33902" w:rsidP="00D33902">
      <w:pPr>
        <w:spacing w:after="160"/>
        <w:jc w:val="both"/>
        <w:rPr>
          <w:rFonts w:ascii="Times New Roman" w:hAnsi="Times New Roman" w:cs="Times New Roman"/>
        </w:rPr>
      </w:pPr>
      <w:r w:rsidRPr="00D33902">
        <w:rPr>
          <w:rFonts w:ascii="Times New Roman" w:hAnsi="Times New Roman" w:cs="Times New Roman"/>
        </w:rPr>
        <w:t xml:space="preserve">Elde edilen bulgular, Beslenme ve Diyetetik Bölümü kapsamında yürütülen eğitim-öğretim faaliyetlerinin genel olarak nitelikli, dinamik ve güçlü bir akademik altyapıya sahip olduğunu ortaya koymaktadır. Özellikle öğretim elemanlarının yüksek değerlendirme puanları, alan hâkimiyetleri ve öğrencilerle kurdukları etkili iletişim eğitim kalitesini destekleyen temel unsurdur. Klinik uygulamalar, tıbbi beslenme </w:t>
      </w:r>
      <w:r w:rsidRPr="00D33902">
        <w:rPr>
          <w:rFonts w:ascii="Times New Roman" w:hAnsi="Times New Roman" w:cs="Times New Roman"/>
        </w:rPr>
        <w:lastRenderedPageBreak/>
        <w:t>tedavisi ve biyokimya derslerinin mesleki gereklilik algısı ve kazandırdığı yetkinlik düzeyi oldukça yüksektir. Elde edilen veriler; 1. sınıf oryantasyon/temel fen derslerinde öğrenci-öğretim elemanı etkileşimini teşvik edici mekanizmaların güçlendirilmesi ve üst sınıflardaki sunum/proje yüklerinin haftalık AKTS dengesine göre optimize edilmesi hususunda yol göstericidir.</w:t>
      </w:r>
    </w:p>
    <w:p w14:paraId="5BDF82EB" w14:textId="77777777" w:rsidR="00D33902" w:rsidRDefault="00D33902" w:rsidP="008E77DA">
      <w:pPr>
        <w:spacing w:after="0" w:line="240" w:lineRule="auto"/>
        <w:jc w:val="center"/>
        <w:rPr>
          <w:rFonts w:ascii="Times New Roman" w:hAnsi="Times New Roman" w:cs="Times New Roman"/>
          <w:b/>
          <w:color w:val="003366"/>
          <w:sz w:val="24"/>
          <w:szCs w:val="21"/>
        </w:rPr>
      </w:pPr>
    </w:p>
    <w:p w14:paraId="465670F0" w14:textId="77777777" w:rsidR="00D33902" w:rsidRDefault="00D33902" w:rsidP="008E77DA">
      <w:pPr>
        <w:spacing w:after="0" w:line="240" w:lineRule="auto"/>
        <w:jc w:val="center"/>
        <w:rPr>
          <w:rFonts w:ascii="Times New Roman" w:hAnsi="Times New Roman" w:cs="Times New Roman"/>
          <w:b/>
          <w:color w:val="003366"/>
          <w:sz w:val="24"/>
          <w:szCs w:val="21"/>
        </w:rPr>
      </w:pPr>
    </w:p>
    <w:p w14:paraId="41611DAC" w14:textId="0314691C" w:rsidR="00A92924" w:rsidRDefault="00000000" w:rsidP="008E77DA">
      <w:pPr>
        <w:spacing w:after="0" w:line="240" w:lineRule="auto"/>
        <w:jc w:val="center"/>
        <w:rPr>
          <w:rFonts w:ascii="Times New Roman" w:hAnsi="Times New Roman" w:cs="Times New Roman"/>
          <w:b/>
          <w:color w:val="003366"/>
          <w:sz w:val="24"/>
          <w:szCs w:val="21"/>
        </w:rPr>
      </w:pPr>
      <w:r w:rsidRPr="00C95550">
        <w:rPr>
          <w:rFonts w:ascii="Times New Roman" w:hAnsi="Times New Roman" w:cs="Times New Roman"/>
          <w:b/>
          <w:color w:val="003366"/>
          <w:sz w:val="24"/>
          <w:szCs w:val="21"/>
        </w:rPr>
        <w:t xml:space="preserve">BESLENME VE DİYETETİK BÖLÜMÜ 2025-2026 </w:t>
      </w:r>
      <w:r w:rsidR="00D33902">
        <w:rPr>
          <w:rFonts w:ascii="Times New Roman" w:hAnsi="Times New Roman" w:cs="Times New Roman"/>
          <w:b/>
          <w:color w:val="003366"/>
          <w:sz w:val="24"/>
          <w:szCs w:val="21"/>
        </w:rPr>
        <w:t>BAHAR</w:t>
      </w:r>
      <w:r w:rsidRPr="00C95550">
        <w:rPr>
          <w:rFonts w:ascii="Times New Roman" w:hAnsi="Times New Roman" w:cs="Times New Roman"/>
          <w:b/>
          <w:color w:val="003366"/>
          <w:sz w:val="24"/>
          <w:szCs w:val="21"/>
        </w:rPr>
        <w:t xml:space="preserve"> DÖNEMİ DERS DEĞERLENDİRME ANKET SONUÇLARI</w:t>
      </w:r>
    </w:p>
    <w:p w14:paraId="47286497" w14:textId="77777777" w:rsidR="00D33902" w:rsidRDefault="00D33902" w:rsidP="008E77DA">
      <w:pPr>
        <w:spacing w:after="0" w:line="240" w:lineRule="auto"/>
        <w:jc w:val="center"/>
        <w:rPr>
          <w:rFonts w:ascii="Times New Roman" w:hAnsi="Times New Roman" w:cs="Times New Roman"/>
          <w:b/>
          <w:color w:val="003366"/>
          <w:sz w:val="24"/>
          <w:szCs w:val="21"/>
        </w:rPr>
      </w:pPr>
    </w:p>
    <w:p w14:paraId="1A11442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 Ders: BES110 Türk Mutfak Kültürü</w:t>
      </w:r>
    </w:p>
    <w:p w14:paraId="236FA93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A1A5A75" w14:textId="77777777" w:rsidTr="00F111D1">
        <w:trPr>
          <w:jc w:val="center"/>
        </w:trPr>
        <w:tc>
          <w:tcPr>
            <w:tcW w:w="3120" w:type="dxa"/>
            <w:shd w:val="clear" w:color="auto" w:fill="1F4E79"/>
            <w:tcMar>
              <w:top w:w="70" w:type="dxa"/>
              <w:left w:w="100" w:type="dxa"/>
              <w:bottom w:w="70" w:type="dxa"/>
              <w:right w:w="100" w:type="dxa"/>
            </w:tcMar>
          </w:tcPr>
          <w:p w14:paraId="0DBA72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4BFC1F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B814AA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C955D16" w14:textId="77777777" w:rsidTr="00F111D1">
        <w:trPr>
          <w:jc w:val="center"/>
        </w:trPr>
        <w:tc>
          <w:tcPr>
            <w:tcW w:w="3120" w:type="dxa"/>
            <w:shd w:val="clear" w:color="auto" w:fill="F9FAFB"/>
            <w:tcMar>
              <w:top w:w="50" w:type="dxa"/>
              <w:left w:w="100" w:type="dxa"/>
              <w:bottom w:w="50" w:type="dxa"/>
              <w:right w:w="100" w:type="dxa"/>
            </w:tcMar>
          </w:tcPr>
          <w:p w14:paraId="600D40A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775195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625AB3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4,10</w:t>
            </w:r>
          </w:p>
        </w:tc>
      </w:tr>
      <w:tr w:rsidR="00D33902" w:rsidRPr="00D33902" w14:paraId="54E56539" w14:textId="77777777" w:rsidTr="00F111D1">
        <w:trPr>
          <w:jc w:val="center"/>
        </w:trPr>
        <w:tc>
          <w:tcPr>
            <w:tcW w:w="3120" w:type="dxa"/>
            <w:shd w:val="clear" w:color="auto" w:fill="FFFFFF"/>
            <w:tcMar>
              <w:top w:w="50" w:type="dxa"/>
              <w:left w:w="100" w:type="dxa"/>
              <w:bottom w:w="50" w:type="dxa"/>
              <w:right w:w="100" w:type="dxa"/>
            </w:tcMar>
          </w:tcPr>
          <w:p w14:paraId="1920E5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E1B62B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1BA6465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2071A40F" w14:textId="77777777" w:rsidTr="00F111D1">
        <w:trPr>
          <w:jc w:val="center"/>
        </w:trPr>
        <w:tc>
          <w:tcPr>
            <w:tcW w:w="3120" w:type="dxa"/>
            <w:shd w:val="clear" w:color="auto" w:fill="F9FAFB"/>
            <w:tcMar>
              <w:top w:w="50" w:type="dxa"/>
              <w:left w:w="100" w:type="dxa"/>
              <w:bottom w:w="50" w:type="dxa"/>
              <w:right w:w="100" w:type="dxa"/>
            </w:tcMar>
          </w:tcPr>
          <w:p w14:paraId="7F6931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1ADDC8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05F198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2,90</w:t>
            </w:r>
          </w:p>
        </w:tc>
      </w:tr>
      <w:tr w:rsidR="00D33902" w:rsidRPr="00D33902" w14:paraId="07B26C2E" w14:textId="77777777" w:rsidTr="00F111D1">
        <w:trPr>
          <w:jc w:val="center"/>
        </w:trPr>
        <w:tc>
          <w:tcPr>
            <w:tcW w:w="3120" w:type="dxa"/>
            <w:shd w:val="clear" w:color="auto" w:fill="FFFFFF"/>
            <w:tcMar>
              <w:top w:w="50" w:type="dxa"/>
              <w:left w:w="100" w:type="dxa"/>
              <w:bottom w:w="50" w:type="dxa"/>
              <w:right w:w="100" w:type="dxa"/>
            </w:tcMar>
          </w:tcPr>
          <w:p w14:paraId="42AF93B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4C331A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2F55BF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4,10</w:t>
            </w:r>
          </w:p>
        </w:tc>
      </w:tr>
    </w:tbl>
    <w:p w14:paraId="62ECE77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3DBF64A6" w14:textId="77777777" w:rsidTr="00F111D1">
        <w:trPr>
          <w:jc w:val="center"/>
        </w:trPr>
        <w:tc>
          <w:tcPr>
            <w:tcW w:w="4680" w:type="dxa"/>
            <w:shd w:val="clear" w:color="auto" w:fill="1F4E79"/>
            <w:tcMar>
              <w:top w:w="70" w:type="dxa"/>
              <w:left w:w="100" w:type="dxa"/>
              <w:bottom w:w="70" w:type="dxa"/>
              <w:right w:w="100" w:type="dxa"/>
            </w:tcMar>
          </w:tcPr>
          <w:p w14:paraId="3577C5E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4EEEE47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4E1FA8B4" w14:textId="77777777" w:rsidTr="00F111D1">
        <w:trPr>
          <w:jc w:val="center"/>
        </w:trPr>
        <w:tc>
          <w:tcPr>
            <w:tcW w:w="4680" w:type="dxa"/>
            <w:shd w:val="clear" w:color="auto" w:fill="F9FAFB"/>
            <w:tcMar>
              <w:top w:w="50" w:type="dxa"/>
              <w:left w:w="100" w:type="dxa"/>
              <w:bottom w:w="50" w:type="dxa"/>
              <w:right w:w="100" w:type="dxa"/>
            </w:tcMar>
          </w:tcPr>
          <w:p w14:paraId="72850FB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75B8D06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2,10 saat</w:t>
            </w:r>
          </w:p>
        </w:tc>
      </w:tr>
      <w:tr w:rsidR="00D33902" w:rsidRPr="00D33902" w14:paraId="7D097062" w14:textId="77777777" w:rsidTr="00F111D1">
        <w:trPr>
          <w:jc w:val="center"/>
        </w:trPr>
        <w:tc>
          <w:tcPr>
            <w:tcW w:w="4680" w:type="dxa"/>
            <w:shd w:val="clear" w:color="auto" w:fill="FFFFFF"/>
            <w:tcMar>
              <w:top w:w="50" w:type="dxa"/>
              <w:left w:w="100" w:type="dxa"/>
              <w:bottom w:w="50" w:type="dxa"/>
              <w:right w:w="100" w:type="dxa"/>
            </w:tcMar>
          </w:tcPr>
          <w:p w14:paraId="2F97DE8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7040B2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 saat</w:t>
            </w:r>
          </w:p>
        </w:tc>
      </w:tr>
      <w:tr w:rsidR="00D33902" w:rsidRPr="00D33902" w14:paraId="4EE80858" w14:textId="77777777" w:rsidTr="00F111D1">
        <w:trPr>
          <w:jc w:val="center"/>
        </w:trPr>
        <w:tc>
          <w:tcPr>
            <w:tcW w:w="4680" w:type="dxa"/>
            <w:shd w:val="clear" w:color="auto" w:fill="F9FAFB"/>
            <w:tcMar>
              <w:top w:w="50" w:type="dxa"/>
              <w:left w:w="100" w:type="dxa"/>
              <w:bottom w:w="50" w:type="dxa"/>
              <w:right w:w="100" w:type="dxa"/>
            </w:tcMar>
          </w:tcPr>
          <w:p w14:paraId="6E2964B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50AEB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1,11 saat</w:t>
            </w:r>
          </w:p>
        </w:tc>
      </w:tr>
      <w:tr w:rsidR="00D33902" w:rsidRPr="00D33902" w14:paraId="5C53561C" w14:textId="77777777" w:rsidTr="00F111D1">
        <w:trPr>
          <w:jc w:val="center"/>
        </w:trPr>
        <w:tc>
          <w:tcPr>
            <w:tcW w:w="4680" w:type="dxa"/>
            <w:shd w:val="clear" w:color="auto" w:fill="FFFFFF"/>
            <w:tcMar>
              <w:top w:w="50" w:type="dxa"/>
              <w:left w:w="100" w:type="dxa"/>
              <w:bottom w:w="50" w:type="dxa"/>
              <w:right w:w="100" w:type="dxa"/>
            </w:tcMar>
          </w:tcPr>
          <w:p w14:paraId="369501C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0D71A8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3,30 saat</w:t>
            </w:r>
          </w:p>
        </w:tc>
      </w:tr>
      <w:tr w:rsidR="00D33902" w:rsidRPr="00D33902" w14:paraId="6D9B80B6" w14:textId="77777777" w:rsidTr="00F111D1">
        <w:trPr>
          <w:jc w:val="center"/>
        </w:trPr>
        <w:tc>
          <w:tcPr>
            <w:tcW w:w="4680" w:type="dxa"/>
            <w:shd w:val="clear" w:color="auto" w:fill="F9FAFB"/>
            <w:tcMar>
              <w:top w:w="50" w:type="dxa"/>
              <w:left w:w="100" w:type="dxa"/>
              <w:bottom w:w="50" w:type="dxa"/>
              <w:right w:w="100" w:type="dxa"/>
            </w:tcMar>
          </w:tcPr>
          <w:p w14:paraId="041B67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2A6B33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 saat</w:t>
            </w:r>
          </w:p>
        </w:tc>
      </w:tr>
      <w:tr w:rsidR="00D33902" w:rsidRPr="00D33902" w14:paraId="55057249" w14:textId="77777777" w:rsidTr="00F111D1">
        <w:trPr>
          <w:jc w:val="center"/>
        </w:trPr>
        <w:tc>
          <w:tcPr>
            <w:tcW w:w="4680" w:type="dxa"/>
            <w:shd w:val="clear" w:color="auto" w:fill="FFFFFF"/>
            <w:tcMar>
              <w:top w:w="50" w:type="dxa"/>
              <w:left w:w="100" w:type="dxa"/>
              <w:bottom w:w="50" w:type="dxa"/>
              <w:right w:w="100" w:type="dxa"/>
            </w:tcMar>
          </w:tcPr>
          <w:p w14:paraId="01A5B6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4D51C5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0,67 saat</w:t>
            </w:r>
          </w:p>
        </w:tc>
      </w:tr>
      <w:tr w:rsidR="00D33902" w:rsidRPr="00D33902" w14:paraId="777613DA" w14:textId="77777777" w:rsidTr="00F111D1">
        <w:trPr>
          <w:jc w:val="center"/>
        </w:trPr>
        <w:tc>
          <w:tcPr>
            <w:tcW w:w="4680" w:type="dxa"/>
            <w:shd w:val="clear" w:color="auto" w:fill="F9FAFB"/>
            <w:tcMar>
              <w:top w:w="50" w:type="dxa"/>
              <w:left w:w="100" w:type="dxa"/>
              <w:bottom w:w="50" w:type="dxa"/>
              <w:right w:w="100" w:type="dxa"/>
            </w:tcMar>
          </w:tcPr>
          <w:p w14:paraId="4CFE4F4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533370A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0,33 saat</w:t>
            </w:r>
          </w:p>
        </w:tc>
      </w:tr>
      <w:tr w:rsidR="00D33902" w:rsidRPr="00D33902" w14:paraId="4D18B175" w14:textId="77777777" w:rsidTr="00F111D1">
        <w:trPr>
          <w:jc w:val="center"/>
        </w:trPr>
        <w:tc>
          <w:tcPr>
            <w:tcW w:w="4680" w:type="dxa"/>
            <w:shd w:val="clear" w:color="auto" w:fill="FFFFFF"/>
            <w:tcMar>
              <w:top w:w="50" w:type="dxa"/>
              <w:left w:w="100" w:type="dxa"/>
              <w:bottom w:w="50" w:type="dxa"/>
              <w:right w:w="100" w:type="dxa"/>
            </w:tcMar>
          </w:tcPr>
          <w:p w14:paraId="07E49A3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67FC175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3,90 saat</w:t>
            </w:r>
          </w:p>
        </w:tc>
      </w:tr>
    </w:tbl>
    <w:p w14:paraId="475CC692" w14:textId="77777777" w:rsidR="00D33902" w:rsidRPr="00D33902" w:rsidRDefault="00D33902" w:rsidP="00D33902">
      <w:pPr>
        <w:spacing w:after="0" w:line="240" w:lineRule="auto"/>
        <w:rPr>
          <w:rFonts w:ascii="Times New Roman" w:hAnsi="Times New Roman" w:cs="Times New Roman"/>
        </w:rPr>
      </w:pPr>
    </w:p>
    <w:p w14:paraId="4D3AAC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093EE79" w14:textId="77777777" w:rsidTr="00F111D1">
        <w:trPr>
          <w:jc w:val="center"/>
        </w:trPr>
        <w:tc>
          <w:tcPr>
            <w:tcW w:w="3120" w:type="dxa"/>
            <w:shd w:val="clear" w:color="auto" w:fill="1F4E79"/>
            <w:tcMar>
              <w:top w:w="70" w:type="dxa"/>
              <w:left w:w="100" w:type="dxa"/>
              <w:bottom w:w="70" w:type="dxa"/>
              <w:right w:w="100" w:type="dxa"/>
            </w:tcMar>
          </w:tcPr>
          <w:p w14:paraId="5EFA6B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7EA87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B50A9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D6DCE19" w14:textId="77777777" w:rsidTr="00F111D1">
        <w:trPr>
          <w:jc w:val="center"/>
        </w:trPr>
        <w:tc>
          <w:tcPr>
            <w:tcW w:w="3120" w:type="dxa"/>
            <w:shd w:val="clear" w:color="auto" w:fill="F9FAFB"/>
            <w:tcMar>
              <w:top w:w="50" w:type="dxa"/>
              <w:left w:w="100" w:type="dxa"/>
              <w:bottom w:w="50" w:type="dxa"/>
              <w:right w:w="100" w:type="dxa"/>
            </w:tcMar>
          </w:tcPr>
          <w:p w14:paraId="363057B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7A21DC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215D90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4,60</w:t>
            </w:r>
          </w:p>
        </w:tc>
      </w:tr>
      <w:tr w:rsidR="00D33902" w:rsidRPr="00D33902" w14:paraId="4E593D45" w14:textId="77777777" w:rsidTr="00F111D1">
        <w:trPr>
          <w:jc w:val="center"/>
        </w:trPr>
        <w:tc>
          <w:tcPr>
            <w:tcW w:w="3120" w:type="dxa"/>
            <w:shd w:val="clear" w:color="auto" w:fill="FFFFFF"/>
            <w:tcMar>
              <w:top w:w="50" w:type="dxa"/>
              <w:left w:w="100" w:type="dxa"/>
              <w:bottom w:w="50" w:type="dxa"/>
              <w:right w:w="100" w:type="dxa"/>
            </w:tcMar>
          </w:tcPr>
          <w:p w14:paraId="188865B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3B2955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3516FF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4,30</w:t>
            </w:r>
          </w:p>
        </w:tc>
      </w:tr>
      <w:tr w:rsidR="00D33902" w:rsidRPr="00D33902" w14:paraId="28D4053A" w14:textId="77777777" w:rsidTr="00F111D1">
        <w:trPr>
          <w:jc w:val="center"/>
        </w:trPr>
        <w:tc>
          <w:tcPr>
            <w:tcW w:w="3120" w:type="dxa"/>
            <w:shd w:val="clear" w:color="auto" w:fill="F9FAFB"/>
            <w:tcMar>
              <w:top w:w="50" w:type="dxa"/>
              <w:left w:w="100" w:type="dxa"/>
              <w:bottom w:w="50" w:type="dxa"/>
              <w:right w:w="100" w:type="dxa"/>
            </w:tcMar>
          </w:tcPr>
          <w:p w14:paraId="509056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C65CFF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78E94A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4,60</w:t>
            </w:r>
          </w:p>
        </w:tc>
      </w:tr>
      <w:tr w:rsidR="00D33902" w:rsidRPr="00D33902" w14:paraId="316F1DB7" w14:textId="77777777" w:rsidTr="00F111D1">
        <w:trPr>
          <w:jc w:val="center"/>
        </w:trPr>
        <w:tc>
          <w:tcPr>
            <w:tcW w:w="3120" w:type="dxa"/>
            <w:shd w:val="clear" w:color="auto" w:fill="FFFFFF"/>
            <w:tcMar>
              <w:top w:w="50" w:type="dxa"/>
              <w:left w:w="100" w:type="dxa"/>
              <w:bottom w:w="50" w:type="dxa"/>
              <w:right w:w="100" w:type="dxa"/>
            </w:tcMar>
          </w:tcPr>
          <w:p w14:paraId="68D93DC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1243F4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169D73C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4,20</w:t>
            </w:r>
          </w:p>
        </w:tc>
      </w:tr>
      <w:tr w:rsidR="00D33902" w:rsidRPr="00D33902" w14:paraId="74A4EACC" w14:textId="77777777" w:rsidTr="00F111D1">
        <w:trPr>
          <w:jc w:val="center"/>
        </w:trPr>
        <w:tc>
          <w:tcPr>
            <w:tcW w:w="3120" w:type="dxa"/>
            <w:shd w:val="clear" w:color="auto" w:fill="F9FAFB"/>
            <w:tcMar>
              <w:top w:w="50" w:type="dxa"/>
              <w:left w:w="100" w:type="dxa"/>
              <w:bottom w:w="50" w:type="dxa"/>
              <w:right w:w="100" w:type="dxa"/>
            </w:tcMar>
          </w:tcPr>
          <w:p w14:paraId="0ED3C47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6D24813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C7DE4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4,10</w:t>
            </w:r>
          </w:p>
        </w:tc>
      </w:tr>
      <w:tr w:rsidR="00D33902" w:rsidRPr="00D33902" w14:paraId="11F93EF0" w14:textId="77777777" w:rsidTr="00F111D1">
        <w:trPr>
          <w:jc w:val="center"/>
        </w:trPr>
        <w:tc>
          <w:tcPr>
            <w:tcW w:w="3120" w:type="dxa"/>
            <w:shd w:val="clear" w:color="auto" w:fill="FFFFFF"/>
            <w:tcMar>
              <w:top w:w="50" w:type="dxa"/>
              <w:left w:w="100" w:type="dxa"/>
              <w:bottom w:w="50" w:type="dxa"/>
              <w:right w:w="100" w:type="dxa"/>
            </w:tcMar>
          </w:tcPr>
          <w:p w14:paraId="75D092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5D8336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0DD3D0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4,10</w:t>
            </w:r>
          </w:p>
        </w:tc>
      </w:tr>
      <w:tr w:rsidR="00D33902" w:rsidRPr="00D33902" w14:paraId="179A346B" w14:textId="77777777" w:rsidTr="00F111D1">
        <w:trPr>
          <w:jc w:val="center"/>
        </w:trPr>
        <w:tc>
          <w:tcPr>
            <w:tcW w:w="3120" w:type="dxa"/>
            <w:shd w:val="clear" w:color="auto" w:fill="F9FAFB"/>
            <w:tcMar>
              <w:top w:w="50" w:type="dxa"/>
              <w:left w:w="100" w:type="dxa"/>
              <w:bottom w:w="50" w:type="dxa"/>
              <w:right w:w="100" w:type="dxa"/>
            </w:tcMar>
          </w:tcPr>
          <w:p w14:paraId="21F0389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17B86DB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19561CC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4,30</w:t>
            </w:r>
          </w:p>
        </w:tc>
      </w:tr>
      <w:tr w:rsidR="00D33902" w:rsidRPr="00D33902" w14:paraId="65263B33" w14:textId="77777777" w:rsidTr="00F111D1">
        <w:trPr>
          <w:jc w:val="center"/>
        </w:trPr>
        <w:tc>
          <w:tcPr>
            <w:tcW w:w="3120" w:type="dxa"/>
            <w:shd w:val="clear" w:color="auto" w:fill="FFFFFF"/>
            <w:tcMar>
              <w:top w:w="50" w:type="dxa"/>
              <w:left w:w="100" w:type="dxa"/>
              <w:bottom w:w="50" w:type="dxa"/>
              <w:right w:w="100" w:type="dxa"/>
            </w:tcMar>
          </w:tcPr>
          <w:p w14:paraId="11D99C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64598E7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5ABB79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4,60</w:t>
            </w:r>
          </w:p>
        </w:tc>
      </w:tr>
      <w:tr w:rsidR="00D33902" w:rsidRPr="00D33902" w14:paraId="3DB6058D" w14:textId="77777777" w:rsidTr="00F111D1">
        <w:trPr>
          <w:jc w:val="center"/>
        </w:trPr>
        <w:tc>
          <w:tcPr>
            <w:tcW w:w="3120" w:type="dxa"/>
            <w:shd w:val="clear" w:color="auto" w:fill="F9FAFB"/>
            <w:tcMar>
              <w:top w:w="50" w:type="dxa"/>
              <w:left w:w="100" w:type="dxa"/>
              <w:bottom w:w="50" w:type="dxa"/>
              <w:right w:w="100" w:type="dxa"/>
            </w:tcMar>
          </w:tcPr>
          <w:p w14:paraId="06B9F5E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271BB21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6C8B79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3,80</w:t>
            </w:r>
          </w:p>
        </w:tc>
      </w:tr>
      <w:tr w:rsidR="00D33902" w:rsidRPr="00D33902" w14:paraId="780449C1" w14:textId="77777777" w:rsidTr="00F111D1">
        <w:trPr>
          <w:jc w:val="center"/>
        </w:trPr>
        <w:tc>
          <w:tcPr>
            <w:tcW w:w="3120" w:type="dxa"/>
            <w:shd w:val="clear" w:color="auto" w:fill="FFFFFF"/>
            <w:tcMar>
              <w:top w:w="50" w:type="dxa"/>
              <w:left w:w="100" w:type="dxa"/>
              <w:bottom w:w="50" w:type="dxa"/>
              <w:right w:w="100" w:type="dxa"/>
            </w:tcMar>
          </w:tcPr>
          <w:p w14:paraId="0AFFD2A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134148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4A77FB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4,20</w:t>
            </w:r>
          </w:p>
        </w:tc>
      </w:tr>
      <w:tr w:rsidR="00D33902" w:rsidRPr="00D33902" w14:paraId="048EB5D9" w14:textId="77777777" w:rsidTr="00F111D1">
        <w:trPr>
          <w:jc w:val="center"/>
        </w:trPr>
        <w:tc>
          <w:tcPr>
            <w:tcW w:w="3120" w:type="dxa"/>
            <w:shd w:val="clear" w:color="auto" w:fill="F9FAFB"/>
            <w:tcMar>
              <w:top w:w="50" w:type="dxa"/>
              <w:left w:w="100" w:type="dxa"/>
              <w:bottom w:w="50" w:type="dxa"/>
              <w:right w:w="100" w:type="dxa"/>
            </w:tcMar>
          </w:tcPr>
          <w:p w14:paraId="578E60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0C0E9FA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80FE3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039159C" w14:textId="77777777" w:rsidTr="00F111D1">
        <w:trPr>
          <w:jc w:val="center"/>
        </w:trPr>
        <w:tc>
          <w:tcPr>
            <w:tcW w:w="3120" w:type="dxa"/>
            <w:shd w:val="clear" w:color="auto" w:fill="FFFFFF"/>
            <w:tcMar>
              <w:top w:w="50" w:type="dxa"/>
              <w:left w:w="100" w:type="dxa"/>
              <w:bottom w:w="50" w:type="dxa"/>
              <w:right w:w="100" w:type="dxa"/>
            </w:tcMar>
          </w:tcPr>
          <w:p w14:paraId="71E2E8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290D99B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09CE08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4,60</w:t>
            </w:r>
          </w:p>
        </w:tc>
      </w:tr>
      <w:tr w:rsidR="00D33902" w:rsidRPr="00D33902" w14:paraId="1CFB56A3" w14:textId="77777777" w:rsidTr="00F111D1">
        <w:trPr>
          <w:jc w:val="center"/>
        </w:trPr>
        <w:tc>
          <w:tcPr>
            <w:tcW w:w="3120" w:type="dxa"/>
            <w:shd w:val="clear" w:color="auto" w:fill="F9FAFB"/>
            <w:tcMar>
              <w:top w:w="50" w:type="dxa"/>
              <w:left w:w="100" w:type="dxa"/>
              <w:bottom w:w="50" w:type="dxa"/>
              <w:right w:w="100" w:type="dxa"/>
            </w:tcMar>
          </w:tcPr>
          <w:p w14:paraId="68FECD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1215DA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6B7906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3,70</w:t>
            </w:r>
          </w:p>
        </w:tc>
      </w:tr>
      <w:tr w:rsidR="00D33902" w:rsidRPr="00D33902" w14:paraId="2A11A4FC" w14:textId="77777777" w:rsidTr="00F111D1">
        <w:trPr>
          <w:jc w:val="center"/>
        </w:trPr>
        <w:tc>
          <w:tcPr>
            <w:tcW w:w="3120" w:type="dxa"/>
            <w:shd w:val="clear" w:color="auto" w:fill="FFFFFF"/>
            <w:tcMar>
              <w:top w:w="50" w:type="dxa"/>
              <w:left w:w="100" w:type="dxa"/>
              <w:bottom w:w="50" w:type="dxa"/>
              <w:right w:w="100" w:type="dxa"/>
            </w:tcMar>
          </w:tcPr>
          <w:p w14:paraId="713761A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74AB78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1461E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3,80</w:t>
            </w:r>
          </w:p>
        </w:tc>
      </w:tr>
    </w:tbl>
    <w:p w14:paraId="01F32EB1" w14:textId="77777777" w:rsidR="00D33902" w:rsidRPr="00D33902" w:rsidRDefault="00D33902" w:rsidP="00D33902">
      <w:pPr>
        <w:spacing w:after="0" w:line="240" w:lineRule="auto"/>
        <w:rPr>
          <w:rFonts w:ascii="Times New Roman" w:hAnsi="Times New Roman" w:cs="Times New Roman"/>
        </w:rPr>
      </w:pPr>
    </w:p>
    <w:p w14:paraId="6952F9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81EF576" w14:textId="77777777" w:rsidTr="00F111D1">
        <w:trPr>
          <w:jc w:val="center"/>
        </w:trPr>
        <w:tc>
          <w:tcPr>
            <w:tcW w:w="3120" w:type="dxa"/>
            <w:shd w:val="clear" w:color="auto" w:fill="1F4E79"/>
            <w:tcMar>
              <w:top w:w="70" w:type="dxa"/>
              <w:left w:w="100" w:type="dxa"/>
              <w:bottom w:w="70" w:type="dxa"/>
              <w:right w:w="100" w:type="dxa"/>
            </w:tcMar>
          </w:tcPr>
          <w:p w14:paraId="2F3286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0605A3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B72A4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AAAE852" w14:textId="77777777" w:rsidTr="00F111D1">
        <w:trPr>
          <w:jc w:val="center"/>
        </w:trPr>
        <w:tc>
          <w:tcPr>
            <w:tcW w:w="3120" w:type="dxa"/>
            <w:shd w:val="clear" w:color="auto" w:fill="F9FAFB"/>
            <w:tcMar>
              <w:top w:w="50" w:type="dxa"/>
              <w:left w:w="100" w:type="dxa"/>
              <w:bottom w:w="50" w:type="dxa"/>
              <w:right w:w="100" w:type="dxa"/>
            </w:tcMar>
          </w:tcPr>
          <w:p w14:paraId="26BB73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04EBC9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67A547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3,40</w:t>
            </w:r>
          </w:p>
        </w:tc>
      </w:tr>
      <w:tr w:rsidR="00D33902" w:rsidRPr="00D33902" w14:paraId="387D36DF" w14:textId="77777777" w:rsidTr="00F111D1">
        <w:trPr>
          <w:jc w:val="center"/>
        </w:trPr>
        <w:tc>
          <w:tcPr>
            <w:tcW w:w="3120" w:type="dxa"/>
            <w:shd w:val="clear" w:color="auto" w:fill="FFFFFF"/>
            <w:tcMar>
              <w:top w:w="50" w:type="dxa"/>
              <w:left w:w="100" w:type="dxa"/>
              <w:bottom w:w="50" w:type="dxa"/>
              <w:right w:w="100" w:type="dxa"/>
            </w:tcMar>
          </w:tcPr>
          <w:p w14:paraId="199F6F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4722B5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7AF5885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3,60</w:t>
            </w:r>
          </w:p>
        </w:tc>
      </w:tr>
      <w:tr w:rsidR="00D33902" w:rsidRPr="00D33902" w14:paraId="74C8666D" w14:textId="77777777" w:rsidTr="00F111D1">
        <w:trPr>
          <w:jc w:val="center"/>
        </w:trPr>
        <w:tc>
          <w:tcPr>
            <w:tcW w:w="3120" w:type="dxa"/>
            <w:shd w:val="clear" w:color="auto" w:fill="F9FAFB"/>
            <w:tcMar>
              <w:top w:w="50" w:type="dxa"/>
              <w:left w:w="100" w:type="dxa"/>
              <w:bottom w:w="50" w:type="dxa"/>
              <w:right w:w="100" w:type="dxa"/>
            </w:tcMar>
          </w:tcPr>
          <w:p w14:paraId="36AECF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B6777B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7B688BC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4,20</w:t>
            </w:r>
          </w:p>
        </w:tc>
      </w:tr>
      <w:tr w:rsidR="00D33902" w:rsidRPr="00D33902" w14:paraId="23F00E49" w14:textId="77777777" w:rsidTr="00F111D1">
        <w:trPr>
          <w:jc w:val="center"/>
        </w:trPr>
        <w:tc>
          <w:tcPr>
            <w:tcW w:w="3120" w:type="dxa"/>
            <w:shd w:val="clear" w:color="auto" w:fill="FFFFFF"/>
            <w:tcMar>
              <w:top w:w="50" w:type="dxa"/>
              <w:left w:w="100" w:type="dxa"/>
              <w:bottom w:w="50" w:type="dxa"/>
              <w:right w:w="100" w:type="dxa"/>
            </w:tcMar>
          </w:tcPr>
          <w:p w14:paraId="470E68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EDAF86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179424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64E33D4C" w14:textId="77777777" w:rsidTr="00F111D1">
        <w:trPr>
          <w:jc w:val="center"/>
        </w:trPr>
        <w:tc>
          <w:tcPr>
            <w:tcW w:w="3120" w:type="dxa"/>
            <w:shd w:val="clear" w:color="auto" w:fill="F9FAFB"/>
            <w:tcMar>
              <w:top w:w="50" w:type="dxa"/>
              <w:left w:w="100" w:type="dxa"/>
              <w:bottom w:w="50" w:type="dxa"/>
              <w:right w:w="100" w:type="dxa"/>
            </w:tcMar>
          </w:tcPr>
          <w:p w14:paraId="4B60C95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B198E4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7E74E0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3,90</w:t>
            </w:r>
          </w:p>
        </w:tc>
      </w:tr>
    </w:tbl>
    <w:p w14:paraId="7CB383AB" w14:textId="77777777" w:rsidR="00D33902" w:rsidRPr="00D33902" w:rsidRDefault="00D33902" w:rsidP="00D33902">
      <w:pPr>
        <w:spacing w:after="0" w:line="240" w:lineRule="auto"/>
        <w:rPr>
          <w:rFonts w:ascii="Times New Roman" w:hAnsi="Times New Roman" w:cs="Times New Roman"/>
        </w:rPr>
      </w:pPr>
    </w:p>
    <w:p w14:paraId="0DCF290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2. Ders: BES111 Dünya Mutfakları</w:t>
      </w:r>
    </w:p>
    <w:p w14:paraId="5F6535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BF135B6" w14:textId="77777777" w:rsidTr="00F111D1">
        <w:trPr>
          <w:jc w:val="center"/>
        </w:trPr>
        <w:tc>
          <w:tcPr>
            <w:tcW w:w="3120" w:type="dxa"/>
            <w:shd w:val="clear" w:color="auto" w:fill="1F4E79"/>
            <w:tcMar>
              <w:top w:w="70" w:type="dxa"/>
              <w:left w:w="100" w:type="dxa"/>
              <w:bottom w:w="70" w:type="dxa"/>
              <w:right w:w="100" w:type="dxa"/>
            </w:tcMar>
          </w:tcPr>
          <w:p w14:paraId="48C342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5EB517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FA22E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A88C50D" w14:textId="77777777" w:rsidTr="00F111D1">
        <w:trPr>
          <w:jc w:val="center"/>
        </w:trPr>
        <w:tc>
          <w:tcPr>
            <w:tcW w:w="3120" w:type="dxa"/>
            <w:shd w:val="clear" w:color="auto" w:fill="F9FAFB"/>
            <w:tcMar>
              <w:top w:w="50" w:type="dxa"/>
              <w:left w:w="100" w:type="dxa"/>
              <w:bottom w:w="50" w:type="dxa"/>
              <w:right w:w="100" w:type="dxa"/>
            </w:tcMar>
          </w:tcPr>
          <w:p w14:paraId="6FA681D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1D0500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0F9BE4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087308F7" w14:textId="77777777" w:rsidTr="00F111D1">
        <w:trPr>
          <w:jc w:val="center"/>
        </w:trPr>
        <w:tc>
          <w:tcPr>
            <w:tcW w:w="3120" w:type="dxa"/>
            <w:shd w:val="clear" w:color="auto" w:fill="FFFFFF"/>
            <w:tcMar>
              <w:top w:w="50" w:type="dxa"/>
              <w:left w:w="100" w:type="dxa"/>
              <w:bottom w:w="50" w:type="dxa"/>
              <w:right w:w="100" w:type="dxa"/>
            </w:tcMar>
          </w:tcPr>
          <w:p w14:paraId="1BFC67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D085EB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0525712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503A6687" w14:textId="77777777" w:rsidTr="00F111D1">
        <w:trPr>
          <w:jc w:val="center"/>
        </w:trPr>
        <w:tc>
          <w:tcPr>
            <w:tcW w:w="3120" w:type="dxa"/>
            <w:shd w:val="clear" w:color="auto" w:fill="F9FAFB"/>
            <w:tcMar>
              <w:top w:w="50" w:type="dxa"/>
              <w:left w:w="100" w:type="dxa"/>
              <w:bottom w:w="50" w:type="dxa"/>
              <w:right w:w="100" w:type="dxa"/>
            </w:tcMar>
          </w:tcPr>
          <w:p w14:paraId="402BA1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4E9418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6383BE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2,62</w:t>
            </w:r>
          </w:p>
        </w:tc>
      </w:tr>
      <w:tr w:rsidR="00D33902" w:rsidRPr="00D33902" w14:paraId="233A8F24" w14:textId="77777777" w:rsidTr="00F111D1">
        <w:trPr>
          <w:jc w:val="center"/>
        </w:trPr>
        <w:tc>
          <w:tcPr>
            <w:tcW w:w="3120" w:type="dxa"/>
            <w:shd w:val="clear" w:color="auto" w:fill="FFFFFF"/>
            <w:tcMar>
              <w:top w:w="50" w:type="dxa"/>
              <w:left w:w="100" w:type="dxa"/>
              <w:bottom w:w="50" w:type="dxa"/>
              <w:right w:w="100" w:type="dxa"/>
            </w:tcMar>
          </w:tcPr>
          <w:p w14:paraId="6B7C368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74427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2CBB29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189221E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EEDC1CC" w14:textId="77777777" w:rsidTr="00F111D1">
        <w:trPr>
          <w:jc w:val="center"/>
        </w:trPr>
        <w:tc>
          <w:tcPr>
            <w:tcW w:w="4680" w:type="dxa"/>
            <w:shd w:val="clear" w:color="auto" w:fill="1F4E79"/>
            <w:tcMar>
              <w:top w:w="70" w:type="dxa"/>
              <w:left w:w="100" w:type="dxa"/>
              <w:bottom w:w="70" w:type="dxa"/>
              <w:right w:w="100" w:type="dxa"/>
            </w:tcMar>
          </w:tcPr>
          <w:p w14:paraId="392AB1B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35F0B8C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2A6A1703" w14:textId="77777777" w:rsidTr="00F111D1">
        <w:trPr>
          <w:jc w:val="center"/>
        </w:trPr>
        <w:tc>
          <w:tcPr>
            <w:tcW w:w="4680" w:type="dxa"/>
            <w:shd w:val="clear" w:color="auto" w:fill="F9FAFB"/>
            <w:tcMar>
              <w:top w:w="50" w:type="dxa"/>
              <w:left w:w="100" w:type="dxa"/>
              <w:bottom w:w="50" w:type="dxa"/>
              <w:right w:w="100" w:type="dxa"/>
            </w:tcMar>
          </w:tcPr>
          <w:p w14:paraId="3230939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0C9AD1A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1,50 saat</w:t>
            </w:r>
          </w:p>
        </w:tc>
      </w:tr>
      <w:tr w:rsidR="00D33902" w:rsidRPr="00D33902" w14:paraId="7061260D" w14:textId="77777777" w:rsidTr="00F111D1">
        <w:trPr>
          <w:jc w:val="center"/>
        </w:trPr>
        <w:tc>
          <w:tcPr>
            <w:tcW w:w="4680" w:type="dxa"/>
            <w:shd w:val="clear" w:color="auto" w:fill="FFFFFF"/>
            <w:tcMar>
              <w:top w:w="50" w:type="dxa"/>
              <w:left w:w="100" w:type="dxa"/>
              <w:bottom w:w="50" w:type="dxa"/>
              <w:right w:w="100" w:type="dxa"/>
            </w:tcMar>
          </w:tcPr>
          <w:p w14:paraId="4301A70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3171A8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 saat</w:t>
            </w:r>
          </w:p>
        </w:tc>
      </w:tr>
      <w:tr w:rsidR="00D33902" w:rsidRPr="00D33902" w14:paraId="4A301177" w14:textId="77777777" w:rsidTr="00F111D1">
        <w:trPr>
          <w:jc w:val="center"/>
        </w:trPr>
        <w:tc>
          <w:tcPr>
            <w:tcW w:w="4680" w:type="dxa"/>
            <w:shd w:val="clear" w:color="auto" w:fill="F9FAFB"/>
            <w:tcMar>
              <w:top w:w="50" w:type="dxa"/>
              <w:left w:w="100" w:type="dxa"/>
              <w:bottom w:w="50" w:type="dxa"/>
              <w:right w:w="100" w:type="dxa"/>
            </w:tcMar>
          </w:tcPr>
          <w:p w14:paraId="59FDB0D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747511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1,43 saat</w:t>
            </w:r>
          </w:p>
        </w:tc>
      </w:tr>
      <w:tr w:rsidR="00D33902" w:rsidRPr="00D33902" w14:paraId="63B63F4F" w14:textId="77777777" w:rsidTr="00F111D1">
        <w:trPr>
          <w:jc w:val="center"/>
        </w:trPr>
        <w:tc>
          <w:tcPr>
            <w:tcW w:w="4680" w:type="dxa"/>
            <w:shd w:val="clear" w:color="auto" w:fill="FFFFFF"/>
            <w:tcMar>
              <w:top w:w="50" w:type="dxa"/>
              <w:left w:w="100" w:type="dxa"/>
              <w:bottom w:w="50" w:type="dxa"/>
              <w:right w:w="100" w:type="dxa"/>
            </w:tcMar>
          </w:tcPr>
          <w:p w14:paraId="311ACCC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C2F0A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1,29 saat</w:t>
            </w:r>
          </w:p>
        </w:tc>
      </w:tr>
      <w:tr w:rsidR="00D33902" w:rsidRPr="00D33902" w14:paraId="6FDC02A5" w14:textId="77777777" w:rsidTr="00F111D1">
        <w:trPr>
          <w:jc w:val="center"/>
        </w:trPr>
        <w:tc>
          <w:tcPr>
            <w:tcW w:w="4680" w:type="dxa"/>
            <w:shd w:val="clear" w:color="auto" w:fill="F9FAFB"/>
            <w:tcMar>
              <w:top w:w="50" w:type="dxa"/>
              <w:left w:w="100" w:type="dxa"/>
              <w:bottom w:w="50" w:type="dxa"/>
              <w:right w:w="100" w:type="dxa"/>
            </w:tcMar>
          </w:tcPr>
          <w:p w14:paraId="61A7AEA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78E477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3,12 saat</w:t>
            </w:r>
          </w:p>
        </w:tc>
      </w:tr>
      <w:tr w:rsidR="00D33902" w:rsidRPr="00D33902" w14:paraId="7688C9A7" w14:textId="77777777" w:rsidTr="00F111D1">
        <w:trPr>
          <w:jc w:val="center"/>
        </w:trPr>
        <w:tc>
          <w:tcPr>
            <w:tcW w:w="4680" w:type="dxa"/>
            <w:shd w:val="clear" w:color="auto" w:fill="FFFFFF"/>
            <w:tcMar>
              <w:top w:w="50" w:type="dxa"/>
              <w:left w:w="100" w:type="dxa"/>
              <w:bottom w:w="50" w:type="dxa"/>
              <w:right w:w="100" w:type="dxa"/>
            </w:tcMar>
          </w:tcPr>
          <w:p w14:paraId="665E56C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4C33B3E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1,43 saat</w:t>
            </w:r>
          </w:p>
        </w:tc>
      </w:tr>
      <w:tr w:rsidR="00D33902" w:rsidRPr="00D33902" w14:paraId="004BEB41" w14:textId="77777777" w:rsidTr="00F111D1">
        <w:trPr>
          <w:jc w:val="center"/>
        </w:trPr>
        <w:tc>
          <w:tcPr>
            <w:tcW w:w="4680" w:type="dxa"/>
            <w:shd w:val="clear" w:color="auto" w:fill="F9FAFB"/>
            <w:tcMar>
              <w:top w:w="50" w:type="dxa"/>
              <w:left w:w="100" w:type="dxa"/>
              <w:bottom w:w="50" w:type="dxa"/>
              <w:right w:w="100" w:type="dxa"/>
            </w:tcMar>
          </w:tcPr>
          <w:p w14:paraId="78AD02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204E8B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2,50 saat</w:t>
            </w:r>
          </w:p>
        </w:tc>
      </w:tr>
      <w:tr w:rsidR="00D33902" w:rsidRPr="00D33902" w14:paraId="640B09E6" w14:textId="77777777" w:rsidTr="00F111D1">
        <w:trPr>
          <w:jc w:val="center"/>
        </w:trPr>
        <w:tc>
          <w:tcPr>
            <w:tcW w:w="4680" w:type="dxa"/>
            <w:shd w:val="clear" w:color="auto" w:fill="FFFFFF"/>
            <w:tcMar>
              <w:top w:w="50" w:type="dxa"/>
              <w:left w:w="100" w:type="dxa"/>
              <w:bottom w:w="50" w:type="dxa"/>
              <w:right w:w="100" w:type="dxa"/>
            </w:tcMar>
          </w:tcPr>
          <w:p w14:paraId="7B8CBFF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61ADCF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 saat</w:t>
            </w:r>
          </w:p>
        </w:tc>
      </w:tr>
    </w:tbl>
    <w:p w14:paraId="1687AF7F" w14:textId="77777777" w:rsidR="00D33902" w:rsidRPr="00D33902" w:rsidRDefault="00D33902" w:rsidP="00D33902">
      <w:pPr>
        <w:spacing w:after="0" w:line="240" w:lineRule="auto"/>
        <w:rPr>
          <w:rFonts w:ascii="Times New Roman" w:hAnsi="Times New Roman" w:cs="Times New Roman"/>
        </w:rPr>
      </w:pPr>
    </w:p>
    <w:p w14:paraId="6E64670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6CBEA2A" w14:textId="77777777" w:rsidTr="00F111D1">
        <w:trPr>
          <w:jc w:val="center"/>
        </w:trPr>
        <w:tc>
          <w:tcPr>
            <w:tcW w:w="3120" w:type="dxa"/>
            <w:shd w:val="clear" w:color="auto" w:fill="1F4E79"/>
            <w:tcMar>
              <w:top w:w="70" w:type="dxa"/>
              <w:left w:w="100" w:type="dxa"/>
              <w:bottom w:w="70" w:type="dxa"/>
              <w:right w:w="100" w:type="dxa"/>
            </w:tcMar>
          </w:tcPr>
          <w:p w14:paraId="1CD1C48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366E078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6228E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B564F41" w14:textId="77777777" w:rsidTr="00F111D1">
        <w:trPr>
          <w:jc w:val="center"/>
        </w:trPr>
        <w:tc>
          <w:tcPr>
            <w:tcW w:w="3120" w:type="dxa"/>
            <w:shd w:val="clear" w:color="auto" w:fill="F9FAFB"/>
            <w:tcMar>
              <w:top w:w="50" w:type="dxa"/>
              <w:left w:w="100" w:type="dxa"/>
              <w:bottom w:w="50" w:type="dxa"/>
              <w:right w:w="100" w:type="dxa"/>
            </w:tcMar>
          </w:tcPr>
          <w:p w14:paraId="37E33B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37BF7E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65E3483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4E193528" w14:textId="77777777" w:rsidTr="00F111D1">
        <w:trPr>
          <w:jc w:val="center"/>
        </w:trPr>
        <w:tc>
          <w:tcPr>
            <w:tcW w:w="3120" w:type="dxa"/>
            <w:shd w:val="clear" w:color="auto" w:fill="FFFFFF"/>
            <w:tcMar>
              <w:top w:w="50" w:type="dxa"/>
              <w:left w:w="100" w:type="dxa"/>
              <w:bottom w:w="50" w:type="dxa"/>
              <w:right w:w="100" w:type="dxa"/>
            </w:tcMar>
          </w:tcPr>
          <w:p w14:paraId="192B52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2E01E8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1A37147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3,88</w:t>
            </w:r>
          </w:p>
        </w:tc>
      </w:tr>
      <w:tr w:rsidR="00D33902" w:rsidRPr="00D33902" w14:paraId="5DE501D9" w14:textId="77777777" w:rsidTr="00F111D1">
        <w:trPr>
          <w:jc w:val="center"/>
        </w:trPr>
        <w:tc>
          <w:tcPr>
            <w:tcW w:w="3120" w:type="dxa"/>
            <w:shd w:val="clear" w:color="auto" w:fill="F9FAFB"/>
            <w:tcMar>
              <w:top w:w="50" w:type="dxa"/>
              <w:left w:w="100" w:type="dxa"/>
              <w:bottom w:w="50" w:type="dxa"/>
              <w:right w:w="100" w:type="dxa"/>
            </w:tcMar>
          </w:tcPr>
          <w:p w14:paraId="381919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5E6839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67525D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38248C6E" w14:textId="77777777" w:rsidTr="00F111D1">
        <w:trPr>
          <w:jc w:val="center"/>
        </w:trPr>
        <w:tc>
          <w:tcPr>
            <w:tcW w:w="3120" w:type="dxa"/>
            <w:shd w:val="clear" w:color="auto" w:fill="FFFFFF"/>
            <w:tcMar>
              <w:top w:w="50" w:type="dxa"/>
              <w:left w:w="100" w:type="dxa"/>
              <w:bottom w:w="50" w:type="dxa"/>
              <w:right w:w="100" w:type="dxa"/>
            </w:tcMar>
          </w:tcPr>
          <w:p w14:paraId="3584B8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F996D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7C0072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51293755" w14:textId="77777777" w:rsidTr="00F111D1">
        <w:trPr>
          <w:jc w:val="center"/>
        </w:trPr>
        <w:tc>
          <w:tcPr>
            <w:tcW w:w="3120" w:type="dxa"/>
            <w:shd w:val="clear" w:color="auto" w:fill="F9FAFB"/>
            <w:tcMar>
              <w:top w:w="50" w:type="dxa"/>
              <w:left w:w="100" w:type="dxa"/>
              <w:bottom w:w="50" w:type="dxa"/>
              <w:right w:w="100" w:type="dxa"/>
            </w:tcMar>
          </w:tcPr>
          <w:p w14:paraId="6D2C2FD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3349A8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4183E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0DD6F64D" w14:textId="77777777" w:rsidTr="00F111D1">
        <w:trPr>
          <w:jc w:val="center"/>
        </w:trPr>
        <w:tc>
          <w:tcPr>
            <w:tcW w:w="3120" w:type="dxa"/>
            <w:shd w:val="clear" w:color="auto" w:fill="FFFFFF"/>
            <w:tcMar>
              <w:top w:w="50" w:type="dxa"/>
              <w:left w:w="100" w:type="dxa"/>
              <w:bottom w:w="50" w:type="dxa"/>
              <w:right w:w="100" w:type="dxa"/>
            </w:tcMar>
          </w:tcPr>
          <w:p w14:paraId="353C92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6FCBD03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78FFF13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3569D24E" w14:textId="77777777" w:rsidTr="00F111D1">
        <w:trPr>
          <w:jc w:val="center"/>
        </w:trPr>
        <w:tc>
          <w:tcPr>
            <w:tcW w:w="3120" w:type="dxa"/>
            <w:shd w:val="clear" w:color="auto" w:fill="F9FAFB"/>
            <w:tcMar>
              <w:top w:w="50" w:type="dxa"/>
              <w:left w:w="100" w:type="dxa"/>
              <w:bottom w:w="50" w:type="dxa"/>
              <w:right w:w="100" w:type="dxa"/>
            </w:tcMar>
          </w:tcPr>
          <w:p w14:paraId="0AB3978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26C9E3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2A1CFE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0CF54AD7" w14:textId="77777777" w:rsidTr="00F111D1">
        <w:trPr>
          <w:jc w:val="center"/>
        </w:trPr>
        <w:tc>
          <w:tcPr>
            <w:tcW w:w="3120" w:type="dxa"/>
            <w:shd w:val="clear" w:color="auto" w:fill="FFFFFF"/>
            <w:tcMar>
              <w:top w:w="50" w:type="dxa"/>
              <w:left w:w="100" w:type="dxa"/>
              <w:bottom w:w="50" w:type="dxa"/>
              <w:right w:w="100" w:type="dxa"/>
            </w:tcMar>
          </w:tcPr>
          <w:p w14:paraId="37B5BD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22FBB5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0C329E7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31371F7A" w14:textId="77777777" w:rsidTr="00F111D1">
        <w:trPr>
          <w:jc w:val="center"/>
        </w:trPr>
        <w:tc>
          <w:tcPr>
            <w:tcW w:w="3120" w:type="dxa"/>
            <w:shd w:val="clear" w:color="auto" w:fill="F9FAFB"/>
            <w:tcMar>
              <w:top w:w="50" w:type="dxa"/>
              <w:left w:w="100" w:type="dxa"/>
              <w:bottom w:w="50" w:type="dxa"/>
              <w:right w:w="100" w:type="dxa"/>
            </w:tcMar>
          </w:tcPr>
          <w:p w14:paraId="3944E2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22A8FB1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47B621A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5C6C7467" w14:textId="77777777" w:rsidTr="00F111D1">
        <w:trPr>
          <w:jc w:val="center"/>
        </w:trPr>
        <w:tc>
          <w:tcPr>
            <w:tcW w:w="3120" w:type="dxa"/>
            <w:shd w:val="clear" w:color="auto" w:fill="FFFFFF"/>
            <w:tcMar>
              <w:top w:w="50" w:type="dxa"/>
              <w:left w:w="100" w:type="dxa"/>
              <w:bottom w:w="50" w:type="dxa"/>
              <w:right w:w="100" w:type="dxa"/>
            </w:tcMar>
          </w:tcPr>
          <w:p w14:paraId="2ABF4A3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078DD62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675C566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034FF475" w14:textId="77777777" w:rsidTr="00F111D1">
        <w:trPr>
          <w:jc w:val="center"/>
        </w:trPr>
        <w:tc>
          <w:tcPr>
            <w:tcW w:w="3120" w:type="dxa"/>
            <w:shd w:val="clear" w:color="auto" w:fill="F9FAFB"/>
            <w:tcMar>
              <w:top w:w="50" w:type="dxa"/>
              <w:left w:w="100" w:type="dxa"/>
              <w:bottom w:w="50" w:type="dxa"/>
              <w:right w:w="100" w:type="dxa"/>
            </w:tcMar>
          </w:tcPr>
          <w:p w14:paraId="47BA875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59E6A1A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7FD401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03B40B5C" w14:textId="77777777" w:rsidTr="00F111D1">
        <w:trPr>
          <w:jc w:val="center"/>
        </w:trPr>
        <w:tc>
          <w:tcPr>
            <w:tcW w:w="3120" w:type="dxa"/>
            <w:shd w:val="clear" w:color="auto" w:fill="FFFFFF"/>
            <w:tcMar>
              <w:top w:w="50" w:type="dxa"/>
              <w:left w:w="100" w:type="dxa"/>
              <w:bottom w:w="50" w:type="dxa"/>
              <w:right w:w="100" w:type="dxa"/>
            </w:tcMar>
          </w:tcPr>
          <w:p w14:paraId="2D61D3F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1D0E86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514CA07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606C2A93" w14:textId="77777777" w:rsidTr="00F111D1">
        <w:trPr>
          <w:jc w:val="center"/>
        </w:trPr>
        <w:tc>
          <w:tcPr>
            <w:tcW w:w="3120" w:type="dxa"/>
            <w:shd w:val="clear" w:color="auto" w:fill="F9FAFB"/>
            <w:tcMar>
              <w:top w:w="50" w:type="dxa"/>
              <w:left w:w="100" w:type="dxa"/>
              <w:bottom w:w="50" w:type="dxa"/>
              <w:right w:w="100" w:type="dxa"/>
            </w:tcMar>
          </w:tcPr>
          <w:p w14:paraId="2D2489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6DA9019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07AF05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68E186D0" w14:textId="77777777" w:rsidTr="00F111D1">
        <w:trPr>
          <w:jc w:val="center"/>
        </w:trPr>
        <w:tc>
          <w:tcPr>
            <w:tcW w:w="3120" w:type="dxa"/>
            <w:shd w:val="clear" w:color="auto" w:fill="FFFFFF"/>
            <w:tcMar>
              <w:top w:w="50" w:type="dxa"/>
              <w:left w:w="100" w:type="dxa"/>
              <w:bottom w:w="50" w:type="dxa"/>
              <w:right w:w="100" w:type="dxa"/>
            </w:tcMar>
          </w:tcPr>
          <w:p w14:paraId="30AA39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0D5B4D9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02BB5C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bl>
    <w:p w14:paraId="2EFDD6B2" w14:textId="77777777" w:rsidR="00D33902" w:rsidRPr="00D33902" w:rsidRDefault="00D33902" w:rsidP="00D33902">
      <w:pPr>
        <w:spacing w:after="0" w:line="240" w:lineRule="auto"/>
        <w:rPr>
          <w:rFonts w:ascii="Times New Roman" w:hAnsi="Times New Roman" w:cs="Times New Roman"/>
        </w:rPr>
      </w:pPr>
    </w:p>
    <w:p w14:paraId="5B22422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C040EA6" w14:textId="77777777" w:rsidTr="00F111D1">
        <w:trPr>
          <w:jc w:val="center"/>
        </w:trPr>
        <w:tc>
          <w:tcPr>
            <w:tcW w:w="3120" w:type="dxa"/>
            <w:shd w:val="clear" w:color="auto" w:fill="1F4E79"/>
            <w:tcMar>
              <w:top w:w="70" w:type="dxa"/>
              <w:left w:w="100" w:type="dxa"/>
              <w:bottom w:w="70" w:type="dxa"/>
              <w:right w:w="100" w:type="dxa"/>
            </w:tcMar>
          </w:tcPr>
          <w:p w14:paraId="4C51BE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707C08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F72A3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D344F28" w14:textId="77777777" w:rsidTr="00F111D1">
        <w:trPr>
          <w:jc w:val="center"/>
        </w:trPr>
        <w:tc>
          <w:tcPr>
            <w:tcW w:w="3120" w:type="dxa"/>
            <w:shd w:val="clear" w:color="auto" w:fill="F9FAFB"/>
            <w:tcMar>
              <w:top w:w="50" w:type="dxa"/>
              <w:left w:w="100" w:type="dxa"/>
              <w:bottom w:w="50" w:type="dxa"/>
              <w:right w:w="100" w:type="dxa"/>
            </w:tcMar>
          </w:tcPr>
          <w:p w14:paraId="72B2E2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39F8DE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2B1344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3,88</w:t>
            </w:r>
          </w:p>
        </w:tc>
      </w:tr>
      <w:tr w:rsidR="00D33902" w:rsidRPr="00D33902" w14:paraId="28A8E5A3" w14:textId="77777777" w:rsidTr="00F111D1">
        <w:trPr>
          <w:jc w:val="center"/>
        </w:trPr>
        <w:tc>
          <w:tcPr>
            <w:tcW w:w="3120" w:type="dxa"/>
            <w:shd w:val="clear" w:color="auto" w:fill="FFFFFF"/>
            <w:tcMar>
              <w:top w:w="50" w:type="dxa"/>
              <w:left w:w="100" w:type="dxa"/>
              <w:bottom w:w="50" w:type="dxa"/>
              <w:right w:w="100" w:type="dxa"/>
            </w:tcMar>
          </w:tcPr>
          <w:p w14:paraId="7ACD71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36803A3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70452BA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4F6AC1FE" w14:textId="77777777" w:rsidTr="00F111D1">
        <w:trPr>
          <w:jc w:val="center"/>
        </w:trPr>
        <w:tc>
          <w:tcPr>
            <w:tcW w:w="3120" w:type="dxa"/>
            <w:shd w:val="clear" w:color="auto" w:fill="F9FAFB"/>
            <w:tcMar>
              <w:top w:w="50" w:type="dxa"/>
              <w:left w:w="100" w:type="dxa"/>
              <w:bottom w:w="50" w:type="dxa"/>
              <w:right w:w="100" w:type="dxa"/>
            </w:tcMar>
          </w:tcPr>
          <w:p w14:paraId="727E5FC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52D2C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611721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21F2DAA7" w14:textId="77777777" w:rsidTr="00F111D1">
        <w:trPr>
          <w:jc w:val="center"/>
        </w:trPr>
        <w:tc>
          <w:tcPr>
            <w:tcW w:w="3120" w:type="dxa"/>
            <w:shd w:val="clear" w:color="auto" w:fill="FFFFFF"/>
            <w:tcMar>
              <w:top w:w="50" w:type="dxa"/>
              <w:left w:w="100" w:type="dxa"/>
              <w:bottom w:w="50" w:type="dxa"/>
              <w:right w:w="100" w:type="dxa"/>
            </w:tcMar>
          </w:tcPr>
          <w:p w14:paraId="4DA1143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791BE9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6D48EE8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r w:rsidR="00D33902" w:rsidRPr="00D33902" w14:paraId="6FE0FB45" w14:textId="77777777" w:rsidTr="00F111D1">
        <w:trPr>
          <w:jc w:val="center"/>
        </w:trPr>
        <w:tc>
          <w:tcPr>
            <w:tcW w:w="3120" w:type="dxa"/>
            <w:shd w:val="clear" w:color="auto" w:fill="F9FAFB"/>
            <w:tcMar>
              <w:top w:w="50" w:type="dxa"/>
              <w:left w:w="100" w:type="dxa"/>
              <w:bottom w:w="50" w:type="dxa"/>
              <w:right w:w="100" w:type="dxa"/>
            </w:tcMar>
          </w:tcPr>
          <w:p w14:paraId="7CBB02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2D4973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75DB0F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bl>
    <w:p w14:paraId="25147796" w14:textId="77777777" w:rsidR="00D33902" w:rsidRPr="00D33902" w:rsidRDefault="00D33902" w:rsidP="00D33902">
      <w:pPr>
        <w:spacing w:after="0" w:line="240" w:lineRule="auto"/>
        <w:rPr>
          <w:rFonts w:ascii="Times New Roman" w:hAnsi="Times New Roman" w:cs="Times New Roman"/>
        </w:rPr>
      </w:pPr>
    </w:p>
    <w:p w14:paraId="1D3C702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3. Ders: BES114 Beslenme İlkeleri II</w:t>
      </w:r>
    </w:p>
    <w:p w14:paraId="32A7B7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24859B1" w14:textId="77777777" w:rsidTr="00F111D1">
        <w:trPr>
          <w:jc w:val="center"/>
        </w:trPr>
        <w:tc>
          <w:tcPr>
            <w:tcW w:w="3120" w:type="dxa"/>
            <w:shd w:val="clear" w:color="auto" w:fill="1F4E79"/>
            <w:tcMar>
              <w:top w:w="70" w:type="dxa"/>
              <w:left w:w="100" w:type="dxa"/>
              <w:bottom w:w="70" w:type="dxa"/>
              <w:right w:w="100" w:type="dxa"/>
            </w:tcMar>
          </w:tcPr>
          <w:p w14:paraId="6731C51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B631BE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4328C9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0A93AA6" w14:textId="77777777" w:rsidTr="00F111D1">
        <w:trPr>
          <w:jc w:val="center"/>
        </w:trPr>
        <w:tc>
          <w:tcPr>
            <w:tcW w:w="3120" w:type="dxa"/>
            <w:shd w:val="clear" w:color="auto" w:fill="F9FAFB"/>
            <w:tcMar>
              <w:top w:w="50" w:type="dxa"/>
              <w:left w:w="100" w:type="dxa"/>
              <w:bottom w:w="50" w:type="dxa"/>
              <w:right w:w="100" w:type="dxa"/>
            </w:tcMar>
          </w:tcPr>
          <w:p w14:paraId="6CA5B72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C70944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5F485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4,88</w:t>
            </w:r>
          </w:p>
        </w:tc>
      </w:tr>
      <w:tr w:rsidR="00D33902" w:rsidRPr="00D33902" w14:paraId="6F7BA530" w14:textId="77777777" w:rsidTr="00F111D1">
        <w:trPr>
          <w:jc w:val="center"/>
        </w:trPr>
        <w:tc>
          <w:tcPr>
            <w:tcW w:w="3120" w:type="dxa"/>
            <w:shd w:val="clear" w:color="auto" w:fill="FFFFFF"/>
            <w:tcMar>
              <w:top w:w="50" w:type="dxa"/>
              <w:left w:w="100" w:type="dxa"/>
              <w:bottom w:w="50" w:type="dxa"/>
              <w:right w:w="100" w:type="dxa"/>
            </w:tcMar>
          </w:tcPr>
          <w:p w14:paraId="373BCD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C58760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38B414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4D18D75B" w14:textId="77777777" w:rsidTr="00F111D1">
        <w:trPr>
          <w:jc w:val="center"/>
        </w:trPr>
        <w:tc>
          <w:tcPr>
            <w:tcW w:w="3120" w:type="dxa"/>
            <w:shd w:val="clear" w:color="auto" w:fill="F9FAFB"/>
            <w:tcMar>
              <w:top w:w="50" w:type="dxa"/>
              <w:left w:w="100" w:type="dxa"/>
              <w:bottom w:w="50" w:type="dxa"/>
              <w:right w:w="100" w:type="dxa"/>
            </w:tcMar>
          </w:tcPr>
          <w:p w14:paraId="757D0C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95F65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3BB5EB8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567E665F" w14:textId="77777777" w:rsidTr="00F111D1">
        <w:trPr>
          <w:jc w:val="center"/>
        </w:trPr>
        <w:tc>
          <w:tcPr>
            <w:tcW w:w="3120" w:type="dxa"/>
            <w:shd w:val="clear" w:color="auto" w:fill="FFFFFF"/>
            <w:tcMar>
              <w:top w:w="50" w:type="dxa"/>
              <w:left w:w="100" w:type="dxa"/>
              <w:bottom w:w="50" w:type="dxa"/>
              <w:right w:w="100" w:type="dxa"/>
            </w:tcMar>
          </w:tcPr>
          <w:p w14:paraId="4D0AA4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C664D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6BC0976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bl>
    <w:p w14:paraId="4A2A3DD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44EEC64C" w14:textId="77777777" w:rsidTr="00F111D1">
        <w:trPr>
          <w:jc w:val="center"/>
        </w:trPr>
        <w:tc>
          <w:tcPr>
            <w:tcW w:w="4680" w:type="dxa"/>
            <w:shd w:val="clear" w:color="auto" w:fill="1F4E79"/>
            <w:tcMar>
              <w:top w:w="70" w:type="dxa"/>
              <w:left w:w="100" w:type="dxa"/>
              <w:bottom w:w="70" w:type="dxa"/>
              <w:right w:w="100" w:type="dxa"/>
            </w:tcMar>
          </w:tcPr>
          <w:p w14:paraId="5192B66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046C2C5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39CAE98D" w14:textId="77777777" w:rsidTr="00F111D1">
        <w:trPr>
          <w:jc w:val="center"/>
        </w:trPr>
        <w:tc>
          <w:tcPr>
            <w:tcW w:w="4680" w:type="dxa"/>
            <w:shd w:val="clear" w:color="auto" w:fill="F9FAFB"/>
            <w:tcMar>
              <w:top w:w="50" w:type="dxa"/>
              <w:left w:w="100" w:type="dxa"/>
              <w:bottom w:w="50" w:type="dxa"/>
              <w:right w:w="100" w:type="dxa"/>
            </w:tcMar>
          </w:tcPr>
          <w:p w14:paraId="173A3BA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300E90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3,57 saat</w:t>
            </w:r>
          </w:p>
        </w:tc>
      </w:tr>
      <w:tr w:rsidR="00D33902" w:rsidRPr="00D33902" w14:paraId="67911642" w14:textId="77777777" w:rsidTr="00F111D1">
        <w:trPr>
          <w:jc w:val="center"/>
        </w:trPr>
        <w:tc>
          <w:tcPr>
            <w:tcW w:w="4680" w:type="dxa"/>
            <w:shd w:val="clear" w:color="auto" w:fill="FFFFFF"/>
            <w:tcMar>
              <w:top w:w="50" w:type="dxa"/>
              <w:left w:w="100" w:type="dxa"/>
              <w:bottom w:w="50" w:type="dxa"/>
              <w:right w:w="100" w:type="dxa"/>
            </w:tcMar>
          </w:tcPr>
          <w:p w14:paraId="386E98A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05E2C4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7,86 saat</w:t>
            </w:r>
          </w:p>
        </w:tc>
      </w:tr>
      <w:tr w:rsidR="00D33902" w:rsidRPr="00D33902" w14:paraId="34A60415" w14:textId="77777777" w:rsidTr="00F111D1">
        <w:trPr>
          <w:jc w:val="center"/>
        </w:trPr>
        <w:tc>
          <w:tcPr>
            <w:tcW w:w="4680" w:type="dxa"/>
            <w:shd w:val="clear" w:color="auto" w:fill="F9FAFB"/>
            <w:tcMar>
              <w:top w:w="50" w:type="dxa"/>
              <w:left w:w="100" w:type="dxa"/>
              <w:bottom w:w="50" w:type="dxa"/>
              <w:right w:w="100" w:type="dxa"/>
            </w:tcMar>
          </w:tcPr>
          <w:p w14:paraId="440FD7D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2ED822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6,14 saat</w:t>
            </w:r>
          </w:p>
        </w:tc>
      </w:tr>
      <w:tr w:rsidR="00D33902" w:rsidRPr="00D33902" w14:paraId="6C4E1080" w14:textId="77777777" w:rsidTr="00F111D1">
        <w:trPr>
          <w:jc w:val="center"/>
        </w:trPr>
        <w:tc>
          <w:tcPr>
            <w:tcW w:w="4680" w:type="dxa"/>
            <w:shd w:val="clear" w:color="auto" w:fill="FFFFFF"/>
            <w:tcMar>
              <w:top w:w="50" w:type="dxa"/>
              <w:left w:w="100" w:type="dxa"/>
              <w:bottom w:w="50" w:type="dxa"/>
              <w:right w:w="100" w:type="dxa"/>
            </w:tcMar>
          </w:tcPr>
          <w:p w14:paraId="5FF75A8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2F585F5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3,29 saat</w:t>
            </w:r>
          </w:p>
        </w:tc>
      </w:tr>
      <w:tr w:rsidR="00D33902" w:rsidRPr="00D33902" w14:paraId="34CBD320" w14:textId="77777777" w:rsidTr="00F111D1">
        <w:trPr>
          <w:jc w:val="center"/>
        </w:trPr>
        <w:tc>
          <w:tcPr>
            <w:tcW w:w="4680" w:type="dxa"/>
            <w:shd w:val="clear" w:color="auto" w:fill="F9FAFB"/>
            <w:tcMar>
              <w:top w:w="50" w:type="dxa"/>
              <w:left w:w="100" w:type="dxa"/>
              <w:bottom w:w="50" w:type="dxa"/>
              <w:right w:w="100" w:type="dxa"/>
            </w:tcMar>
          </w:tcPr>
          <w:p w14:paraId="09DBE96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5496B5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8,75 saat</w:t>
            </w:r>
          </w:p>
        </w:tc>
      </w:tr>
      <w:tr w:rsidR="00D33902" w:rsidRPr="00D33902" w14:paraId="14998F97" w14:textId="77777777" w:rsidTr="00F111D1">
        <w:trPr>
          <w:jc w:val="center"/>
        </w:trPr>
        <w:tc>
          <w:tcPr>
            <w:tcW w:w="4680" w:type="dxa"/>
            <w:shd w:val="clear" w:color="auto" w:fill="FFFFFF"/>
            <w:tcMar>
              <w:top w:w="50" w:type="dxa"/>
              <w:left w:w="100" w:type="dxa"/>
              <w:bottom w:w="50" w:type="dxa"/>
              <w:right w:w="100" w:type="dxa"/>
            </w:tcMar>
          </w:tcPr>
          <w:p w14:paraId="0A6F456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69C70F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9,43 saat</w:t>
            </w:r>
          </w:p>
        </w:tc>
      </w:tr>
      <w:tr w:rsidR="00D33902" w:rsidRPr="00D33902" w14:paraId="5CE291F7" w14:textId="77777777" w:rsidTr="00F111D1">
        <w:trPr>
          <w:jc w:val="center"/>
        </w:trPr>
        <w:tc>
          <w:tcPr>
            <w:tcW w:w="4680" w:type="dxa"/>
            <w:shd w:val="clear" w:color="auto" w:fill="F9FAFB"/>
            <w:tcMar>
              <w:top w:w="50" w:type="dxa"/>
              <w:left w:w="100" w:type="dxa"/>
              <w:bottom w:w="50" w:type="dxa"/>
              <w:right w:w="100" w:type="dxa"/>
            </w:tcMar>
          </w:tcPr>
          <w:p w14:paraId="62263E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7046882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3,14 saat</w:t>
            </w:r>
          </w:p>
        </w:tc>
      </w:tr>
      <w:tr w:rsidR="00D33902" w:rsidRPr="00D33902" w14:paraId="72D0E26A" w14:textId="77777777" w:rsidTr="00F111D1">
        <w:trPr>
          <w:jc w:val="center"/>
        </w:trPr>
        <w:tc>
          <w:tcPr>
            <w:tcW w:w="4680" w:type="dxa"/>
            <w:shd w:val="clear" w:color="auto" w:fill="FFFFFF"/>
            <w:tcMar>
              <w:top w:w="50" w:type="dxa"/>
              <w:left w:w="100" w:type="dxa"/>
              <w:bottom w:w="50" w:type="dxa"/>
              <w:right w:w="100" w:type="dxa"/>
            </w:tcMar>
          </w:tcPr>
          <w:p w14:paraId="7B06A15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4868AD6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9,83 saat</w:t>
            </w:r>
          </w:p>
        </w:tc>
      </w:tr>
    </w:tbl>
    <w:p w14:paraId="528AFDD5" w14:textId="77777777" w:rsidR="00D33902" w:rsidRPr="00D33902" w:rsidRDefault="00D33902" w:rsidP="00D33902">
      <w:pPr>
        <w:spacing w:after="0" w:line="240" w:lineRule="auto"/>
        <w:rPr>
          <w:rFonts w:ascii="Times New Roman" w:hAnsi="Times New Roman" w:cs="Times New Roman"/>
        </w:rPr>
      </w:pPr>
    </w:p>
    <w:p w14:paraId="3938C20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E912BD5" w14:textId="77777777" w:rsidTr="00F111D1">
        <w:trPr>
          <w:jc w:val="center"/>
        </w:trPr>
        <w:tc>
          <w:tcPr>
            <w:tcW w:w="3120" w:type="dxa"/>
            <w:shd w:val="clear" w:color="auto" w:fill="1F4E79"/>
            <w:tcMar>
              <w:top w:w="70" w:type="dxa"/>
              <w:left w:w="100" w:type="dxa"/>
              <w:bottom w:w="70" w:type="dxa"/>
              <w:right w:w="100" w:type="dxa"/>
            </w:tcMar>
          </w:tcPr>
          <w:p w14:paraId="517749D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859E1F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B3F183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36F49045" w14:textId="77777777" w:rsidTr="00F111D1">
        <w:trPr>
          <w:jc w:val="center"/>
        </w:trPr>
        <w:tc>
          <w:tcPr>
            <w:tcW w:w="3120" w:type="dxa"/>
            <w:shd w:val="clear" w:color="auto" w:fill="F9FAFB"/>
            <w:tcMar>
              <w:top w:w="50" w:type="dxa"/>
              <w:left w:w="100" w:type="dxa"/>
              <w:bottom w:w="50" w:type="dxa"/>
              <w:right w:w="100" w:type="dxa"/>
            </w:tcMar>
          </w:tcPr>
          <w:p w14:paraId="424B5E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067B47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058413B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6216F73A" w14:textId="77777777" w:rsidTr="00F111D1">
        <w:trPr>
          <w:jc w:val="center"/>
        </w:trPr>
        <w:tc>
          <w:tcPr>
            <w:tcW w:w="3120" w:type="dxa"/>
            <w:shd w:val="clear" w:color="auto" w:fill="FFFFFF"/>
            <w:tcMar>
              <w:top w:w="50" w:type="dxa"/>
              <w:left w:w="100" w:type="dxa"/>
              <w:bottom w:w="50" w:type="dxa"/>
              <w:right w:w="100" w:type="dxa"/>
            </w:tcMar>
          </w:tcPr>
          <w:p w14:paraId="5F4F838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875B16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262485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1361FCC0" w14:textId="77777777" w:rsidTr="00F111D1">
        <w:trPr>
          <w:jc w:val="center"/>
        </w:trPr>
        <w:tc>
          <w:tcPr>
            <w:tcW w:w="3120" w:type="dxa"/>
            <w:shd w:val="clear" w:color="auto" w:fill="F9FAFB"/>
            <w:tcMar>
              <w:top w:w="50" w:type="dxa"/>
              <w:left w:w="100" w:type="dxa"/>
              <w:bottom w:w="50" w:type="dxa"/>
              <w:right w:w="100" w:type="dxa"/>
            </w:tcMar>
          </w:tcPr>
          <w:p w14:paraId="261756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84BD18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3FB164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78160AFC" w14:textId="77777777" w:rsidTr="00F111D1">
        <w:trPr>
          <w:jc w:val="center"/>
        </w:trPr>
        <w:tc>
          <w:tcPr>
            <w:tcW w:w="3120" w:type="dxa"/>
            <w:shd w:val="clear" w:color="auto" w:fill="FFFFFF"/>
            <w:tcMar>
              <w:top w:w="50" w:type="dxa"/>
              <w:left w:w="100" w:type="dxa"/>
              <w:bottom w:w="50" w:type="dxa"/>
              <w:right w:w="100" w:type="dxa"/>
            </w:tcMar>
          </w:tcPr>
          <w:p w14:paraId="312A01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37EFA9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29608D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134D9386" w14:textId="77777777" w:rsidTr="00F111D1">
        <w:trPr>
          <w:jc w:val="center"/>
        </w:trPr>
        <w:tc>
          <w:tcPr>
            <w:tcW w:w="3120" w:type="dxa"/>
            <w:shd w:val="clear" w:color="auto" w:fill="F9FAFB"/>
            <w:tcMar>
              <w:top w:w="50" w:type="dxa"/>
              <w:left w:w="100" w:type="dxa"/>
              <w:bottom w:w="50" w:type="dxa"/>
              <w:right w:w="100" w:type="dxa"/>
            </w:tcMar>
          </w:tcPr>
          <w:p w14:paraId="00B052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75989D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1108A2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0CACD069" w14:textId="77777777" w:rsidTr="00F111D1">
        <w:trPr>
          <w:jc w:val="center"/>
        </w:trPr>
        <w:tc>
          <w:tcPr>
            <w:tcW w:w="3120" w:type="dxa"/>
            <w:shd w:val="clear" w:color="auto" w:fill="FFFFFF"/>
            <w:tcMar>
              <w:top w:w="50" w:type="dxa"/>
              <w:left w:w="100" w:type="dxa"/>
              <w:bottom w:w="50" w:type="dxa"/>
              <w:right w:w="100" w:type="dxa"/>
            </w:tcMar>
          </w:tcPr>
          <w:p w14:paraId="222147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71B429C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27B2AD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1CA6CD3B" w14:textId="77777777" w:rsidTr="00F111D1">
        <w:trPr>
          <w:jc w:val="center"/>
        </w:trPr>
        <w:tc>
          <w:tcPr>
            <w:tcW w:w="3120" w:type="dxa"/>
            <w:shd w:val="clear" w:color="auto" w:fill="F9FAFB"/>
            <w:tcMar>
              <w:top w:w="50" w:type="dxa"/>
              <w:left w:w="100" w:type="dxa"/>
              <w:bottom w:w="50" w:type="dxa"/>
              <w:right w:w="100" w:type="dxa"/>
            </w:tcMar>
          </w:tcPr>
          <w:p w14:paraId="5CC3F8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650FF57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3049DC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1B36FD38" w14:textId="77777777" w:rsidTr="00F111D1">
        <w:trPr>
          <w:jc w:val="center"/>
        </w:trPr>
        <w:tc>
          <w:tcPr>
            <w:tcW w:w="3120" w:type="dxa"/>
            <w:shd w:val="clear" w:color="auto" w:fill="FFFFFF"/>
            <w:tcMar>
              <w:top w:w="50" w:type="dxa"/>
              <w:left w:w="100" w:type="dxa"/>
              <w:bottom w:w="50" w:type="dxa"/>
              <w:right w:w="100" w:type="dxa"/>
            </w:tcMar>
          </w:tcPr>
          <w:p w14:paraId="461C00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3B41F9A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6D135F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2A3D9D7E" w14:textId="77777777" w:rsidTr="00F111D1">
        <w:trPr>
          <w:jc w:val="center"/>
        </w:trPr>
        <w:tc>
          <w:tcPr>
            <w:tcW w:w="3120" w:type="dxa"/>
            <w:shd w:val="clear" w:color="auto" w:fill="F9FAFB"/>
            <w:tcMar>
              <w:top w:w="50" w:type="dxa"/>
              <w:left w:w="100" w:type="dxa"/>
              <w:bottom w:w="50" w:type="dxa"/>
              <w:right w:w="100" w:type="dxa"/>
            </w:tcMar>
          </w:tcPr>
          <w:p w14:paraId="279D05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4DF8C1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5B175C5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083BFB7B" w14:textId="77777777" w:rsidTr="00F111D1">
        <w:trPr>
          <w:jc w:val="center"/>
        </w:trPr>
        <w:tc>
          <w:tcPr>
            <w:tcW w:w="3120" w:type="dxa"/>
            <w:shd w:val="clear" w:color="auto" w:fill="FFFFFF"/>
            <w:tcMar>
              <w:top w:w="50" w:type="dxa"/>
              <w:left w:w="100" w:type="dxa"/>
              <w:bottom w:w="50" w:type="dxa"/>
              <w:right w:w="100" w:type="dxa"/>
            </w:tcMar>
          </w:tcPr>
          <w:p w14:paraId="18CFAD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7235B50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116FC7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7FADE707" w14:textId="77777777" w:rsidTr="00F111D1">
        <w:trPr>
          <w:jc w:val="center"/>
        </w:trPr>
        <w:tc>
          <w:tcPr>
            <w:tcW w:w="3120" w:type="dxa"/>
            <w:shd w:val="clear" w:color="auto" w:fill="F9FAFB"/>
            <w:tcMar>
              <w:top w:w="50" w:type="dxa"/>
              <w:left w:w="100" w:type="dxa"/>
              <w:bottom w:w="50" w:type="dxa"/>
              <w:right w:w="100" w:type="dxa"/>
            </w:tcMar>
          </w:tcPr>
          <w:p w14:paraId="002B62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B7325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B6FEB9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2AEF66B4" w14:textId="77777777" w:rsidTr="00F111D1">
        <w:trPr>
          <w:jc w:val="center"/>
        </w:trPr>
        <w:tc>
          <w:tcPr>
            <w:tcW w:w="3120" w:type="dxa"/>
            <w:shd w:val="clear" w:color="auto" w:fill="FFFFFF"/>
            <w:tcMar>
              <w:top w:w="50" w:type="dxa"/>
              <w:left w:w="100" w:type="dxa"/>
              <w:bottom w:w="50" w:type="dxa"/>
              <w:right w:w="100" w:type="dxa"/>
            </w:tcMar>
          </w:tcPr>
          <w:p w14:paraId="4D84FC5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01D0842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376B50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0C0CD3B6" w14:textId="77777777" w:rsidTr="00F111D1">
        <w:trPr>
          <w:jc w:val="center"/>
        </w:trPr>
        <w:tc>
          <w:tcPr>
            <w:tcW w:w="3120" w:type="dxa"/>
            <w:shd w:val="clear" w:color="auto" w:fill="F9FAFB"/>
            <w:tcMar>
              <w:top w:w="50" w:type="dxa"/>
              <w:left w:w="100" w:type="dxa"/>
              <w:bottom w:w="50" w:type="dxa"/>
              <w:right w:w="100" w:type="dxa"/>
            </w:tcMar>
          </w:tcPr>
          <w:p w14:paraId="3D43D3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6E07FE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43B82F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AA0B612" w14:textId="77777777" w:rsidTr="00F111D1">
        <w:trPr>
          <w:jc w:val="center"/>
        </w:trPr>
        <w:tc>
          <w:tcPr>
            <w:tcW w:w="3120" w:type="dxa"/>
            <w:shd w:val="clear" w:color="auto" w:fill="FFFFFF"/>
            <w:tcMar>
              <w:top w:w="50" w:type="dxa"/>
              <w:left w:w="100" w:type="dxa"/>
              <w:bottom w:w="50" w:type="dxa"/>
              <w:right w:w="100" w:type="dxa"/>
            </w:tcMar>
          </w:tcPr>
          <w:p w14:paraId="6322A3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42E214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62A2A2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bl>
    <w:p w14:paraId="1275B386" w14:textId="77777777" w:rsidR="00D33902" w:rsidRPr="00D33902" w:rsidRDefault="00D33902" w:rsidP="00D33902">
      <w:pPr>
        <w:spacing w:after="0" w:line="240" w:lineRule="auto"/>
        <w:rPr>
          <w:rFonts w:ascii="Times New Roman" w:hAnsi="Times New Roman" w:cs="Times New Roman"/>
        </w:rPr>
      </w:pPr>
    </w:p>
    <w:p w14:paraId="4874CD2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D13CF64" w14:textId="77777777" w:rsidTr="00F111D1">
        <w:trPr>
          <w:jc w:val="center"/>
        </w:trPr>
        <w:tc>
          <w:tcPr>
            <w:tcW w:w="3120" w:type="dxa"/>
            <w:shd w:val="clear" w:color="auto" w:fill="1F4E79"/>
            <w:tcMar>
              <w:top w:w="70" w:type="dxa"/>
              <w:left w:w="100" w:type="dxa"/>
              <w:bottom w:w="70" w:type="dxa"/>
              <w:right w:w="100" w:type="dxa"/>
            </w:tcMar>
          </w:tcPr>
          <w:p w14:paraId="43EE66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BE690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73811E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966900A" w14:textId="77777777" w:rsidTr="00F111D1">
        <w:trPr>
          <w:jc w:val="center"/>
        </w:trPr>
        <w:tc>
          <w:tcPr>
            <w:tcW w:w="3120" w:type="dxa"/>
            <w:shd w:val="clear" w:color="auto" w:fill="F9FAFB"/>
            <w:tcMar>
              <w:top w:w="50" w:type="dxa"/>
              <w:left w:w="100" w:type="dxa"/>
              <w:bottom w:w="50" w:type="dxa"/>
              <w:right w:w="100" w:type="dxa"/>
            </w:tcMar>
          </w:tcPr>
          <w:p w14:paraId="0C080E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C237E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68CB46C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6655D565" w14:textId="77777777" w:rsidTr="00F111D1">
        <w:trPr>
          <w:jc w:val="center"/>
        </w:trPr>
        <w:tc>
          <w:tcPr>
            <w:tcW w:w="3120" w:type="dxa"/>
            <w:shd w:val="clear" w:color="auto" w:fill="FFFFFF"/>
            <w:tcMar>
              <w:top w:w="50" w:type="dxa"/>
              <w:left w:w="100" w:type="dxa"/>
              <w:bottom w:w="50" w:type="dxa"/>
              <w:right w:w="100" w:type="dxa"/>
            </w:tcMar>
          </w:tcPr>
          <w:p w14:paraId="4EB0AA5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A84D71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053BE8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74F68668" w14:textId="77777777" w:rsidTr="00F111D1">
        <w:trPr>
          <w:jc w:val="center"/>
        </w:trPr>
        <w:tc>
          <w:tcPr>
            <w:tcW w:w="3120" w:type="dxa"/>
            <w:shd w:val="clear" w:color="auto" w:fill="F9FAFB"/>
            <w:tcMar>
              <w:top w:w="50" w:type="dxa"/>
              <w:left w:w="100" w:type="dxa"/>
              <w:bottom w:w="50" w:type="dxa"/>
              <w:right w:w="100" w:type="dxa"/>
            </w:tcMar>
          </w:tcPr>
          <w:p w14:paraId="05E871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166D8E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19BE6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45CAF68A" w14:textId="77777777" w:rsidTr="00F111D1">
        <w:trPr>
          <w:jc w:val="center"/>
        </w:trPr>
        <w:tc>
          <w:tcPr>
            <w:tcW w:w="3120" w:type="dxa"/>
            <w:shd w:val="clear" w:color="auto" w:fill="FFFFFF"/>
            <w:tcMar>
              <w:top w:w="50" w:type="dxa"/>
              <w:left w:w="100" w:type="dxa"/>
              <w:bottom w:w="50" w:type="dxa"/>
              <w:right w:w="100" w:type="dxa"/>
            </w:tcMar>
          </w:tcPr>
          <w:p w14:paraId="308F37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14182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4939B4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6AD4057B" w14:textId="77777777" w:rsidTr="00F111D1">
        <w:trPr>
          <w:jc w:val="center"/>
        </w:trPr>
        <w:tc>
          <w:tcPr>
            <w:tcW w:w="3120" w:type="dxa"/>
            <w:shd w:val="clear" w:color="auto" w:fill="F9FAFB"/>
            <w:tcMar>
              <w:top w:w="50" w:type="dxa"/>
              <w:left w:w="100" w:type="dxa"/>
              <w:bottom w:w="50" w:type="dxa"/>
              <w:right w:w="100" w:type="dxa"/>
            </w:tcMar>
          </w:tcPr>
          <w:p w14:paraId="1660DB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CD6A4F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7183DD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bl>
    <w:p w14:paraId="62E32536" w14:textId="77777777" w:rsidR="00D33902" w:rsidRPr="00D33902" w:rsidRDefault="00D33902" w:rsidP="00D33902">
      <w:pPr>
        <w:spacing w:after="0" w:line="240" w:lineRule="auto"/>
        <w:rPr>
          <w:rFonts w:ascii="Times New Roman" w:hAnsi="Times New Roman" w:cs="Times New Roman"/>
        </w:rPr>
      </w:pPr>
    </w:p>
    <w:p w14:paraId="3F17674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4. Ders: BES116 Temel Kimya II</w:t>
      </w:r>
    </w:p>
    <w:p w14:paraId="7FE0EB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AB00B19" w14:textId="77777777" w:rsidTr="00F111D1">
        <w:trPr>
          <w:jc w:val="center"/>
        </w:trPr>
        <w:tc>
          <w:tcPr>
            <w:tcW w:w="3120" w:type="dxa"/>
            <w:shd w:val="clear" w:color="auto" w:fill="1F4E79"/>
            <w:tcMar>
              <w:top w:w="70" w:type="dxa"/>
              <w:left w:w="100" w:type="dxa"/>
              <w:bottom w:w="70" w:type="dxa"/>
              <w:right w:w="100" w:type="dxa"/>
            </w:tcMar>
          </w:tcPr>
          <w:p w14:paraId="72C6B4B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C109CF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4617A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3939C109" w14:textId="77777777" w:rsidTr="00F111D1">
        <w:trPr>
          <w:jc w:val="center"/>
        </w:trPr>
        <w:tc>
          <w:tcPr>
            <w:tcW w:w="3120" w:type="dxa"/>
            <w:shd w:val="clear" w:color="auto" w:fill="F9FAFB"/>
            <w:tcMar>
              <w:top w:w="50" w:type="dxa"/>
              <w:left w:w="100" w:type="dxa"/>
              <w:bottom w:w="50" w:type="dxa"/>
              <w:right w:w="100" w:type="dxa"/>
            </w:tcMar>
          </w:tcPr>
          <w:p w14:paraId="6EA679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395BE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22BFF5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2,50</w:t>
            </w:r>
          </w:p>
        </w:tc>
      </w:tr>
      <w:tr w:rsidR="00D33902" w:rsidRPr="00D33902" w14:paraId="348C18A5" w14:textId="77777777" w:rsidTr="00F111D1">
        <w:trPr>
          <w:jc w:val="center"/>
        </w:trPr>
        <w:tc>
          <w:tcPr>
            <w:tcW w:w="3120" w:type="dxa"/>
            <w:shd w:val="clear" w:color="auto" w:fill="FFFFFF"/>
            <w:tcMar>
              <w:top w:w="50" w:type="dxa"/>
              <w:left w:w="100" w:type="dxa"/>
              <w:bottom w:w="50" w:type="dxa"/>
              <w:right w:w="100" w:type="dxa"/>
            </w:tcMar>
          </w:tcPr>
          <w:p w14:paraId="77AF3D1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8C6F4B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23A60E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2,62</w:t>
            </w:r>
          </w:p>
        </w:tc>
      </w:tr>
      <w:tr w:rsidR="00D33902" w:rsidRPr="00D33902" w14:paraId="557CD13C" w14:textId="77777777" w:rsidTr="00F111D1">
        <w:trPr>
          <w:jc w:val="center"/>
        </w:trPr>
        <w:tc>
          <w:tcPr>
            <w:tcW w:w="3120" w:type="dxa"/>
            <w:shd w:val="clear" w:color="auto" w:fill="F9FAFB"/>
            <w:tcMar>
              <w:top w:w="50" w:type="dxa"/>
              <w:left w:w="100" w:type="dxa"/>
              <w:bottom w:w="50" w:type="dxa"/>
              <w:right w:w="100" w:type="dxa"/>
            </w:tcMar>
          </w:tcPr>
          <w:p w14:paraId="7D9A49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30F4CB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1CFDF3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11638CD1" w14:textId="77777777" w:rsidTr="00F111D1">
        <w:trPr>
          <w:jc w:val="center"/>
        </w:trPr>
        <w:tc>
          <w:tcPr>
            <w:tcW w:w="3120" w:type="dxa"/>
            <w:shd w:val="clear" w:color="auto" w:fill="FFFFFF"/>
            <w:tcMar>
              <w:top w:w="50" w:type="dxa"/>
              <w:left w:w="100" w:type="dxa"/>
              <w:bottom w:w="50" w:type="dxa"/>
              <w:right w:w="100" w:type="dxa"/>
            </w:tcMar>
          </w:tcPr>
          <w:p w14:paraId="3073C56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468319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0C436AC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3,12</w:t>
            </w:r>
          </w:p>
        </w:tc>
      </w:tr>
    </w:tbl>
    <w:p w14:paraId="331DD67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83A5D01" w14:textId="77777777" w:rsidTr="00F111D1">
        <w:trPr>
          <w:jc w:val="center"/>
        </w:trPr>
        <w:tc>
          <w:tcPr>
            <w:tcW w:w="4680" w:type="dxa"/>
            <w:shd w:val="clear" w:color="auto" w:fill="1F4E79"/>
            <w:tcMar>
              <w:top w:w="70" w:type="dxa"/>
              <w:left w:w="100" w:type="dxa"/>
              <w:bottom w:w="70" w:type="dxa"/>
              <w:right w:w="100" w:type="dxa"/>
            </w:tcMar>
          </w:tcPr>
          <w:p w14:paraId="1AB950F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52642DB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6D8F24C0" w14:textId="77777777" w:rsidTr="00F111D1">
        <w:trPr>
          <w:jc w:val="center"/>
        </w:trPr>
        <w:tc>
          <w:tcPr>
            <w:tcW w:w="4680" w:type="dxa"/>
            <w:shd w:val="clear" w:color="auto" w:fill="F9FAFB"/>
            <w:tcMar>
              <w:top w:w="50" w:type="dxa"/>
              <w:left w:w="100" w:type="dxa"/>
              <w:bottom w:w="50" w:type="dxa"/>
              <w:right w:w="100" w:type="dxa"/>
            </w:tcMar>
          </w:tcPr>
          <w:p w14:paraId="220EF0E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323D1D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2,75 saat</w:t>
            </w:r>
          </w:p>
        </w:tc>
      </w:tr>
      <w:tr w:rsidR="00D33902" w:rsidRPr="00D33902" w14:paraId="19E2AE4E" w14:textId="77777777" w:rsidTr="00F111D1">
        <w:trPr>
          <w:jc w:val="center"/>
        </w:trPr>
        <w:tc>
          <w:tcPr>
            <w:tcW w:w="4680" w:type="dxa"/>
            <w:shd w:val="clear" w:color="auto" w:fill="FFFFFF"/>
            <w:tcMar>
              <w:top w:w="50" w:type="dxa"/>
              <w:left w:w="100" w:type="dxa"/>
              <w:bottom w:w="50" w:type="dxa"/>
              <w:right w:w="100" w:type="dxa"/>
            </w:tcMar>
          </w:tcPr>
          <w:p w14:paraId="2781D51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3AD85FD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7,12 saat</w:t>
            </w:r>
          </w:p>
        </w:tc>
      </w:tr>
      <w:tr w:rsidR="00D33902" w:rsidRPr="00D33902" w14:paraId="0FC49DB8" w14:textId="77777777" w:rsidTr="00F111D1">
        <w:trPr>
          <w:jc w:val="center"/>
        </w:trPr>
        <w:tc>
          <w:tcPr>
            <w:tcW w:w="4680" w:type="dxa"/>
            <w:shd w:val="clear" w:color="auto" w:fill="F9FAFB"/>
            <w:tcMar>
              <w:top w:w="50" w:type="dxa"/>
              <w:left w:w="100" w:type="dxa"/>
              <w:bottom w:w="50" w:type="dxa"/>
              <w:right w:w="100" w:type="dxa"/>
            </w:tcMar>
          </w:tcPr>
          <w:p w14:paraId="284593F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104A5C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1,71 saat</w:t>
            </w:r>
          </w:p>
        </w:tc>
      </w:tr>
      <w:tr w:rsidR="00D33902" w:rsidRPr="00D33902" w14:paraId="0EF7B7DE" w14:textId="77777777" w:rsidTr="00F111D1">
        <w:trPr>
          <w:jc w:val="center"/>
        </w:trPr>
        <w:tc>
          <w:tcPr>
            <w:tcW w:w="4680" w:type="dxa"/>
            <w:shd w:val="clear" w:color="auto" w:fill="FFFFFF"/>
            <w:tcMar>
              <w:top w:w="50" w:type="dxa"/>
              <w:left w:w="100" w:type="dxa"/>
              <w:bottom w:w="50" w:type="dxa"/>
              <w:right w:w="100" w:type="dxa"/>
            </w:tcMar>
          </w:tcPr>
          <w:p w14:paraId="04E34CD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1F07F2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2,57 saat</w:t>
            </w:r>
          </w:p>
        </w:tc>
      </w:tr>
      <w:tr w:rsidR="00D33902" w:rsidRPr="00D33902" w14:paraId="3899FC02" w14:textId="77777777" w:rsidTr="00F111D1">
        <w:trPr>
          <w:jc w:val="center"/>
        </w:trPr>
        <w:tc>
          <w:tcPr>
            <w:tcW w:w="4680" w:type="dxa"/>
            <w:shd w:val="clear" w:color="auto" w:fill="F9FAFB"/>
            <w:tcMar>
              <w:top w:w="50" w:type="dxa"/>
              <w:left w:w="100" w:type="dxa"/>
              <w:bottom w:w="50" w:type="dxa"/>
              <w:right w:w="100" w:type="dxa"/>
            </w:tcMar>
          </w:tcPr>
          <w:p w14:paraId="5055818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7B564B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8,25 saat</w:t>
            </w:r>
          </w:p>
        </w:tc>
      </w:tr>
      <w:tr w:rsidR="00D33902" w:rsidRPr="00D33902" w14:paraId="17BBA18F" w14:textId="77777777" w:rsidTr="00F111D1">
        <w:trPr>
          <w:jc w:val="center"/>
        </w:trPr>
        <w:tc>
          <w:tcPr>
            <w:tcW w:w="4680" w:type="dxa"/>
            <w:shd w:val="clear" w:color="auto" w:fill="FFFFFF"/>
            <w:tcMar>
              <w:top w:w="50" w:type="dxa"/>
              <w:left w:w="100" w:type="dxa"/>
              <w:bottom w:w="50" w:type="dxa"/>
              <w:right w:w="100" w:type="dxa"/>
            </w:tcMar>
          </w:tcPr>
          <w:p w14:paraId="0665A2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040D92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2,29 saat</w:t>
            </w:r>
          </w:p>
        </w:tc>
      </w:tr>
      <w:tr w:rsidR="00D33902" w:rsidRPr="00D33902" w14:paraId="011DC7A5" w14:textId="77777777" w:rsidTr="00F111D1">
        <w:trPr>
          <w:jc w:val="center"/>
        </w:trPr>
        <w:tc>
          <w:tcPr>
            <w:tcW w:w="4680" w:type="dxa"/>
            <w:shd w:val="clear" w:color="auto" w:fill="F9FAFB"/>
            <w:tcMar>
              <w:top w:w="50" w:type="dxa"/>
              <w:left w:w="100" w:type="dxa"/>
              <w:bottom w:w="50" w:type="dxa"/>
              <w:right w:w="100" w:type="dxa"/>
            </w:tcMar>
          </w:tcPr>
          <w:p w14:paraId="1431B4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51DC07A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 saat</w:t>
            </w:r>
          </w:p>
        </w:tc>
      </w:tr>
      <w:tr w:rsidR="00D33902" w:rsidRPr="00D33902" w14:paraId="26F7C53B" w14:textId="77777777" w:rsidTr="00F111D1">
        <w:trPr>
          <w:jc w:val="center"/>
        </w:trPr>
        <w:tc>
          <w:tcPr>
            <w:tcW w:w="4680" w:type="dxa"/>
            <w:shd w:val="clear" w:color="auto" w:fill="FFFFFF"/>
            <w:tcMar>
              <w:top w:w="50" w:type="dxa"/>
              <w:left w:w="100" w:type="dxa"/>
              <w:bottom w:w="50" w:type="dxa"/>
              <w:right w:w="100" w:type="dxa"/>
            </w:tcMar>
          </w:tcPr>
          <w:p w14:paraId="6E80A6B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5889511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9,00 saat</w:t>
            </w:r>
          </w:p>
        </w:tc>
      </w:tr>
    </w:tbl>
    <w:p w14:paraId="0A5629ED" w14:textId="77777777" w:rsidR="00D33902" w:rsidRPr="00D33902" w:rsidRDefault="00D33902" w:rsidP="00D33902">
      <w:pPr>
        <w:spacing w:after="0" w:line="240" w:lineRule="auto"/>
        <w:rPr>
          <w:rFonts w:ascii="Times New Roman" w:hAnsi="Times New Roman" w:cs="Times New Roman"/>
        </w:rPr>
      </w:pPr>
    </w:p>
    <w:p w14:paraId="2693132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FA6A717" w14:textId="77777777" w:rsidTr="00F111D1">
        <w:trPr>
          <w:jc w:val="center"/>
        </w:trPr>
        <w:tc>
          <w:tcPr>
            <w:tcW w:w="3120" w:type="dxa"/>
            <w:shd w:val="clear" w:color="auto" w:fill="1F4E79"/>
            <w:tcMar>
              <w:top w:w="70" w:type="dxa"/>
              <w:left w:w="100" w:type="dxa"/>
              <w:bottom w:w="70" w:type="dxa"/>
              <w:right w:w="100" w:type="dxa"/>
            </w:tcMar>
          </w:tcPr>
          <w:p w14:paraId="7351D55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573651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6F928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773ED41" w14:textId="77777777" w:rsidTr="00F111D1">
        <w:trPr>
          <w:jc w:val="center"/>
        </w:trPr>
        <w:tc>
          <w:tcPr>
            <w:tcW w:w="3120" w:type="dxa"/>
            <w:shd w:val="clear" w:color="auto" w:fill="F9FAFB"/>
            <w:tcMar>
              <w:top w:w="50" w:type="dxa"/>
              <w:left w:w="100" w:type="dxa"/>
              <w:bottom w:w="50" w:type="dxa"/>
              <w:right w:w="100" w:type="dxa"/>
            </w:tcMar>
          </w:tcPr>
          <w:p w14:paraId="2764D8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2DCFF5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533C9D8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DA4A3BA" w14:textId="77777777" w:rsidTr="00F111D1">
        <w:trPr>
          <w:jc w:val="center"/>
        </w:trPr>
        <w:tc>
          <w:tcPr>
            <w:tcW w:w="3120" w:type="dxa"/>
            <w:shd w:val="clear" w:color="auto" w:fill="FFFFFF"/>
            <w:tcMar>
              <w:top w:w="50" w:type="dxa"/>
              <w:left w:w="100" w:type="dxa"/>
              <w:bottom w:w="50" w:type="dxa"/>
              <w:right w:w="100" w:type="dxa"/>
            </w:tcMar>
          </w:tcPr>
          <w:p w14:paraId="1561ACB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F2B6A4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1F990D6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6557ACC4" w14:textId="77777777" w:rsidTr="00F111D1">
        <w:trPr>
          <w:jc w:val="center"/>
        </w:trPr>
        <w:tc>
          <w:tcPr>
            <w:tcW w:w="3120" w:type="dxa"/>
            <w:shd w:val="clear" w:color="auto" w:fill="F9FAFB"/>
            <w:tcMar>
              <w:top w:w="50" w:type="dxa"/>
              <w:left w:w="100" w:type="dxa"/>
              <w:bottom w:w="50" w:type="dxa"/>
              <w:right w:w="100" w:type="dxa"/>
            </w:tcMar>
          </w:tcPr>
          <w:p w14:paraId="4029F8F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5406F1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33F1FB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010C4E42" w14:textId="77777777" w:rsidTr="00F111D1">
        <w:trPr>
          <w:jc w:val="center"/>
        </w:trPr>
        <w:tc>
          <w:tcPr>
            <w:tcW w:w="3120" w:type="dxa"/>
            <w:shd w:val="clear" w:color="auto" w:fill="FFFFFF"/>
            <w:tcMar>
              <w:top w:w="50" w:type="dxa"/>
              <w:left w:w="100" w:type="dxa"/>
              <w:bottom w:w="50" w:type="dxa"/>
              <w:right w:w="100" w:type="dxa"/>
            </w:tcMar>
          </w:tcPr>
          <w:p w14:paraId="6F8BBB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EA46D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650B64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1EC04FE9" w14:textId="77777777" w:rsidTr="00F111D1">
        <w:trPr>
          <w:jc w:val="center"/>
        </w:trPr>
        <w:tc>
          <w:tcPr>
            <w:tcW w:w="3120" w:type="dxa"/>
            <w:shd w:val="clear" w:color="auto" w:fill="F9FAFB"/>
            <w:tcMar>
              <w:top w:w="50" w:type="dxa"/>
              <w:left w:w="100" w:type="dxa"/>
              <w:bottom w:w="50" w:type="dxa"/>
              <w:right w:w="100" w:type="dxa"/>
            </w:tcMar>
          </w:tcPr>
          <w:p w14:paraId="5022E3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657B1E2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3F403F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7CFDECE8" w14:textId="77777777" w:rsidTr="00F111D1">
        <w:trPr>
          <w:jc w:val="center"/>
        </w:trPr>
        <w:tc>
          <w:tcPr>
            <w:tcW w:w="3120" w:type="dxa"/>
            <w:shd w:val="clear" w:color="auto" w:fill="FFFFFF"/>
            <w:tcMar>
              <w:top w:w="50" w:type="dxa"/>
              <w:left w:w="100" w:type="dxa"/>
              <w:bottom w:w="50" w:type="dxa"/>
              <w:right w:w="100" w:type="dxa"/>
            </w:tcMar>
          </w:tcPr>
          <w:p w14:paraId="52C6643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1FFFE2F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36B29B5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7EE7791E" w14:textId="77777777" w:rsidTr="00F111D1">
        <w:trPr>
          <w:jc w:val="center"/>
        </w:trPr>
        <w:tc>
          <w:tcPr>
            <w:tcW w:w="3120" w:type="dxa"/>
            <w:shd w:val="clear" w:color="auto" w:fill="F9FAFB"/>
            <w:tcMar>
              <w:top w:w="50" w:type="dxa"/>
              <w:left w:w="100" w:type="dxa"/>
              <w:bottom w:w="50" w:type="dxa"/>
              <w:right w:w="100" w:type="dxa"/>
            </w:tcMar>
          </w:tcPr>
          <w:p w14:paraId="3476891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427677F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5E64B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01832A0C" w14:textId="77777777" w:rsidTr="00F111D1">
        <w:trPr>
          <w:jc w:val="center"/>
        </w:trPr>
        <w:tc>
          <w:tcPr>
            <w:tcW w:w="3120" w:type="dxa"/>
            <w:shd w:val="clear" w:color="auto" w:fill="FFFFFF"/>
            <w:tcMar>
              <w:top w:w="50" w:type="dxa"/>
              <w:left w:w="100" w:type="dxa"/>
              <w:bottom w:w="50" w:type="dxa"/>
              <w:right w:w="100" w:type="dxa"/>
            </w:tcMar>
          </w:tcPr>
          <w:p w14:paraId="111E77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8E5B4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7F552B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1495F3C" w14:textId="77777777" w:rsidTr="00F111D1">
        <w:trPr>
          <w:jc w:val="center"/>
        </w:trPr>
        <w:tc>
          <w:tcPr>
            <w:tcW w:w="3120" w:type="dxa"/>
            <w:shd w:val="clear" w:color="auto" w:fill="F9FAFB"/>
            <w:tcMar>
              <w:top w:w="50" w:type="dxa"/>
              <w:left w:w="100" w:type="dxa"/>
              <w:bottom w:w="50" w:type="dxa"/>
              <w:right w:w="100" w:type="dxa"/>
            </w:tcMar>
          </w:tcPr>
          <w:p w14:paraId="1FF0C7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7312375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1CE2BB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6F0CC7C4" w14:textId="77777777" w:rsidTr="00F111D1">
        <w:trPr>
          <w:jc w:val="center"/>
        </w:trPr>
        <w:tc>
          <w:tcPr>
            <w:tcW w:w="3120" w:type="dxa"/>
            <w:shd w:val="clear" w:color="auto" w:fill="FFFFFF"/>
            <w:tcMar>
              <w:top w:w="50" w:type="dxa"/>
              <w:left w:w="100" w:type="dxa"/>
              <w:bottom w:w="50" w:type="dxa"/>
              <w:right w:w="100" w:type="dxa"/>
            </w:tcMar>
          </w:tcPr>
          <w:p w14:paraId="36D75A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7EAE918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0A11FC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20515CF2" w14:textId="77777777" w:rsidTr="00F111D1">
        <w:trPr>
          <w:jc w:val="center"/>
        </w:trPr>
        <w:tc>
          <w:tcPr>
            <w:tcW w:w="3120" w:type="dxa"/>
            <w:shd w:val="clear" w:color="auto" w:fill="F9FAFB"/>
            <w:tcMar>
              <w:top w:w="50" w:type="dxa"/>
              <w:left w:w="100" w:type="dxa"/>
              <w:bottom w:w="50" w:type="dxa"/>
              <w:right w:w="100" w:type="dxa"/>
            </w:tcMar>
          </w:tcPr>
          <w:p w14:paraId="5858AD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5D1543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13CC51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0FD95F81" w14:textId="77777777" w:rsidTr="00F111D1">
        <w:trPr>
          <w:jc w:val="center"/>
        </w:trPr>
        <w:tc>
          <w:tcPr>
            <w:tcW w:w="3120" w:type="dxa"/>
            <w:shd w:val="clear" w:color="auto" w:fill="FFFFFF"/>
            <w:tcMar>
              <w:top w:w="50" w:type="dxa"/>
              <w:left w:w="100" w:type="dxa"/>
              <w:bottom w:w="50" w:type="dxa"/>
              <w:right w:w="100" w:type="dxa"/>
            </w:tcMar>
          </w:tcPr>
          <w:p w14:paraId="6C6770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574E0EA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6893F98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5E154F36" w14:textId="77777777" w:rsidTr="00F111D1">
        <w:trPr>
          <w:jc w:val="center"/>
        </w:trPr>
        <w:tc>
          <w:tcPr>
            <w:tcW w:w="3120" w:type="dxa"/>
            <w:shd w:val="clear" w:color="auto" w:fill="F9FAFB"/>
            <w:tcMar>
              <w:top w:w="50" w:type="dxa"/>
              <w:left w:w="100" w:type="dxa"/>
              <w:bottom w:w="50" w:type="dxa"/>
              <w:right w:w="100" w:type="dxa"/>
            </w:tcMar>
          </w:tcPr>
          <w:p w14:paraId="2131A4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086FEF9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4947AF1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39B55D2B" w14:textId="77777777" w:rsidTr="00F111D1">
        <w:trPr>
          <w:jc w:val="center"/>
        </w:trPr>
        <w:tc>
          <w:tcPr>
            <w:tcW w:w="3120" w:type="dxa"/>
            <w:shd w:val="clear" w:color="auto" w:fill="FFFFFF"/>
            <w:tcMar>
              <w:top w:w="50" w:type="dxa"/>
              <w:left w:w="100" w:type="dxa"/>
              <w:bottom w:w="50" w:type="dxa"/>
              <w:right w:w="100" w:type="dxa"/>
            </w:tcMar>
          </w:tcPr>
          <w:p w14:paraId="728CB17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1A8217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0BD306B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bl>
    <w:p w14:paraId="7DC4076B" w14:textId="77777777" w:rsidR="00D33902" w:rsidRPr="00D33902" w:rsidRDefault="00D33902" w:rsidP="00D33902">
      <w:pPr>
        <w:spacing w:after="0" w:line="240" w:lineRule="auto"/>
        <w:rPr>
          <w:rFonts w:ascii="Times New Roman" w:hAnsi="Times New Roman" w:cs="Times New Roman"/>
        </w:rPr>
      </w:pPr>
    </w:p>
    <w:p w14:paraId="645D9B0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3A1D444" w14:textId="77777777" w:rsidTr="00F111D1">
        <w:trPr>
          <w:jc w:val="center"/>
        </w:trPr>
        <w:tc>
          <w:tcPr>
            <w:tcW w:w="3120" w:type="dxa"/>
            <w:shd w:val="clear" w:color="auto" w:fill="1F4E79"/>
            <w:tcMar>
              <w:top w:w="70" w:type="dxa"/>
              <w:left w:w="100" w:type="dxa"/>
              <w:bottom w:w="70" w:type="dxa"/>
              <w:right w:w="100" w:type="dxa"/>
            </w:tcMar>
          </w:tcPr>
          <w:p w14:paraId="7611C2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2614EA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A121A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2425747" w14:textId="77777777" w:rsidTr="00F111D1">
        <w:trPr>
          <w:jc w:val="center"/>
        </w:trPr>
        <w:tc>
          <w:tcPr>
            <w:tcW w:w="3120" w:type="dxa"/>
            <w:shd w:val="clear" w:color="auto" w:fill="F9FAFB"/>
            <w:tcMar>
              <w:top w:w="50" w:type="dxa"/>
              <w:left w:w="100" w:type="dxa"/>
              <w:bottom w:w="50" w:type="dxa"/>
              <w:right w:w="100" w:type="dxa"/>
            </w:tcMar>
          </w:tcPr>
          <w:p w14:paraId="225920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0475CF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5CC5906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3,88</w:t>
            </w:r>
          </w:p>
        </w:tc>
      </w:tr>
      <w:tr w:rsidR="00D33902" w:rsidRPr="00D33902" w14:paraId="1F217B5B" w14:textId="77777777" w:rsidTr="00F111D1">
        <w:trPr>
          <w:jc w:val="center"/>
        </w:trPr>
        <w:tc>
          <w:tcPr>
            <w:tcW w:w="3120" w:type="dxa"/>
            <w:shd w:val="clear" w:color="auto" w:fill="FFFFFF"/>
            <w:tcMar>
              <w:top w:w="50" w:type="dxa"/>
              <w:left w:w="100" w:type="dxa"/>
              <w:bottom w:w="50" w:type="dxa"/>
              <w:right w:w="100" w:type="dxa"/>
            </w:tcMar>
          </w:tcPr>
          <w:p w14:paraId="661B02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354296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56914C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70D24639" w14:textId="77777777" w:rsidTr="00F111D1">
        <w:trPr>
          <w:jc w:val="center"/>
        </w:trPr>
        <w:tc>
          <w:tcPr>
            <w:tcW w:w="3120" w:type="dxa"/>
            <w:shd w:val="clear" w:color="auto" w:fill="F9FAFB"/>
            <w:tcMar>
              <w:top w:w="50" w:type="dxa"/>
              <w:left w:w="100" w:type="dxa"/>
              <w:bottom w:w="50" w:type="dxa"/>
              <w:right w:w="100" w:type="dxa"/>
            </w:tcMar>
          </w:tcPr>
          <w:p w14:paraId="628619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D9A276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DE622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5248CA96" w14:textId="77777777" w:rsidTr="00F111D1">
        <w:trPr>
          <w:jc w:val="center"/>
        </w:trPr>
        <w:tc>
          <w:tcPr>
            <w:tcW w:w="3120" w:type="dxa"/>
            <w:shd w:val="clear" w:color="auto" w:fill="FFFFFF"/>
            <w:tcMar>
              <w:top w:w="50" w:type="dxa"/>
              <w:left w:w="100" w:type="dxa"/>
              <w:bottom w:w="50" w:type="dxa"/>
              <w:right w:w="100" w:type="dxa"/>
            </w:tcMar>
          </w:tcPr>
          <w:p w14:paraId="4DDCEF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FDE84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6930C3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r w:rsidR="00D33902" w:rsidRPr="00D33902" w14:paraId="02E29072" w14:textId="77777777" w:rsidTr="00F111D1">
        <w:trPr>
          <w:jc w:val="center"/>
        </w:trPr>
        <w:tc>
          <w:tcPr>
            <w:tcW w:w="3120" w:type="dxa"/>
            <w:shd w:val="clear" w:color="auto" w:fill="F9FAFB"/>
            <w:tcMar>
              <w:top w:w="50" w:type="dxa"/>
              <w:left w:w="100" w:type="dxa"/>
              <w:bottom w:w="50" w:type="dxa"/>
              <w:right w:w="100" w:type="dxa"/>
            </w:tcMar>
          </w:tcPr>
          <w:p w14:paraId="4D90BB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446A842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455C598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bl>
    <w:p w14:paraId="48CC0C14" w14:textId="77777777" w:rsidR="00D33902" w:rsidRPr="00D33902" w:rsidRDefault="00D33902" w:rsidP="00D33902">
      <w:pPr>
        <w:spacing w:after="0" w:line="240" w:lineRule="auto"/>
        <w:rPr>
          <w:rFonts w:ascii="Times New Roman" w:hAnsi="Times New Roman" w:cs="Times New Roman"/>
        </w:rPr>
      </w:pPr>
    </w:p>
    <w:p w14:paraId="56F82A9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5. Ders: BES118 Temel Matematik</w:t>
      </w:r>
    </w:p>
    <w:p w14:paraId="0987C79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674A287" w14:textId="77777777" w:rsidTr="00F111D1">
        <w:trPr>
          <w:jc w:val="center"/>
        </w:trPr>
        <w:tc>
          <w:tcPr>
            <w:tcW w:w="3120" w:type="dxa"/>
            <w:shd w:val="clear" w:color="auto" w:fill="1F4E79"/>
            <w:tcMar>
              <w:top w:w="70" w:type="dxa"/>
              <w:left w:w="100" w:type="dxa"/>
              <w:bottom w:w="70" w:type="dxa"/>
              <w:right w:w="100" w:type="dxa"/>
            </w:tcMar>
          </w:tcPr>
          <w:p w14:paraId="3900BD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C797D2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BC3ED5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9466EA1" w14:textId="77777777" w:rsidTr="00F111D1">
        <w:trPr>
          <w:jc w:val="center"/>
        </w:trPr>
        <w:tc>
          <w:tcPr>
            <w:tcW w:w="3120" w:type="dxa"/>
            <w:shd w:val="clear" w:color="auto" w:fill="F9FAFB"/>
            <w:tcMar>
              <w:top w:w="50" w:type="dxa"/>
              <w:left w:w="100" w:type="dxa"/>
              <w:bottom w:w="50" w:type="dxa"/>
              <w:right w:w="100" w:type="dxa"/>
            </w:tcMar>
          </w:tcPr>
          <w:p w14:paraId="738C0E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F0C8FB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FF3065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2,71</w:t>
            </w:r>
          </w:p>
        </w:tc>
      </w:tr>
      <w:tr w:rsidR="00D33902" w:rsidRPr="00D33902" w14:paraId="45F2EE59" w14:textId="77777777" w:rsidTr="00F111D1">
        <w:trPr>
          <w:jc w:val="center"/>
        </w:trPr>
        <w:tc>
          <w:tcPr>
            <w:tcW w:w="3120" w:type="dxa"/>
            <w:shd w:val="clear" w:color="auto" w:fill="FFFFFF"/>
            <w:tcMar>
              <w:top w:w="50" w:type="dxa"/>
              <w:left w:w="100" w:type="dxa"/>
              <w:bottom w:w="50" w:type="dxa"/>
              <w:right w:w="100" w:type="dxa"/>
            </w:tcMar>
          </w:tcPr>
          <w:p w14:paraId="0E0ECD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8E554B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40EFAD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2,71</w:t>
            </w:r>
          </w:p>
        </w:tc>
      </w:tr>
      <w:tr w:rsidR="00D33902" w:rsidRPr="00D33902" w14:paraId="02ABB04A" w14:textId="77777777" w:rsidTr="00F111D1">
        <w:trPr>
          <w:jc w:val="center"/>
        </w:trPr>
        <w:tc>
          <w:tcPr>
            <w:tcW w:w="3120" w:type="dxa"/>
            <w:shd w:val="clear" w:color="auto" w:fill="F9FAFB"/>
            <w:tcMar>
              <w:top w:w="50" w:type="dxa"/>
              <w:left w:w="100" w:type="dxa"/>
              <w:bottom w:w="50" w:type="dxa"/>
              <w:right w:w="100" w:type="dxa"/>
            </w:tcMar>
          </w:tcPr>
          <w:p w14:paraId="13AE96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BD3D28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7841782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2,14</w:t>
            </w:r>
          </w:p>
        </w:tc>
      </w:tr>
      <w:tr w:rsidR="00D33902" w:rsidRPr="00D33902" w14:paraId="05415B50" w14:textId="77777777" w:rsidTr="00F111D1">
        <w:trPr>
          <w:jc w:val="center"/>
        </w:trPr>
        <w:tc>
          <w:tcPr>
            <w:tcW w:w="3120" w:type="dxa"/>
            <w:shd w:val="clear" w:color="auto" w:fill="FFFFFF"/>
            <w:tcMar>
              <w:top w:w="50" w:type="dxa"/>
              <w:left w:w="100" w:type="dxa"/>
              <w:bottom w:w="50" w:type="dxa"/>
              <w:right w:w="100" w:type="dxa"/>
            </w:tcMar>
          </w:tcPr>
          <w:p w14:paraId="0F96AFD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2E5BF3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62E4F96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3,14</w:t>
            </w:r>
          </w:p>
        </w:tc>
      </w:tr>
    </w:tbl>
    <w:p w14:paraId="3758AC9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54DF85FF" w14:textId="77777777" w:rsidTr="00F111D1">
        <w:trPr>
          <w:jc w:val="center"/>
        </w:trPr>
        <w:tc>
          <w:tcPr>
            <w:tcW w:w="4680" w:type="dxa"/>
            <w:shd w:val="clear" w:color="auto" w:fill="1F4E79"/>
            <w:tcMar>
              <w:top w:w="70" w:type="dxa"/>
              <w:left w:w="100" w:type="dxa"/>
              <w:bottom w:w="70" w:type="dxa"/>
              <w:right w:w="100" w:type="dxa"/>
            </w:tcMar>
          </w:tcPr>
          <w:p w14:paraId="5FE1A3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6E4B2B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74945F88" w14:textId="77777777" w:rsidTr="00F111D1">
        <w:trPr>
          <w:jc w:val="center"/>
        </w:trPr>
        <w:tc>
          <w:tcPr>
            <w:tcW w:w="4680" w:type="dxa"/>
            <w:shd w:val="clear" w:color="auto" w:fill="F9FAFB"/>
            <w:tcMar>
              <w:top w:w="50" w:type="dxa"/>
              <w:left w:w="100" w:type="dxa"/>
              <w:bottom w:w="50" w:type="dxa"/>
              <w:right w:w="100" w:type="dxa"/>
            </w:tcMar>
          </w:tcPr>
          <w:p w14:paraId="1E245C1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73ED60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1,29 saat</w:t>
            </w:r>
          </w:p>
        </w:tc>
      </w:tr>
      <w:tr w:rsidR="00D33902" w:rsidRPr="00D33902" w14:paraId="49124386" w14:textId="77777777" w:rsidTr="00F111D1">
        <w:trPr>
          <w:jc w:val="center"/>
        </w:trPr>
        <w:tc>
          <w:tcPr>
            <w:tcW w:w="4680" w:type="dxa"/>
            <w:shd w:val="clear" w:color="auto" w:fill="FFFFFF"/>
            <w:tcMar>
              <w:top w:w="50" w:type="dxa"/>
              <w:left w:w="100" w:type="dxa"/>
              <w:bottom w:w="50" w:type="dxa"/>
              <w:right w:w="100" w:type="dxa"/>
            </w:tcMar>
          </w:tcPr>
          <w:p w14:paraId="7B21E4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5E4646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0,83 saat</w:t>
            </w:r>
          </w:p>
        </w:tc>
      </w:tr>
      <w:tr w:rsidR="00D33902" w:rsidRPr="00D33902" w14:paraId="36C7CB30" w14:textId="77777777" w:rsidTr="00F111D1">
        <w:trPr>
          <w:jc w:val="center"/>
        </w:trPr>
        <w:tc>
          <w:tcPr>
            <w:tcW w:w="4680" w:type="dxa"/>
            <w:shd w:val="clear" w:color="auto" w:fill="F9FAFB"/>
            <w:tcMar>
              <w:top w:w="50" w:type="dxa"/>
              <w:left w:w="100" w:type="dxa"/>
              <w:bottom w:w="50" w:type="dxa"/>
              <w:right w:w="100" w:type="dxa"/>
            </w:tcMar>
          </w:tcPr>
          <w:p w14:paraId="5CB53C0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2FCBC1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0,83 saat</w:t>
            </w:r>
          </w:p>
        </w:tc>
      </w:tr>
      <w:tr w:rsidR="00D33902" w:rsidRPr="00D33902" w14:paraId="6AE5CC03" w14:textId="77777777" w:rsidTr="00F111D1">
        <w:trPr>
          <w:jc w:val="center"/>
        </w:trPr>
        <w:tc>
          <w:tcPr>
            <w:tcW w:w="4680" w:type="dxa"/>
            <w:shd w:val="clear" w:color="auto" w:fill="FFFFFF"/>
            <w:tcMar>
              <w:top w:w="50" w:type="dxa"/>
              <w:left w:w="100" w:type="dxa"/>
              <w:bottom w:w="50" w:type="dxa"/>
              <w:right w:w="100" w:type="dxa"/>
            </w:tcMar>
          </w:tcPr>
          <w:p w14:paraId="29CAB57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09FBB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0,83 saat</w:t>
            </w:r>
          </w:p>
        </w:tc>
      </w:tr>
      <w:tr w:rsidR="00D33902" w:rsidRPr="00D33902" w14:paraId="5EE0747C" w14:textId="77777777" w:rsidTr="00F111D1">
        <w:trPr>
          <w:jc w:val="center"/>
        </w:trPr>
        <w:tc>
          <w:tcPr>
            <w:tcW w:w="4680" w:type="dxa"/>
            <w:shd w:val="clear" w:color="auto" w:fill="F9FAFB"/>
            <w:tcMar>
              <w:top w:w="50" w:type="dxa"/>
              <w:left w:w="100" w:type="dxa"/>
              <w:bottom w:w="50" w:type="dxa"/>
              <w:right w:w="100" w:type="dxa"/>
            </w:tcMar>
          </w:tcPr>
          <w:p w14:paraId="0CD08E9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37FC233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1,64 saat</w:t>
            </w:r>
          </w:p>
        </w:tc>
      </w:tr>
      <w:tr w:rsidR="00D33902" w:rsidRPr="00D33902" w14:paraId="554F0604" w14:textId="77777777" w:rsidTr="00F111D1">
        <w:trPr>
          <w:jc w:val="center"/>
        </w:trPr>
        <w:tc>
          <w:tcPr>
            <w:tcW w:w="4680" w:type="dxa"/>
            <w:shd w:val="clear" w:color="auto" w:fill="FFFFFF"/>
            <w:tcMar>
              <w:top w:w="50" w:type="dxa"/>
              <w:left w:w="100" w:type="dxa"/>
              <w:bottom w:w="50" w:type="dxa"/>
              <w:right w:w="100" w:type="dxa"/>
            </w:tcMar>
          </w:tcPr>
          <w:p w14:paraId="63E1A20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621186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0,83 saat</w:t>
            </w:r>
          </w:p>
        </w:tc>
      </w:tr>
      <w:tr w:rsidR="00D33902" w:rsidRPr="00D33902" w14:paraId="170A7043" w14:textId="77777777" w:rsidTr="00F111D1">
        <w:trPr>
          <w:jc w:val="center"/>
        </w:trPr>
        <w:tc>
          <w:tcPr>
            <w:tcW w:w="4680" w:type="dxa"/>
            <w:shd w:val="clear" w:color="auto" w:fill="F9FAFB"/>
            <w:tcMar>
              <w:top w:w="50" w:type="dxa"/>
              <w:left w:w="100" w:type="dxa"/>
              <w:bottom w:w="50" w:type="dxa"/>
              <w:right w:w="100" w:type="dxa"/>
            </w:tcMar>
          </w:tcPr>
          <w:p w14:paraId="53A6BAF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3E607F8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0,67 saat</w:t>
            </w:r>
          </w:p>
        </w:tc>
      </w:tr>
      <w:tr w:rsidR="00D33902" w:rsidRPr="00D33902" w14:paraId="5A100059" w14:textId="77777777" w:rsidTr="00F111D1">
        <w:trPr>
          <w:jc w:val="center"/>
        </w:trPr>
        <w:tc>
          <w:tcPr>
            <w:tcW w:w="4680" w:type="dxa"/>
            <w:shd w:val="clear" w:color="auto" w:fill="FFFFFF"/>
            <w:tcMar>
              <w:top w:w="50" w:type="dxa"/>
              <w:left w:w="100" w:type="dxa"/>
              <w:bottom w:w="50" w:type="dxa"/>
              <w:right w:w="100" w:type="dxa"/>
            </w:tcMar>
          </w:tcPr>
          <w:p w14:paraId="06816F9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2EA3B9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2,21 saat</w:t>
            </w:r>
          </w:p>
        </w:tc>
      </w:tr>
    </w:tbl>
    <w:p w14:paraId="32EA2D8D" w14:textId="77777777" w:rsidR="00D33902" w:rsidRPr="00D33902" w:rsidRDefault="00D33902" w:rsidP="00D33902">
      <w:pPr>
        <w:spacing w:after="0" w:line="240" w:lineRule="auto"/>
        <w:rPr>
          <w:rFonts w:ascii="Times New Roman" w:hAnsi="Times New Roman" w:cs="Times New Roman"/>
        </w:rPr>
      </w:pPr>
    </w:p>
    <w:p w14:paraId="5CE23E2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F7A97E1" w14:textId="77777777" w:rsidTr="00F111D1">
        <w:trPr>
          <w:jc w:val="center"/>
        </w:trPr>
        <w:tc>
          <w:tcPr>
            <w:tcW w:w="3120" w:type="dxa"/>
            <w:shd w:val="clear" w:color="auto" w:fill="1F4E79"/>
            <w:tcMar>
              <w:top w:w="70" w:type="dxa"/>
              <w:left w:w="100" w:type="dxa"/>
              <w:bottom w:w="70" w:type="dxa"/>
              <w:right w:w="100" w:type="dxa"/>
            </w:tcMar>
          </w:tcPr>
          <w:p w14:paraId="6E78613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B37955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E69E4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595B251" w14:textId="77777777" w:rsidTr="00F111D1">
        <w:trPr>
          <w:jc w:val="center"/>
        </w:trPr>
        <w:tc>
          <w:tcPr>
            <w:tcW w:w="3120" w:type="dxa"/>
            <w:shd w:val="clear" w:color="auto" w:fill="F9FAFB"/>
            <w:tcMar>
              <w:top w:w="50" w:type="dxa"/>
              <w:left w:w="100" w:type="dxa"/>
              <w:bottom w:w="50" w:type="dxa"/>
              <w:right w:w="100" w:type="dxa"/>
            </w:tcMar>
          </w:tcPr>
          <w:p w14:paraId="1D21A10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E2B60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51347C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462157E0" w14:textId="77777777" w:rsidTr="00F111D1">
        <w:trPr>
          <w:jc w:val="center"/>
        </w:trPr>
        <w:tc>
          <w:tcPr>
            <w:tcW w:w="3120" w:type="dxa"/>
            <w:shd w:val="clear" w:color="auto" w:fill="FFFFFF"/>
            <w:tcMar>
              <w:top w:w="50" w:type="dxa"/>
              <w:left w:w="100" w:type="dxa"/>
              <w:bottom w:w="50" w:type="dxa"/>
              <w:right w:w="100" w:type="dxa"/>
            </w:tcMar>
          </w:tcPr>
          <w:p w14:paraId="3AE6B60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FE1F3E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5A5691B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2589F3FD" w14:textId="77777777" w:rsidTr="00F111D1">
        <w:trPr>
          <w:jc w:val="center"/>
        </w:trPr>
        <w:tc>
          <w:tcPr>
            <w:tcW w:w="3120" w:type="dxa"/>
            <w:shd w:val="clear" w:color="auto" w:fill="F9FAFB"/>
            <w:tcMar>
              <w:top w:w="50" w:type="dxa"/>
              <w:left w:w="100" w:type="dxa"/>
              <w:bottom w:w="50" w:type="dxa"/>
              <w:right w:w="100" w:type="dxa"/>
            </w:tcMar>
          </w:tcPr>
          <w:p w14:paraId="0834F4E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2A43B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218C7C5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3,14</w:t>
            </w:r>
          </w:p>
        </w:tc>
      </w:tr>
      <w:tr w:rsidR="00D33902" w:rsidRPr="00D33902" w14:paraId="1FD14E6C" w14:textId="77777777" w:rsidTr="00F111D1">
        <w:trPr>
          <w:jc w:val="center"/>
        </w:trPr>
        <w:tc>
          <w:tcPr>
            <w:tcW w:w="3120" w:type="dxa"/>
            <w:shd w:val="clear" w:color="auto" w:fill="FFFFFF"/>
            <w:tcMar>
              <w:top w:w="50" w:type="dxa"/>
              <w:left w:w="100" w:type="dxa"/>
              <w:bottom w:w="50" w:type="dxa"/>
              <w:right w:w="100" w:type="dxa"/>
            </w:tcMar>
          </w:tcPr>
          <w:p w14:paraId="3861EC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FAB8E5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137F905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6F41099B" w14:textId="77777777" w:rsidTr="00F111D1">
        <w:trPr>
          <w:jc w:val="center"/>
        </w:trPr>
        <w:tc>
          <w:tcPr>
            <w:tcW w:w="3120" w:type="dxa"/>
            <w:shd w:val="clear" w:color="auto" w:fill="F9FAFB"/>
            <w:tcMar>
              <w:top w:w="50" w:type="dxa"/>
              <w:left w:w="100" w:type="dxa"/>
              <w:bottom w:w="50" w:type="dxa"/>
              <w:right w:w="100" w:type="dxa"/>
            </w:tcMar>
          </w:tcPr>
          <w:p w14:paraId="3BBA3F8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324040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47BB15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3,71</w:t>
            </w:r>
          </w:p>
        </w:tc>
      </w:tr>
      <w:tr w:rsidR="00D33902" w:rsidRPr="00D33902" w14:paraId="43D64A1F" w14:textId="77777777" w:rsidTr="00F111D1">
        <w:trPr>
          <w:jc w:val="center"/>
        </w:trPr>
        <w:tc>
          <w:tcPr>
            <w:tcW w:w="3120" w:type="dxa"/>
            <w:shd w:val="clear" w:color="auto" w:fill="FFFFFF"/>
            <w:tcMar>
              <w:top w:w="50" w:type="dxa"/>
              <w:left w:w="100" w:type="dxa"/>
              <w:bottom w:w="50" w:type="dxa"/>
              <w:right w:w="100" w:type="dxa"/>
            </w:tcMar>
          </w:tcPr>
          <w:p w14:paraId="2D1A63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6875E62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0E0A7F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3B874FD6" w14:textId="77777777" w:rsidTr="00F111D1">
        <w:trPr>
          <w:jc w:val="center"/>
        </w:trPr>
        <w:tc>
          <w:tcPr>
            <w:tcW w:w="3120" w:type="dxa"/>
            <w:shd w:val="clear" w:color="auto" w:fill="F9FAFB"/>
            <w:tcMar>
              <w:top w:w="50" w:type="dxa"/>
              <w:left w:w="100" w:type="dxa"/>
              <w:bottom w:w="50" w:type="dxa"/>
              <w:right w:w="100" w:type="dxa"/>
            </w:tcMar>
          </w:tcPr>
          <w:p w14:paraId="0EE64EE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346D73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65F678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21EC063A" w14:textId="77777777" w:rsidTr="00F111D1">
        <w:trPr>
          <w:jc w:val="center"/>
        </w:trPr>
        <w:tc>
          <w:tcPr>
            <w:tcW w:w="3120" w:type="dxa"/>
            <w:shd w:val="clear" w:color="auto" w:fill="FFFFFF"/>
            <w:tcMar>
              <w:top w:w="50" w:type="dxa"/>
              <w:left w:w="100" w:type="dxa"/>
              <w:bottom w:w="50" w:type="dxa"/>
              <w:right w:w="100" w:type="dxa"/>
            </w:tcMar>
          </w:tcPr>
          <w:p w14:paraId="510E9C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388D6FD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25073E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13B019F6" w14:textId="77777777" w:rsidTr="00F111D1">
        <w:trPr>
          <w:jc w:val="center"/>
        </w:trPr>
        <w:tc>
          <w:tcPr>
            <w:tcW w:w="3120" w:type="dxa"/>
            <w:shd w:val="clear" w:color="auto" w:fill="F9FAFB"/>
            <w:tcMar>
              <w:top w:w="50" w:type="dxa"/>
              <w:left w:w="100" w:type="dxa"/>
              <w:bottom w:w="50" w:type="dxa"/>
              <w:right w:w="100" w:type="dxa"/>
            </w:tcMar>
          </w:tcPr>
          <w:p w14:paraId="76B7A4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7E3E16D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2EFF501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143FFF54" w14:textId="77777777" w:rsidTr="00F111D1">
        <w:trPr>
          <w:jc w:val="center"/>
        </w:trPr>
        <w:tc>
          <w:tcPr>
            <w:tcW w:w="3120" w:type="dxa"/>
            <w:shd w:val="clear" w:color="auto" w:fill="FFFFFF"/>
            <w:tcMar>
              <w:top w:w="50" w:type="dxa"/>
              <w:left w:w="100" w:type="dxa"/>
              <w:bottom w:w="50" w:type="dxa"/>
              <w:right w:w="100" w:type="dxa"/>
            </w:tcMar>
          </w:tcPr>
          <w:p w14:paraId="65E0AE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778632C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725725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1BA97A89" w14:textId="77777777" w:rsidTr="00F111D1">
        <w:trPr>
          <w:jc w:val="center"/>
        </w:trPr>
        <w:tc>
          <w:tcPr>
            <w:tcW w:w="3120" w:type="dxa"/>
            <w:shd w:val="clear" w:color="auto" w:fill="F9FAFB"/>
            <w:tcMar>
              <w:top w:w="50" w:type="dxa"/>
              <w:left w:w="100" w:type="dxa"/>
              <w:bottom w:w="50" w:type="dxa"/>
              <w:right w:w="100" w:type="dxa"/>
            </w:tcMar>
          </w:tcPr>
          <w:p w14:paraId="7632FE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D4A00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3B00758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5B028885" w14:textId="77777777" w:rsidTr="00F111D1">
        <w:trPr>
          <w:jc w:val="center"/>
        </w:trPr>
        <w:tc>
          <w:tcPr>
            <w:tcW w:w="3120" w:type="dxa"/>
            <w:shd w:val="clear" w:color="auto" w:fill="FFFFFF"/>
            <w:tcMar>
              <w:top w:w="50" w:type="dxa"/>
              <w:left w:w="100" w:type="dxa"/>
              <w:bottom w:w="50" w:type="dxa"/>
              <w:right w:w="100" w:type="dxa"/>
            </w:tcMar>
          </w:tcPr>
          <w:p w14:paraId="4FCE9F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44DC1B3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4B0D5F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2747135A" w14:textId="77777777" w:rsidTr="00F111D1">
        <w:trPr>
          <w:jc w:val="center"/>
        </w:trPr>
        <w:tc>
          <w:tcPr>
            <w:tcW w:w="3120" w:type="dxa"/>
            <w:shd w:val="clear" w:color="auto" w:fill="F9FAFB"/>
            <w:tcMar>
              <w:top w:w="50" w:type="dxa"/>
              <w:left w:w="100" w:type="dxa"/>
              <w:bottom w:w="50" w:type="dxa"/>
              <w:right w:w="100" w:type="dxa"/>
            </w:tcMar>
          </w:tcPr>
          <w:p w14:paraId="0B3C4A6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22FE52F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11C0AA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742AE3C5" w14:textId="77777777" w:rsidTr="00F111D1">
        <w:trPr>
          <w:jc w:val="center"/>
        </w:trPr>
        <w:tc>
          <w:tcPr>
            <w:tcW w:w="3120" w:type="dxa"/>
            <w:shd w:val="clear" w:color="auto" w:fill="FFFFFF"/>
            <w:tcMar>
              <w:top w:w="50" w:type="dxa"/>
              <w:left w:w="100" w:type="dxa"/>
              <w:bottom w:w="50" w:type="dxa"/>
              <w:right w:w="100" w:type="dxa"/>
            </w:tcMar>
          </w:tcPr>
          <w:p w14:paraId="6CBE2A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567163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56FAF2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3,71</w:t>
            </w:r>
          </w:p>
        </w:tc>
      </w:tr>
    </w:tbl>
    <w:p w14:paraId="2C70FAD2" w14:textId="77777777" w:rsidR="00D33902" w:rsidRPr="00D33902" w:rsidRDefault="00D33902" w:rsidP="00D33902">
      <w:pPr>
        <w:spacing w:after="0" w:line="240" w:lineRule="auto"/>
        <w:rPr>
          <w:rFonts w:ascii="Times New Roman" w:hAnsi="Times New Roman" w:cs="Times New Roman"/>
        </w:rPr>
      </w:pPr>
    </w:p>
    <w:p w14:paraId="055326A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ABAAF2F" w14:textId="77777777" w:rsidTr="00F111D1">
        <w:trPr>
          <w:jc w:val="center"/>
        </w:trPr>
        <w:tc>
          <w:tcPr>
            <w:tcW w:w="3120" w:type="dxa"/>
            <w:shd w:val="clear" w:color="auto" w:fill="1F4E79"/>
            <w:tcMar>
              <w:top w:w="70" w:type="dxa"/>
              <w:left w:w="100" w:type="dxa"/>
              <w:bottom w:w="70" w:type="dxa"/>
              <w:right w:w="100" w:type="dxa"/>
            </w:tcMar>
          </w:tcPr>
          <w:p w14:paraId="61FF93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4C1581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85C5F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389FDA4E" w14:textId="77777777" w:rsidTr="00F111D1">
        <w:trPr>
          <w:jc w:val="center"/>
        </w:trPr>
        <w:tc>
          <w:tcPr>
            <w:tcW w:w="3120" w:type="dxa"/>
            <w:shd w:val="clear" w:color="auto" w:fill="F9FAFB"/>
            <w:tcMar>
              <w:top w:w="50" w:type="dxa"/>
              <w:left w:w="100" w:type="dxa"/>
              <w:bottom w:w="50" w:type="dxa"/>
              <w:right w:w="100" w:type="dxa"/>
            </w:tcMar>
          </w:tcPr>
          <w:p w14:paraId="66DF865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832E4B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437D4A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461797C3" w14:textId="77777777" w:rsidTr="00F111D1">
        <w:trPr>
          <w:jc w:val="center"/>
        </w:trPr>
        <w:tc>
          <w:tcPr>
            <w:tcW w:w="3120" w:type="dxa"/>
            <w:shd w:val="clear" w:color="auto" w:fill="FFFFFF"/>
            <w:tcMar>
              <w:top w:w="50" w:type="dxa"/>
              <w:left w:w="100" w:type="dxa"/>
              <w:bottom w:w="50" w:type="dxa"/>
              <w:right w:w="100" w:type="dxa"/>
            </w:tcMar>
          </w:tcPr>
          <w:p w14:paraId="6786B8F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672419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584ABBE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1BED7468" w14:textId="77777777" w:rsidTr="00F111D1">
        <w:trPr>
          <w:jc w:val="center"/>
        </w:trPr>
        <w:tc>
          <w:tcPr>
            <w:tcW w:w="3120" w:type="dxa"/>
            <w:shd w:val="clear" w:color="auto" w:fill="F9FAFB"/>
            <w:tcMar>
              <w:top w:w="50" w:type="dxa"/>
              <w:left w:w="100" w:type="dxa"/>
              <w:bottom w:w="50" w:type="dxa"/>
              <w:right w:w="100" w:type="dxa"/>
            </w:tcMar>
          </w:tcPr>
          <w:p w14:paraId="1225DD9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1B1F9B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33C4B20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363E0429" w14:textId="77777777" w:rsidTr="00F111D1">
        <w:trPr>
          <w:jc w:val="center"/>
        </w:trPr>
        <w:tc>
          <w:tcPr>
            <w:tcW w:w="3120" w:type="dxa"/>
            <w:shd w:val="clear" w:color="auto" w:fill="FFFFFF"/>
            <w:tcMar>
              <w:top w:w="50" w:type="dxa"/>
              <w:left w:w="100" w:type="dxa"/>
              <w:bottom w:w="50" w:type="dxa"/>
              <w:right w:w="100" w:type="dxa"/>
            </w:tcMar>
          </w:tcPr>
          <w:p w14:paraId="7F977B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166963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79D3D1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3,57</w:t>
            </w:r>
          </w:p>
        </w:tc>
      </w:tr>
      <w:tr w:rsidR="00D33902" w:rsidRPr="00D33902" w14:paraId="78AD468F" w14:textId="77777777" w:rsidTr="00F111D1">
        <w:trPr>
          <w:jc w:val="center"/>
        </w:trPr>
        <w:tc>
          <w:tcPr>
            <w:tcW w:w="3120" w:type="dxa"/>
            <w:shd w:val="clear" w:color="auto" w:fill="F9FAFB"/>
            <w:tcMar>
              <w:top w:w="50" w:type="dxa"/>
              <w:left w:w="100" w:type="dxa"/>
              <w:bottom w:w="50" w:type="dxa"/>
              <w:right w:w="100" w:type="dxa"/>
            </w:tcMar>
          </w:tcPr>
          <w:p w14:paraId="04325A1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AB6B28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6DEB58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3,57</w:t>
            </w:r>
          </w:p>
        </w:tc>
      </w:tr>
    </w:tbl>
    <w:p w14:paraId="2A78D5DC" w14:textId="77777777" w:rsidR="00D33902" w:rsidRPr="00D33902" w:rsidRDefault="00D33902" w:rsidP="00D33902">
      <w:pPr>
        <w:spacing w:after="0" w:line="240" w:lineRule="auto"/>
        <w:rPr>
          <w:rFonts w:ascii="Times New Roman" w:hAnsi="Times New Roman" w:cs="Times New Roman"/>
        </w:rPr>
      </w:pPr>
    </w:p>
    <w:p w14:paraId="78B120C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6. Ders: BES202 Beslenme Biyokimyası II</w:t>
      </w:r>
    </w:p>
    <w:p w14:paraId="3E4353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4F30E64" w14:textId="77777777" w:rsidTr="00F111D1">
        <w:trPr>
          <w:jc w:val="center"/>
        </w:trPr>
        <w:tc>
          <w:tcPr>
            <w:tcW w:w="3120" w:type="dxa"/>
            <w:shd w:val="clear" w:color="auto" w:fill="1F4E79"/>
            <w:tcMar>
              <w:top w:w="70" w:type="dxa"/>
              <w:left w:w="100" w:type="dxa"/>
              <w:bottom w:w="70" w:type="dxa"/>
              <w:right w:w="100" w:type="dxa"/>
            </w:tcMar>
          </w:tcPr>
          <w:p w14:paraId="37E9195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47F207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C0E201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6788DA3" w14:textId="77777777" w:rsidTr="00F111D1">
        <w:trPr>
          <w:jc w:val="center"/>
        </w:trPr>
        <w:tc>
          <w:tcPr>
            <w:tcW w:w="3120" w:type="dxa"/>
            <w:shd w:val="clear" w:color="auto" w:fill="F9FAFB"/>
            <w:tcMar>
              <w:top w:w="50" w:type="dxa"/>
              <w:left w:w="100" w:type="dxa"/>
              <w:bottom w:w="50" w:type="dxa"/>
              <w:right w:w="100" w:type="dxa"/>
            </w:tcMar>
          </w:tcPr>
          <w:p w14:paraId="5B7BF6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3DBDECA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3A2D49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4,78</w:t>
            </w:r>
          </w:p>
        </w:tc>
      </w:tr>
      <w:tr w:rsidR="00D33902" w:rsidRPr="00D33902" w14:paraId="389380C0" w14:textId="77777777" w:rsidTr="00F111D1">
        <w:trPr>
          <w:jc w:val="center"/>
        </w:trPr>
        <w:tc>
          <w:tcPr>
            <w:tcW w:w="3120" w:type="dxa"/>
            <w:shd w:val="clear" w:color="auto" w:fill="FFFFFF"/>
            <w:tcMar>
              <w:top w:w="50" w:type="dxa"/>
              <w:left w:w="100" w:type="dxa"/>
              <w:bottom w:w="50" w:type="dxa"/>
              <w:right w:w="100" w:type="dxa"/>
            </w:tcMar>
          </w:tcPr>
          <w:p w14:paraId="09DE8F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A44CF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7CD5FE8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3F1144AF" w14:textId="77777777" w:rsidTr="00F111D1">
        <w:trPr>
          <w:jc w:val="center"/>
        </w:trPr>
        <w:tc>
          <w:tcPr>
            <w:tcW w:w="3120" w:type="dxa"/>
            <w:shd w:val="clear" w:color="auto" w:fill="F9FAFB"/>
            <w:tcMar>
              <w:top w:w="50" w:type="dxa"/>
              <w:left w:w="100" w:type="dxa"/>
              <w:bottom w:w="50" w:type="dxa"/>
              <w:right w:w="100" w:type="dxa"/>
            </w:tcMar>
          </w:tcPr>
          <w:p w14:paraId="0DBF26A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939E95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3DBAB7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063FB3F0" w14:textId="77777777" w:rsidTr="00F111D1">
        <w:trPr>
          <w:jc w:val="center"/>
        </w:trPr>
        <w:tc>
          <w:tcPr>
            <w:tcW w:w="3120" w:type="dxa"/>
            <w:shd w:val="clear" w:color="auto" w:fill="FFFFFF"/>
            <w:tcMar>
              <w:top w:w="50" w:type="dxa"/>
              <w:left w:w="100" w:type="dxa"/>
              <w:bottom w:w="50" w:type="dxa"/>
              <w:right w:w="100" w:type="dxa"/>
            </w:tcMar>
          </w:tcPr>
          <w:p w14:paraId="1484CE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5F412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3F85ACB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4,56</w:t>
            </w:r>
          </w:p>
        </w:tc>
      </w:tr>
    </w:tbl>
    <w:p w14:paraId="54E6AE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0C2F6ACD" w14:textId="77777777" w:rsidTr="00F111D1">
        <w:trPr>
          <w:jc w:val="center"/>
        </w:trPr>
        <w:tc>
          <w:tcPr>
            <w:tcW w:w="4680" w:type="dxa"/>
            <w:shd w:val="clear" w:color="auto" w:fill="1F4E79"/>
            <w:tcMar>
              <w:top w:w="70" w:type="dxa"/>
              <w:left w:w="100" w:type="dxa"/>
              <w:bottom w:w="70" w:type="dxa"/>
              <w:right w:w="100" w:type="dxa"/>
            </w:tcMar>
          </w:tcPr>
          <w:p w14:paraId="30B93E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4D95F04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0960BAE6" w14:textId="77777777" w:rsidTr="00F111D1">
        <w:trPr>
          <w:jc w:val="center"/>
        </w:trPr>
        <w:tc>
          <w:tcPr>
            <w:tcW w:w="4680" w:type="dxa"/>
            <w:shd w:val="clear" w:color="auto" w:fill="F9FAFB"/>
            <w:tcMar>
              <w:top w:w="50" w:type="dxa"/>
              <w:left w:w="100" w:type="dxa"/>
              <w:bottom w:w="50" w:type="dxa"/>
              <w:right w:w="100" w:type="dxa"/>
            </w:tcMar>
          </w:tcPr>
          <w:p w14:paraId="1220E4E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12F9849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 saat</w:t>
            </w:r>
          </w:p>
        </w:tc>
      </w:tr>
      <w:tr w:rsidR="00D33902" w:rsidRPr="00D33902" w14:paraId="0A6B134B" w14:textId="77777777" w:rsidTr="00F111D1">
        <w:trPr>
          <w:jc w:val="center"/>
        </w:trPr>
        <w:tc>
          <w:tcPr>
            <w:tcW w:w="4680" w:type="dxa"/>
            <w:shd w:val="clear" w:color="auto" w:fill="FFFFFF"/>
            <w:tcMar>
              <w:top w:w="50" w:type="dxa"/>
              <w:left w:w="100" w:type="dxa"/>
              <w:bottom w:w="50" w:type="dxa"/>
              <w:right w:w="100" w:type="dxa"/>
            </w:tcMar>
          </w:tcPr>
          <w:p w14:paraId="5EEED0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0ACD8B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1,88 saat</w:t>
            </w:r>
          </w:p>
        </w:tc>
      </w:tr>
      <w:tr w:rsidR="00D33902" w:rsidRPr="00D33902" w14:paraId="4017D4B6" w14:textId="77777777" w:rsidTr="00F111D1">
        <w:trPr>
          <w:jc w:val="center"/>
        </w:trPr>
        <w:tc>
          <w:tcPr>
            <w:tcW w:w="4680" w:type="dxa"/>
            <w:shd w:val="clear" w:color="auto" w:fill="F9FAFB"/>
            <w:tcMar>
              <w:top w:w="50" w:type="dxa"/>
              <w:left w:w="100" w:type="dxa"/>
              <w:bottom w:w="50" w:type="dxa"/>
              <w:right w:w="100" w:type="dxa"/>
            </w:tcMar>
          </w:tcPr>
          <w:p w14:paraId="48CFE24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6A28F3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 saat</w:t>
            </w:r>
          </w:p>
        </w:tc>
      </w:tr>
      <w:tr w:rsidR="00D33902" w:rsidRPr="00D33902" w14:paraId="61436115" w14:textId="77777777" w:rsidTr="00F111D1">
        <w:trPr>
          <w:jc w:val="center"/>
        </w:trPr>
        <w:tc>
          <w:tcPr>
            <w:tcW w:w="4680" w:type="dxa"/>
            <w:shd w:val="clear" w:color="auto" w:fill="FFFFFF"/>
            <w:tcMar>
              <w:top w:w="50" w:type="dxa"/>
              <w:left w:w="100" w:type="dxa"/>
              <w:bottom w:w="50" w:type="dxa"/>
              <w:right w:w="100" w:type="dxa"/>
            </w:tcMar>
          </w:tcPr>
          <w:p w14:paraId="6D4826C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04057AC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1,75 saat</w:t>
            </w:r>
          </w:p>
        </w:tc>
      </w:tr>
      <w:tr w:rsidR="00D33902" w:rsidRPr="00D33902" w14:paraId="68411957" w14:textId="77777777" w:rsidTr="00F111D1">
        <w:trPr>
          <w:jc w:val="center"/>
        </w:trPr>
        <w:tc>
          <w:tcPr>
            <w:tcW w:w="4680" w:type="dxa"/>
            <w:shd w:val="clear" w:color="auto" w:fill="F9FAFB"/>
            <w:tcMar>
              <w:top w:w="50" w:type="dxa"/>
              <w:left w:w="100" w:type="dxa"/>
              <w:bottom w:w="50" w:type="dxa"/>
              <w:right w:w="100" w:type="dxa"/>
            </w:tcMar>
          </w:tcPr>
          <w:p w14:paraId="70F03F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4BB134B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15,22 saat</w:t>
            </w:r>
          </w:p>
        </w:tc>
      </w:tr>
      <w:tr w:rsidR="00D33902" w:rsidRPr="00D33902" w14:paraId="53038607" w14:textId="77777777" w:rsidTr="00F111D1">
        <w:trPr>
          <w:jc w:val="center"/>
        </w:trPr>
        <w:tc>
          <w:tcPr>
            <w:tcW w:w="4680" w:type="dxa"/>
            <w:shd w:val="clear" w:color="auto" w:fill="FFFFFF"/>
            <w:tcMar>
              <w:top w:w="50" w:type="dxa"/>
              <w:left w:w="100" w:type="dxa"/>
              <w:bottom w:w="50" w:type="dxa"/>
              <w:right w:w="100" w:type="dxa"/>
            </w:tcMar>
          </w:tcPr>
          <w:p w14:paraId="247600E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5E0DD0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1,75 saat</w:t>
            </w:r>
          </w:p>
        </w:tc>
      </w:tr>
      <w:tr w:rsidR="00D33902" w:rsidRPr="00D33902" w14:paraId="05A636FA" w14:textId="77777777" w:rsidTr="00F111D1">
        <w:trPr>
          <w:jc w:val="center"/>
        </w:trPr>
        <w:tc>
          <w:tcPr>
            <w:tcW w:w="4680" w:type="dxa"/>
            <w:shd w:val="clear" w:color="auto" w:fill="F9FAFB"/>
            <w:tcMar>
              <w:top w:w="50" w:type="dxa"/>
              <w:left w:w="100" w:type="dxa"/>
              <w:bottom w:w="50" w:type="dxa"/>
              <w:right w:w="100" w:type="dxa"/>
            </w:tcMar>
          </w:tcPr>
          <w:p w14:paraId="49398CB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3FD912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1,12 saat</w:t>
            </w:r>
          </w:p>
        </w:tc>
      </w:tr>
      <w:tr w:rsidR="00D33902" w:rsidRPr="00D33902" w14:paraId="547FA346" w14:textId="77777777" w:rsidTr="00F111D1">
        <w:trPr>
          <w:jc w:val="center"/>
        </w:trPr>
        <w:tc>
          <w:tcPr>
            <w:tcW w:w="4680" w:type="dxa"/>
            <w:shd w:val="clear" w:color="auto" w:fill="FFFFFF"/>
            <w:tcMar>
              <w:top w:w="50" w:type="dxa"/>
              <w:left w:w="100" w:type="dxa"/>
              <w:bottom w:w="50" w:type="dxa"/>
              <w:right w:w="100" w:type="dxa"/>
            </w:tcMar>
          </w:tcPr>
          <w:p w14:paraId="5497BCD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5C3411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15,56 saat</w:t>
            </w:r>
          </w:p>
        </w:tc>
      </w:tr>
    </w:tbl>
    <w:p w14:paraId="3FA79610" w14:textId="77777777" w:rsidR="00D33902" w:rsidRPr="00D33902" w:rsidRDefault="00D33902" w:rsidP="00D33902">
      <w:pPr>
        <w:spacing w:after="0" w:line="240" w:lineRule="auto"/>
        <w:rPr>
          <w:rFonts w:ascii="Times New Roman" w:hAnsi="Times New Roman" w:cs="Times New Roman"/>
        </w:rPr>
      </w:pPr>
    </w:p>
    <w:p w14:paraId="1B34B1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9668526" w14:textId="77777777" w:rsidTr="00F111D1">
        <w:trPr>
          <w:jc w:val="center"/>
        </w:trPr>
        <w:tc>
          <w:tcPr>
            <w:tcW w:w="3120" w:type="dxa"/>
            <w:shd w:val="clear" w:color="auto" w:fill="1F4E79"/>
            <w:tcMar>
              <w:top w:w="70" w:type="dxa"/>
              <w:left w:w="100" w:type="dxa"/>
              <w:bottom w:w="70" w:type="dxa"/>
              <w:right w:w="100" w:type="dxa"/>
            </w:tcMar>
          </w:tcPr>
          <w:p w14:paraId="4F8236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178800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6D4B6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CB31FA5" w14:textId="77777777" w:rsidTr="00F111D1">
        <w:trPr>
          <w:jc w:val="center"/>
        </w:trPr>
        <w:tc>
          <w:tcPr>
            <w:tcW w:w="3120" w:type="dxa"/>
            <w:shd w:val="clear" w:color="auto" w:fill="F9FAFB"/>
            <w:tcMar>
              <w:top w:w="50" w:type="dxa"/>
              <w:left w:w="100" w:type="dxa"/>
              <w:bottom w:w="50" w:type="dxa"/>
              <w:right w:w="100" w:type="dxa"/>
            </w:tcMar>
          </w:tcPr>
          <w:p w14:paraId="6D0F0D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574642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0D32B0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556968B2" w14:textId="77777777" w:rsidTr="00F111D1">
        <w:trPr>
          <w:jc w:val="center"/>
        </w:trPr>
        <w:tc>
          <w:tcPr>
            <w:tcW w:w="3120" w:type="dxa"/>
            <w:shd w:val="clear" w:color="auto" w:fill="FFFFFF"/>
            <w:tcMar>
              <w:top w:w="50" w:type="dxa"/>
              <w:left w:w="100" w:type="dxa"/>
              <w:bottom w:w="50" w:type="dxa"/>
              <w:right w:w="100" w:type="dxa"/>
            </w:tcMar>
          </w:tcPr>
          <w:p w14:paraId="2ED1E6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58DCCC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6BF5F2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55C5B4A3" w14:textId="77777777" w:rsidTr="00F111D1">
        <w:trPr>
          <w:jc w:val="center"/>
        </w:trPr>
        <w:tc>
          <w:tcPr>
            <w:tcW w:w="3120" w:type="dxa"/>
            <w:shd w:val="clear" w:color="auto" w:fill="F9FAFB"/>
            <w:tcMar>
              <w:top w:w="50" w:type="dxa"/>
              <w:left w:w="100" w:type="dxa"/>
              <w:bottom w:w="50" w:type="dxa"/>
              <w:right w:w="100" w:type="dxa"/>
            </w:tcMar>
          </w:tcPr>
          <w:p w14:paraId="47E251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06337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0945CC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4FCCCBC2" w14:textId="77777777" w:rsidTr="00F111D1">
        <w:trPr>
          <w:jc w:val="center"/>
        </w:trPr>
        <w:tc>
          <w:tcPr>
            <w:tcW w:w="3120" w:type="dxa"/>
            <w:shd w:val="clear" w:color="auto" w:fill="FFFFFF"/>
            <w:tcMar>
              <w:top w:w="50" w:type="dxa"/>
              <w:left w:w="100" w:type="dxa"/>
              <w:bottom w:w="50" w:type="dxa"/>
              <w:right w:w="100" w:type="dxa"/>
            </w:tcMar>
          </w:tcPr>
          <w:p w14:paraId="1CAFA2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8FA588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572209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42278652" w14:textId="77777777" w:rsidTr="00F111D1">
        <w:trPr>
          <w:jc w:val="center"/>
        </w:trPr>
        <w:tc>
          <w:tcPr>
            <w:tcW w:w="3120" w:type="dxa"/>
            <w:shd w:val="clear" w:color="auto" w:fill="F9FAFB"/>
            <w:tcMar>
              <w:top w:w="50" w:type="dxa"/>
              <w:left w:w="100" w:type="dxa"/>
              <w:bottom w:w="50" w:type="dxa"/>
              <w:right w:w="100" w:type="dxa"/>
            </w:tcMar>
          </w:tcPr>
          <w:p w14:paraId="7EB1AF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195CDA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AFE8B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58D94AE5" w14:textId="77777777" w:rsidTr="00F111D1">
        <w:trPr>
          <w:jc w:val="center"/>
        </w:trPr>
        <w:tc>
          <w:tcPr>
            <w:tcW w:w="3120" w:type="dxa"/>
            <w:shd w:val="clear" w:color="auto" w:fill="FFFFFF"/>
            <w:tcMar>
              <w:top w:w="50" w:type="dxa"/>
              <w:left w:w="100" w:type="dxa"/>
              <w:bottom w:w="50" w:type="dxa"/>
              <w:right w:w="100" w:type="dxa"/>
            </w:tcMar>
          </w:tcPr>
          <w:p w14:paraId="0158DE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4968C86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53DCCE0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4,56</w:t>
            </w:r>
          </w:p>
        </w:tc>
      </w:tr>
      <w:tr w:rsidR="00D33902" w:rsidRPr="00D33902" w14:paraId="0951A88A" w14:textId="77777777" w:rsidTr="00F111D1">
        <w:trPr>
          <w:jc w:val="center"/>
        </w:trPr>
        <w:tc>
          <w:tcPr>
            <w:tcW w:w="3120" w:type="dxa"/>
            <w:shd w:val="clear" w:color="auto" w:fill="F9FAFB"/>
            <w:tcMar>
              <w:top w:w="50" w:type="dxa"/>
              <w:left w:w="100" w:type="dxa"/>
              <w:bottom w:w="50" w:type="dxa"/>
              <w:right w:w="100" w:type="dxa"/>
            </w:tcMar>
          </w:tcPr>
          <w:p w14:paraId="231B174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61598B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43575B2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0B914188" w14:textId="77777777" w:rsidTr="00F111D1">
        <w:trPr>
          <w:jc w:val="center"/>
        </w:trPr>
        <w:tc>
          <w:tcPr>
            <w:tcW w:w="3120" w:type="dxa"/>
            <w:shd w:val="clear" w:color="auto" w:fill="FFFFFF"/>
            <w:tcMar>
              <w:top w:w="50" w:type="dxa"/>
              <w:left w:w="100" w:type="dxa"/>
              <w:bottom w:w="50" w:type="dxa"/>
              <w:right w:w="100" w:type="dxa"/>
            </w:tcMar>
          </w:tcPr>
          <w:p w14:paraId="1CBB6BC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D22B39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1750A33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4,78</w:t>
            </w:r>
          </w:p>
        </w:tc>
      </w:tr>
      <w:tr w:rsidR="00D33902" w:rsidRPr="00D33902" w14:paraId="55AD91F9" w14:textId="77777777" w:rsidTr="00F111D1">
        <w:trPr>
          <w:jc w:val="center"/>
        </w:trPr>
        <w:tc>
          <w:tcPr>
            <w:tcW w:w="3120" w:type="dxa"/>
            <w:shd w:val="clear" w:color="auto" w:fill="F9FAFB"/>
            <w:tcMar>
              <w:top w:w="50" w:type="dxa"/>
              <w:left w:w="100" w:type="dxa"/>
              <w:bottom w:w="50" w:type="dxa"/>
              <w:right w:w="100" w:type="dxa"/>
            </w:tcMar>
          </w:tcPr>
          <w:p w14:paraId="5E8BB0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3008DEB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5F54DC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4,78</w:t>
            </w:r>
          </w:p>
        </w:tc>
      </w:tr>
      <w:tr w:rsidR="00D33902" w:rsidRPr="00D33902" w14:paraId="746240F7" w14:textId="77777777" w:rsidTr="00F111D1">
        <w:trPr>
          <w:jc w:val="center"/>
        </w:trPr>
        <w:tc>
          <w:tcPr>
            <w:tcW w:w="3120" w:type="dxa"/>
            <w:shd w:val="clear" w:color="auto" w:fill="FFFFFF"/>
            <w:tcMar>
              <w:top w:w="50" w:type="dxa"/>
              <w:left w:w="100" w:type="dxa"/>
              <w:bottom w:w="50" w:type="dxa"/>
              <w:right w:w="100" w:type="dxa"/>
            </w:tcMar>
          </w:tcPr>
          <w:p w14:paraId="7EC5D7A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06EFAFA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3431C51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4D9937EC" w14:textId="77777777" w:rsidTr="00F111D1">
        <w:trPr>
          <w:jc w:val="center"/>
        </w:trPr>
        <w:tc>
          <w:tcPr>
            <w:tcW w:w="3120" w:type="dxa"/>
            <w:shd w:val="clear" w:color="auto" w:fill="F9FAFB"/>
            <w:tcMar>
              <w:top w:w="50" w:type="dxa"/>
              <w:left w:w="100" w:type="dxa"/>
              <w:bottom w:w="50" w:type="dxa"/>
              <w:right w:w="100" w:type="dxa"/>
            </w:tcMar>
          </w:tcPr>
          <w:p w14:paraId="7863467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393B5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49A46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61B7B75" w14:textId="77777777" w:rsidTr="00F111D1">
        <w:trPr>
          <w:jc w:val="center"/>
        </w:trPr>
        <w:tc>
          <w:tcPr>
            <w:tcW w:w="3120" w:type="dxa"/>
            <w:shd w:val="clear" w:color="auto" w:fill="FFFFFF"/>
            <w:tcMar>
              <w:top w:w="50" w:type="dxa"/>
              <w:left w:w="100" w:type="dxa"/>
              <w:bottom w:w="50" w:type="dxa"/>
              <w:right w:w="100" w:type="dxa"/>
            </w:tcMar>
          </w:tcPr>
          <w:p w14:paraId="0A03427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3A1967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7BAA7A1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64FA3E8" w14:textId="77777777" w:rsidTr="00F111D1">
        <w:trPr>
          <w:jc w:val="center"/>
        </w:trPr>
        <w:tc>
          <w:tcPr>
            <w:tcW w:w="3120" w:type="dxa"/>
            <w:shd w:val="clear" w:color="auto" w:fill="F9FAFB"/>
            <w:tcMar>
              <w:top w:w="50" w:type="dxa"/>
              <w:left w:w="100" w:type="dxa"/>
              <w:bottom w:w="50" w:type="dxa"/>
              <w:right w:w="100" w:type="dxa"/>
            </w:tcMar>
          </w:tcPr>
          <w:p w14:paraId="775C17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230F234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16C889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r w:rsidR="00D33902" w:rsidRPr="00D33902" w14:paraId="3007B8AC" w14:textId="77777777" w:rsidTr="00F111D1">
        <w:trPr>
          <w:jc w:val="center"/>
        </w:trPr>
        <w:tc>
          <w:tcPr>
            <w:tcW w:w="3120" w:type="dxa"/>
            <w:shd w:val="clear" w:color="auto" w:fill="FFFFFF"/>
            <w:tcMar>
              <w:top w:w="50" w:type="dxa"/>
              <w:left w:w="100" w:type="dxa"/>
              <w:bottom w:w="50" w:type="dxa"/>
              <w:right w:w="100" w:type="dxa"/>
            </w:tcMar>
          </w:tcPr>
          <w:p w14:paraId="584FBB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05E443A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2103F6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4,89</w:t>
            </w:r>
          </w:p>
        </w:tc>
      </w:tr>
    </w:tbl>
    <w:p w14:paraId="33446B49" w14:textId="77777777" w:rsidR="00D33902" w:rsidRPr="00D33902" w:rsidRDefault="00D33902" w:rsidP="00D33902">
      <w:pPr>
        <w:spacing w:after="0" w:line="240" w:lineRule="auto"/>
        <w:rPr>
          <w:rFonts w:ascii="Times New Roman" w:hAnsi="Times New Roman" w:cs="Times New Roman"/>
        </w:rPr>
      </w:pPr>
    </w:p>
    <w:p w14:paraId="62D4B0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204D420" w14:textId="77777777" w:rsidTr="00F111D1">
        <w:trPr>
          <w:jc w:val="center"/>
        </w:trPr>
        <w:tc>
          <w:tcPr>
            <w:tcW w:w="3120" w:type="dxa"/>
            <w:shd w:val="clear" w:color="auto" w:fill="1F4E79"/>
            <w:tcMar>
              <w:top w:w="70" w:type="dxa"/>
              <w:left w:w="100" w:type="dxa"/>
              <w:bottom w:w="70" w:type="dxa"/>
              <w:right w:w="100" w:type="dxa"/>
            </w:tcMar>
          </w:tcPr>
          <w:p w14:paraId="147D54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70EE9F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2318D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1DB5EEB" w14:textId="77777777" w:rsidTr="00F111D1">
        <w:trPr>
          <w:jc w:val="center"/>
        </w:trPr>
        <w:tc>
          <w:tcPr>
            <w:tcW w:w="3120" w:type="dxa"/>
            <w:shd w:val="clear" w:color="auto" w:fill="F9FAFB"/>
            <w:tcMar>
              <w:top w:w="50" w:type="dxa"/>
              <w:left w:w="100" w:type="dxa"/>
              <w:bottom w:w="50" w:type="dxa"/>
              <w:right w:w="100" w:type="dxa"/>
            </w:tcMar>
          </w:tcPr>
          <w:p w14:paraId="4E4A9D7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F88379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47C9C0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3,89</w:t>
            </w:r>
          </w:p>
        </w:tc>
      </w:tr>
      <w:tr w:rsidR="00D33902" w:rsidRPr="00D33902" w14:paraId="4AF508C2" w14:textId="77777777" w:rsidTr="00F111D1">
        <w:trPr>
          <w:jc w:val="center"/>
        </w:trPr>
        <w:tc>
          <w:tcPr>
            <w:tcW w:w="3120" w:type="dxa"/>
            <w:shd w:val="clear" w:color="auto" w:fill="FFFFFF"/>
            <w:tcMar>
              <w:top w:w="50" w:type="dxa"/>
              <w:left w:w="100" w:type="dxa"/>
              <w:bottom w:w="50" w:type="dxa"/>
              <w:right w:w="100" w:type="dxa"/>
            </w:tcMar>
          </w:tcPr>
          <w:p w14:paraId="77D51D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45C8B16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3F4B688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4,22</w:t>
            </w:r>
          </w:p>
        </w:tc>
      </w:tr>
      <w:tr w:rsidR="00D33902" w:rsidRPr="00D33902" w14:paraId="2F7EE3A8" w14:textId="77777777" w:rsidTr="00F111D1">
        <w:trPr>
          <w:jc w:val="center"/>
        </w:trPr>
        <w:tc>
          <w:tcPr>
            <w:tcW w:w="3120" w:type="dxa"/>
            <w:shd w:val="clear" w:color="auto" w:fill="F9FAFB"/>
            <w:tcMar>
              <w:top w:w="50" w:type="dxa"/>
              <w:left w:w="100" w:type="dxa"/>
              <w:bottom w:w="50" w:type="dxa"/>
              <w:right w:w="100" w:type="dxa"/>
            </w:tcMar>
          </w:tcPr>
          <w:p w14:paraId="355DE9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EE2D3D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0EE62D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4,56</w:t>
            </w:r>
          </w:p>
        </w:tc>
      </w:tr>
      <w:tr w:rsidR="00D33902" w:rsidRPr="00D33902" w14:paraId="48EAF86C" w14:textId="77777777" w:rsidTr="00F111D1">
        <w:trPr>
          <w:jc w:val="center"/>
        </w:trPr>
        <w:tc>
          <w:tcPr>
            <w:tcW w:w="3120" w:type="dxa"/>
            <w:shd w:val="clear" w:color="auto" w:fill="FFFFFF"/>
            <w:tcMar>
              <w:top w:w="50" w:type="dxa"/>
              <w:left w:w="100" w:type="dxa"/>
              <w:bottom w:w="50" w:type="dxa"/>
              <w:right w:w="100" w:type="dxa"/>
            </w:tcMar>
          </w:tcPr>
          <w:p w14:paraId="31F065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E84AEF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733810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4,44</w:t>
            </w:r>
          </w:p>
        </w:tc>
      </w:tr>
      <w:tr w:rsidR="00D33902" w:rsidRPr="00D33902" w14:paraId="580D95E9" w14:textId="77777777" w:rsidTr="00F111D1">
        <w:trPr>
          <w:jc w:val="center"/>
        </w:trPr>
        <w:tc>
          <w:tcPr>
            <w:tcW w:w="3120" w:type="dxa"/>
            <w:shd w:val="clear" w:color="auto" w:fill="F9FAFB"/>
            <w:tcMar>
              <w:top w:w="50" w:type="dxa"/>
              <w:left w:w="100" w:type="dxa"/>
              <w:bottom w:w="50" w:type="dxa"/>
              <w:right w:w="100" w:type="dxa"/>
            </w:tcMar>
          </w:tcPr>
          <w:p w14:paraId="79492BD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72494F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21731C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1C3CED21" w14:textId="77777777" w:rsidR="00D33902" w:rsidRPr="00D33902" w:rsidRDefault="00D33902" w:rsidP="00D33902">
      <w:pPr>
        <w:spacing w:after="0" w:line="240" w:lineRule="auto"/>
        <w:rPr>
          <w:rFonts w:ascii="Times New Roman" w:hAnsi="Times New Roman" w:cs="Times New Roman"/>
        </w:rPr>
      </w:pPr>
    </w:p>
    <w:p w14:paraId="6861CA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7. Ders: BES204 Besin Kimyası ve Analizleri-II</w:t>
      </w:r>
    </w:p>
    <w:p w14:paraId="0AA378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BEAC11B" w14:textId="77777777" w:rsidTr="00F111D1">
        <w:trPr>
          <w:jc w:val="center"/>
        </w:trPr>
        <w:tc>
          <w:tcPr>
            <w:tcW w:w="3120" w:type="dxa"/>
            <w:shd w:val="clear" w:color="auto" w:fill="1F4E79"/>
            <w:tcMar>
              <w:top w:w="70" w:type="dxa"/>
              <w:left w:w="100" w:type="dxa"/>
              <w:bottom w:w="70" w:type="dxa"/>
              <w:right w:w="100" w:type="dxa"/>
            </w:tcMar>
          </w:tcPr>
          <w:p w14:paraId="3C428BB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FF65C9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94A21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01748FA" w14:textId="77777777" w:rsidTr="00F111D1">
        <w:trPr>
          <w:jc w:val="center"/>
        </w:trPr>
        <w:tc>
          <w:tcPr>
            <w:tcW w:w="3120" w:type="dxa"/>
            <w:shd w:val="clear" w:color="auto" w:fill="F9FAFB"/>
            <w:tcMar>
              <w:top w:w="50" w:type="dxa"/>
              <w:left w:w="100" w:type="dxa"/>
              <w:bottom w:w="50" w:type="dxa"/>
              <w:right w:w="100" w:type="dxa"/>
            </w:tcMar>
          </w:tcPr>
          <w:p w14:paraId="77FF2A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31746F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F093A8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6F976480" w14:textId="77777777" w:rsidTr="00F111D1">
        <w:trPr>
          <w:jc w:val="center"/>
        </w:trPr>
        <w:tc>
          <w:tcPr>
            <w:tcW w:w="3120" w:type="dxa"/>
            <w:shd w:val="clear" w:color="auto" w:fill="FFFFFF"/>
            <w:tcMar>
              <w:top w:w="50" w:type="dxa"/>
              <w:left w:w="100" w:type="dxa"/>
              <w:bottom w:w="50" w:type="dxa"/>
              <w:right w:w="100" w:type="dxa"/>
            </w:tcMar>
          </w:tcPr>
          <w:p w14:paraId="385763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B80E2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6A76EE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597D1A4E" w14:textId="77777777" w:rsidTr="00F111D1">
        <w:trPr>
          <w:jc w:val="center"/>
        </w:trPr>
        <w:tc>
          <w:tcPr>
            <w:tcW w:w="3120" w:type="dxa"/>
            <w:shd w:val="clear" w:color="auto" w:fill="F9FAFB"/>
            <w:tcMar>
              <w:top w:w="50" w:type="dxa"/>
              <w:left w:w="100" w:type="dxa"/>
              <w:bottom w:w="50" w:type="dxa"/>
              <w:right w:w="100" w:type="dxa"/>
            </w:tcMar>
          </w:tcPr>
          <w:p w14:paraId="1DF7856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BC5807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22DED4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4,88</w:t>
            </w:r>
          </w:p>
        </w:tc>
      </w:tr>
      <w:tr w:rsidR="00D33902" w:rsidRPr="00D33902" w14:paraId="67DC838E" w14:textId="77777777" w:rsidTr="00F111D1">
        <w:trPr>
          <w:jc w:val="center"/>
        </w:trPr>
        <w:tc>
          <w:tcPr>
            <w:tcW w:w="3120" w:type="dxa"/>
            <w:shd w:val="clear" w:color="auto" w:fill="FFFFFF"/>
            <w:tcMar>
              <w:top w:w="50" w:type="dxa"/>
              <w:left w:w="100" w:type="dxa"/>
              <w:bottom w:w="50" w:type="dxa"/>
              <w:right w:w="100" w:type="dxa"/>
            </w:tcMar>
          </w:tcPr>
          <w:p w14:paraId="2F6709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ED665A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220654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bl>
    <w:p w14:paraId="11AFD54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0A4C9BCC" w14:textId="77777777" w:rsidTr="00F111D1">
        <w:trPr>
          <w:jc w:val="center"/>
        </w:trPr>
        <w:tc>
          <w:tcPr>
            <w:tcW w:w="4680" w:type="dxa"/>
            <w:shd w:val="clear" w:color="auto" w:fill="1F4E79"/>
            <w:tcMar>
              <w:top w:w="70" w:type="dxa"/>
              <w:left w:w="100" w:type="dxa"/>
              <w:bottom w:w="70" w:type="dxa"/>
              <w:right w:w="100" w:type="dxa"/>
            </w:tcMar>
          </w:tcPr>
          <w:p w14:paraId="2195AD7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062D13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72AA965A" w14:textId="77777777" w:rsidTr="00F111D1">
        <w:trPr>
          <w:jc w:val="center"/>
        </w:trPr>
        <w:tc>
          <w:tcPr>
            <w:tcW w:w="4680" w:type="dxa"/>
            <w:shd w:val="clear" w:color="auto" w:fill="F9FAFB"/>
            <w:tcMar>
              <w:top w:w="50" w:type="dxa"/>
              <w:left w:w="100" w:type="dxa"/>
              <w:bottom w:w="50" w:type="dxa"/>
              <w:right w:w="100" w:type="dxa"/>
            </w:tcMar>
          </w:tcPr>
          <w:p w14:paraId="38019FC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315A5C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6,12 saat</w:t>
            </w:r>
          </w:p>
        </w:tc>
      </w:tr>
      <w:tr w:rsidR="00D33902" w:rsidRPr="00D33902" w14:paraId="176C7CCE" w14:textId="77777777" w:rsidTr="00F111D1">
        <w:trPr>
          <w:jc w:val="center"/>
        </w:trPr>
        <w:tc>
          <w:tcPr>
            <w:tcW w:w="4680" w:type="dxa"/>
            <w:shd w:val="clear" w:color="auto" w:fill="FFFFFF"/>
            <w:tcMar>
              <w:top w:w="50" w:type="dxa"/>
              <w:left w:w="100" w:type="dxa"/>
              <w:bottom w:w="50" w:type="dxa"/>
              <w:right w:w="100" w:type="dxa"/>
            </w:tcMar>
          </w:tcPr>
          <w:p w14:paraId="155700B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45C4513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7,62 saat</w:t>
            </w:r>
          </w:p>
        </w:tc>
      </w:tr>
      <w:tr w:rsidR="00D33902" w:rsidRPr="00D33902" w14:paraId="03405E02" w14:textId="77777777" w:rsidTr="00F111D1">
        <w:trPr>
          <w:jc w:val="center"/>
        </w:trPr>
        <w:tc>
          <w:tcPr>
            <w:tcW w:w="4680" w:type="dxa"/>
            <w:shd w:val="clear" w:color="auto" w:fill="F9FAFB"/>
            <w:tcMar>
              <w:top w:w="50" w:type="dxa"/>
              <w:left w:w="100" w:type="dxa"/>
              <w:bottom w:w="50" w:type="dxa"/>
              <w:right w:w="100" w:type="dxa"/>
            </w:tcMar>
          </w:tcPr>
          <w:p w14:paraId="37FCABC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73579D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8,62 saat</w:t>
            </w:r>
          </w:p>
        </w:tc>
      </w:tr>
      <w:tr w:rsidR="00D33902" w:rsidRPr="00D33902" w14:paraId="770AD11E" w14:textId="77777777" w:rsidTr="00F111D1">
        <w:trPr>
          <w:jc w:val="center"/>
        </w:trPr>
        <w:tc>
          <w:tcPr>
            <w:tcW w:w="4680" w:type="dxa"/>
            <w:shd w:val="clear" w:color="auto" w:fill="FFFFFF"/>
            <w:tcMar>
              <w:top w:w="50" w:type="dxa"/>
              <w:left w:w="100" w:type="dxa"/>
              <w:bottom w:w="50" w:type="dxa"/>
              <w:right w:w="100" w:type="dxa"/>
            </w:tcMar>
          </w:tcPr>
          <w:p w14:paraId="576337B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145E0C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9,25 saat</w:t>
            </w:r>
          </w:p>
        </w:tc>
      </w:tr>
      <w:tr w:rsidR="00D33902" w:rsidRPr="00D33902" w14:paraId="618CB972" w14:textId="77777777" w:rsidTr="00F111D1">
        <w:trPr>
          <w:jc w:val="center"/>
        </w:trPr>
        <w:tc>
          <w:tcPr>
            <w:tcW w:w="4680" w:type="dxa"/>
            <w:shd w:val="clear" w:color="auto" w:fill="F9FAFB"/>
            <w:tcMar>
              <w:top w:w="50" w:type="dxa"/>
              <w:left w:w="100" w:type="dxa"/>
              <w:bottom w:w="50" w:type="dxa"/>
              <w:right w:w="100" w:type="dxa"/>
            </w:tcMar>
          </w:tcPr>
          <w:p w14:paraId="7505625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6A9B44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17,14 saat</w:t>
            </w:r>
          </w:p>
        </w:tc>
      </w:tr>
      <w:tr w:rsidR="00D33902" w:rsidRPr="00D33902" w14:paraId="086F4EE3" w14:textId="77777777" w:rsidTr="00F111D1">
        <w:trPr>
          <w:jc w:val="center"/>
        </w:trPr>
        <w:tc>
          <w:tcPr>
            <w:tcW w:w="4680" w:type="dxa"/>
            <w:shd w:val="clear" w:color="auto" w:fill="FFFFFF"/>
            <w:tcMar>
              <w:top w:w="50" w:type="dxa"/>
              <w:left w:w="100" w:type="dxa"/>
              <w:bottom w:w="50" w:type="dxa"/>
              <w:right w:w="100" w:type="dxa"/>
            </w:tcMar>
          </w:tcPr>
          <w:p w14:paraId="6EB3378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6C6562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 saat</w:t>
            </w:r>
          </w:p>
        </w:tc>
      </w:tr>
      <w:tr w:rsidR="00D33902" w:rsidRPr="00D33902" w14:paraId="2D3E263B" w14:textId="77777777" w:rsidTr="00F111D1">
        <w:trPr>
          <w:jc w:val="center"/>
        </w:trPr>
        <w:tc>
          <w:tcPr>
            <w:tcW w:w="4680" w:type="dxa"/>
            <w:shd w:val="clear" w:color="auto" w:fill="F9FAFB"/>
            <w:tcMar>
              <w:top w:w="50" w:type="dxa"/>
              <w:left w:w="100" w:type="dxa"/>
              <w:bottom w:w="50" w:type="dxa"/>
              <w:right w:w="100" w:type="dxa"/>
            </w:tcMar>
          </w:tcPr>
          <w:p w14:paraId="31321CE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6A8C8E5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5,75 saat</w:t>
            </w:r>
          </w:p>
        </w:tc>
      </w:tr>
      <w:tr w:rsidR="00D33902" w:rsidRPr="00D33902" w14:paraId="65A21E67" w14:textId="77777777" w:rsidTr="00F111D1">
        <w:trPr>
          <w:jc w:val="center"/>
        </w:trPr>
        <w:tc>
          <w:tcPr>
            <w:tcW w:w="4680" w:type="dxa"/>
            <w:shd w:val="clear" w:color="auto" w:fill="FFFFFF"/>
            <w:tcMar>
              <w:top w:w="50" w:type="dxa"/>
              <w:left w:w="100" w:type="dxa"/>
              <w:bottom w:w="50" w:type="dxa"/>
              <w:right w:w="100" w:type="dxa"/>
            </w:tcMar>
          </w:tcPr>
          <w:p w14:paraId="444D71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6A15E9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21,14 saat</w:t>
            </w:r>
          </w:p>
        </w:tc>
      </w:tr>
    </w:tbl>
    <w:p w14:paraId="177553AD" w14:textId="77777777" w:rsidR="00D33902" w:rsidRPr="00D33902" w:rsidRDefault="00D33902" w:rsidP="00D33902">
      <w:pPr>
        <w:spacing w:after="0" w:line="240" w:lineRule="auto"/>
        <w:rPr>
          <w:rFonts w:ascii="Times New Roman" w:hAnsi="Times New Roman" w:cs="Times New Roman"/>
        </w:rPr>
      </w:pPr>
    </w:p>
    <w:p w14:paraId="0B17C9C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68C31A2" w14:textId="77777777" w:rsidTr="00F111D1">
        <w:trPr>
          <w:jc w:val="center"/>
        </w:trPr>
        <w:tc>
          <w:tcPr>
            <w:tcW w:w="3120" w:type="dxa"/>
            <w:shd w:val="clear" w:color="auto" w:fill="1F4E79"/>
            <w:tcMar>
              <w:top w:w="70" w:type="dxa"/>
              <w:left w:w="100" w:type="dxa"/>
              <w:bottom w:w="70" w:type="dxa"/>
              <w:right w:w="100" w:type="dxa"/>
            </w:tcMar>
          </w:tcPr>
          <w:p w14:paraId="2AA5688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6A8FA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B9C4E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34B10B6" w14:textId="77777777" w:rsidTr="00F111D1">
        <w:trPr>
          <w:jc w:val="center"/>
        </w:trPr>
        <w:tc>
          <w:tcPr>
            <w:tcW w:w="3120" w:type="dxa"/>
            <w:shd w:val="clear" w:color="auto" w:fill="F9FAFB"/>
            <w:tcMar>
              <w:top w:w="50" w:type="dxa"/>
              <w:left w:w="100" w:type="dxa"/>
              <w:bottom w:w="50" w:type="dxa"/>
              <w:right w:w="100" w:type="dxa"/>
            </w:tcMar>
          </w:tcPr>
          <w:p w14:paraId="7B5910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2E4B4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3AEE4EA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17386F00" w14:textId="77777777" w:rsidTr="00F111D1">
        <w:trPr>
          <w:jc w:val="center"/>
        </w:trPr>
        <w:tc>
          <w:tcPr>
            <w:tcW w:w="3120" w:type="dxa"/>
            <w:shd w:val="clear" w:color="auto" w:fill="FFFFFF"/>
            <w:tcMar>
              <w:top w:w="50" w:type="dxa"/>
              <w:left w:w="100" w:type="dxa"/>
              <w:bottom w:w="50" w:type="dxa"/>
              <w:right w:w="100" w:type="dxa"/>
            </w:tcMar>
          </w:tcPr>
          <w:p w14:paraId="51CD05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16B75A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528D71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394D0EE6" w14:textId="77777777" w:rsidTr="00F111D1">
        <w:trPr>
          <w:jc w:val="center"/>
        </w:trPr>
        <w:tc>
          <w:tcPr>
            <w:tcW w:w="3120" w:type="dxa"/>
            <w:shd w:val="clear" w:color="auto" w:fill="F9FAFB"/>
            <w:tcMar>
              <w:top w:w="50" w:type="dxa"/>
              <w:left w:w="100" w:type="dxa"/>
              <w:bottom w:w="50" w:type="dxa"/>
              <w:right w:w="100" w:type="dxa"/>
            </w:tcMar>
          </w:tcPr>
          <w:p w14:paraId="6B071F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B44DD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6BEB34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5C50E471" w14:textId="77777777" w:rsidTr="00F111D1">
        <w:trPr>
          <w:jc w:val="center"/>
        </w:trPr>
        <w:tc>
          <w:tcPr>
            <w:tcW w:w="3120" w:type="dxa"/>
            <w:shd w:val="clear" w:color="auto" w:fill="FFFFFF"/>
            <w:tcMar>
              <w:top w:w="50" w:type="dxa"/>
              <w:left w:w="100" w:type="dxa"/>
              <w:bottom w:w="50" w:type="dxa"/>
              <w:right w:w="100" w:type="dxa"/>
            </w:tcMar>
          </w:tcPr>
          <w:p w14:paraId="5C414E3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0628AD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6F7450E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7522DD86" w14:textId="77777777" w:rsidTr="00F111D1">
        <w:trPr>
          <w:jc w:val="center"/>
        </w:trPr>
        <w:tc>
          <w:tcPr>
            <w:tcW w:w="3120" w:type="dxa"/>
            <w:shd w:val="clear" w:color="auto" w:fill="F9FAFB"/>
            <w:tcMar>
              <w:top w:w="50" w:type="dxa"/>
              <w:left w:w="100" w:type="dxa"/>
              <w:bottom w:w="50" w:type="dxa"/>
              <w:right w:w="100" w:type="dxa"/>
            </w:tcMar>
          </w:tcPr>
          <w:p w14:paraId="2658AF2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334508F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7A74FD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46D6A363" w14:textId="77777777" w:rsidTr="00F111D1">
        <w:trPr>
          <w:jc w:val="center"/>
        </w:trPr>
        <w:tc>
          <w:tcPr>
            <w:tcW w:w="3120" w:type="dxa"/>
            <w:shd w:val="clear" w:color="auto" w:fill="FFFFFF"/>
            <w:tcMar>
              <w:top w:w="50" w:type="dxa"/>
              <w:left w:w="100" w:type="dxa"/>
              <w:bottom w:w="50" w:type="dxa"/>
              <w:right w:w="100" w:type="dxa"/>
            </w:tcMar>
          </w:tcPr>
          <w:p w14:paraId="559966D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790C69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6C31A0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11796CD1" w14:textId="77777777" w:rsidTr="00F111D1">
        <w:trPr>
          <w:jc w:val="center"/>
        </w:trPr>
        <w:tc>
          <w:tcPr>
            <w:tcW w:w="3120" w:type="dxa"/>
            <w:shd w:val="clear" w:color="auto" w:fill="F9FAFB"/>
            <w:tcMar>
              <w:top w:w="50" w:type="dxa"/>
              <w:left w:w="100" w:type="dxa"/>
              <w:bottom w:w="50" w:type="dxa"/>
              <w:right w:w="100" w:type="dxa"/>
            </w:tcMar>
          </w:tcPr>
          <w:p w14:paraId="3346E68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4205BF0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717E33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r w:rsidR="00D33902" w:rsidRPr="00D33902" w14:paraId="28C1BA6E" w14:textId="77777777" w:rsidTr="00F111D1">
        <w:trPr>
          <w:jc w:val="center"/>
        </w:trPr>
        <w:tc>
          <w:tcPr>
            <w:tcW w:w="3120" w:type="dxa"/>
            <w:shd w:val="clear" w:color="auto" w:fill="FFFFFF"/>
            <w:tcMar>
              <w:top w:w="50" w:type="dxa"/>
              <w:left w:w="100" w:type="dxa"/>
              <w:bottom w:w="50" w:type="dxa"/>
              <w:right w:w="100" w:type="dxa"/>
            </w:tcMar>
          </w:tcPr>
          <w:p w14:paraId="7A5041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73E9DE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6DF9F1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73EE013D" w14:textId="77777777" w:rsidTr="00F111D1">
        <w:trPr>
          <w:jc w:val="center"/>
        </w:trPr>
        <w:tc>
          <w:tcPr>
            <w:tcW w:w="3120" w:type="dxa"/>
            <w:shd w:val="clear" w:color="auto" w:fill="F9FAFB"/>
            <w:tcMar>
              <w:top w:w="50" w:type="dxa"/>
              <w:left w:w="100" w:type="dxa"/>
              <w:bottom w:w="50" w:type="dxa"/>
              <w:right w:w="100" w:type="dxa"/>
            </w:tcMar>
          </w:tcPr>
          <w:p w14:paraId="2B19D8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19940F8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6024842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3AE111CD" w14:textId="77777777" w:rsidTr="00F111D1">
        <w:trPr>
          <w:jc w:val="center"/>
        </w:trPr>
        <w:tc>
          <w:tcPr>
            <w:tcW w:w="3120" w:type="dxa"/>
            <w:shd w:val="clear" w:color="auto" w:fill="FFFFFF"/>
            <w:tcMar>
              <w:top w:w="50" w:type="dxa"/>
              <w:left w:w="100" w:type="dxa"/>
              <w:bottom w:w="50" w:type="dxa"/>
              <w:right w:w="100" w:type="dxa"/>
            </w:tcMar>
          </w:tcPr>
          <w:p w14:paraId="0CB268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336AC8F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22ABFBA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5CFFAE69" w14:textId="77777777" w:rsidTr="00F111D1">
        <w:trPr>
          <w:jc w:val="center"/>
        </w:trPr>
        <w:tc>
          <w:tcPr>
            <w:tcW w:w="3120" w:type="dxa"/>
            <w:shd w:val="clear" w:color="auto" w:fill="F9FAFB"/>
            <w:tcMar>
              <w:top w:w="50" w:type="dxa"/>
              <w:left w:w="100" w:type="dxa"/>
              <w:bottom w:w="50" w:type="dxa"/>
              <w:right w:w="100" w:type="dxa"/>
            </w:tcMar>
          </w:tcPr>
          <w:p w14:paraId="6774B5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036F222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597E4A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18C6C5BD" w14:textId="77777777" w:rsidTr="00F111D1">
        <w:trPr>
          <w:jc w:val="center"/>
        </w:trPr>
        <w:tc>
          <w:tcPr>
            <w:tcW w:w="3120" w:type="dxa"/>
            <w:shd w:val="clear" w:color="auto" w:fill="FFFFFF"/>
            <w:tcMar>
              <w:top w:w="50" w:type="dxa"/>
              <w:left w:w="100" w:type="dxa"/>
              <w:bottom w:w="50" w:type="dxa"/>
              <w:right w:w="100" w:type="dxa"/>
            </w:tcMar>
          </w:tcPr>
          <w:p w14:paraId="57D2D7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4E94A0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36EF63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r w:rsidR="00D33902" w:rsidRPr="00D33902" w14:paraId="254D529F" w14:textId="77777777" w:rsidTr="00F111D1">
        <w:trPr>
          <w:jc w:val="center"/>
        </w:trPr>
        <w:tc>
          <w:tcPr>
            <w:tcW w:w="3120" w:type="dxa"/>
            <w:shd w:val="clear" w:color="auto" w:fill="F9FAFB"/>
            <w:tcMar>
              <w:top w:w="50" w:type="dxa"/>
              <w:left w:w="100" w:type="dxa"/>
              <w:bottom w:w="50" w:type="dxa"/>
              <w:right w:w="100" w:type="dxa"/>
            </w:tcMar>
          </w:tcPr>
          <w:p w14:paraId="1C9C95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3E1CCE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72258AD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2,38</w:t>
            </w:r>
          </w:p>
        </w:tc>
      </w:tr>
      <w:tr w:rsidR="00D33902" w:rsidRPr="00D33902" w14:paraId="76D02752" w14:textId="77777777" w:rsidTr="00F111D1">
        <w:trPr>
          <w:jc w:val="center"/>
        </w:trPr>
        <w:tc>
          <w:tcPr>
            <w:tcW w:w="3120" w:type="dxa"/>
            <w:shd w:val="clear" w:color="auto" w:fill="FFFFFF"/>
            <w:tcMar>
              <w:top w:w="50" w:type="dxa"/>
              <w:left w:w="100" w:type="dxa"/>
              <w:bottom w:w="50" w:type="dxa"/>
              <w:right w:w="100" w:type="dxa"/>
            </w:tcMar>
          </w:tcPr>
          <w:p w14:paraId="22676D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74EE716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A82610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2,88</w:t>
            </w:r>
          </w:p>
        </w:tc>
      </w:tr>
    </w:tbl>
    <w:p w14:paraId="2A816B67" w14:textId="77777777" w:rsidR="00D33902" w:rsidRPr="00D33902" w:rsidRDefault="00D33902" w:rsidP="00D33902">
      <w:pPr>
        <w:spacing w:after="0" w:line="240" w:lineRule="auto"/>
        <w:rPr>
          <w:rFonts w:ascii="Times New Roman" w:hAnsi="Times New Roman" w:cs="Times New Roman"/>
        </w:rPr>
      </w:pPr>
    </w:p>
    <w:p w14:paraId="4202169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F432F80" w14:textId="77777777" w:rsidTr="00F111D1">
        <w:trPr>
          <w:jc w:val="center"/>
        </w:trPr>
        <w:tc>
          <w:tcPr>
            <w:tcW w:w="3120" w:type="dxa"/>
            <w:shd w:val="clear" w:color="auto" w:fill="1F4E79"/>
            <w:tcMar>
              <w:top w:w="70" w:type="dxa"/>
              <w:left w:w="100" w:type="dxa"/>
              <w:bottom w:w="70" w:type="dxa"/>
              <w:right w:w="100" w:type="dxa"/>
            </w:tcMar>
          </w:tcPr>
          <w:p w14:paraId="6528DC2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B93447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BB7A50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AAECD84" w14:textId="77777777" w:rsidTr="00F111D1">
        <w:trPr>
          <w:jc w:val="center"/>
        </w:trPr>
        <w:tc>
          <w:tcPr>
            <w:tcW w:w="3120" w:type="dxa"/>
            <w:shd w:val="clear" w:color="auto" w:fill="F9FAFB"/>
            <w:tcMar>
              <w:top w:w="50" w:type="dxa"/>
              <w:left w:w="100" w:type="dxa"/>
              <w:bottom w:w="50" w:type="dxa"/>
              <w:right w:w="100" w:type="dxa"/>
            </w:tcMar>
          </w:tcPr>
          <w:p w14:paraId="6F8204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9E7723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6F166F0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6F06CE48" w14:textId="77777777" w:rsidTr="00F111D1">
        <w:trPr>
          <w:jc w:val="center"/>
        </w:trPr>
        <w:tc>
          <w:tcPr>
            <w:tcW w:w="3120" w:type="dxa"/>
            <w:shd w:val="clear" w:color="auto" w:fill="FFFFFF"/>
            <w:tcMar>
              <w:top w:w="50" w:type="dxa"/>
              <w:left w:w="100" w:type="dxa"/>
              <w:bottom w:w="50" w:type="dxa"/>
              <w:right w:w="100" w:type="dxa"/>
            </w:tcMar>
          </w:tcPr>
          <w:p w14:paraId="2F0F169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0E2B6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44864B6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w:t>
            </w:r>
          </w:p>
        </w:tc>
      </w:tr>
      <w:tr w:rsidR="00D33902" w:rsidRPr="00D33902" w14:paraId="6327E89A" w14:textId="77777777" w:rsidTr="00F111D1">
        <w:trPr>
          <w:jc w:val="center"/>
        </w:trPr>
        <w:tc>
          <w:tcPr>
            <w:tcW w:w="3120" w:type="dxa"/>
            <w:shd w:val="clear" w:color="auto" w:fill="F9FAFB"/>
            <w:tcMar>
              <w:top w:w="50" w:type="dxa"/>
              <w:left w:w="100" w:type="dxa"/>
              <w:bottom w:w="50" w:type="dxa"/>
              <w:right w:w="100" w:type="dxa"/>
            </w:tcMar>
          </w:tcPr>
          <w:p w14:paraId="73249E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EE69E1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504ADD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0D6B72A2" w14:textId="77777777" w:rsidTr="00F111D1">
        <w:trPr>
          <w:jc w:val="center"/>
        </w:trPr>
        <w:tc>
          <w:tcPr>
            <w:tcW w:w="3120" w:type="dxa"/>
            <w:shd w:val="clear" w:color="auto" w:fill="FFFFFF"/>
            <w:tcMar>
              <w:top w:w="50" w:type="dxa"/>
              <w:left w:w="100" w:type="dxa"/>
              <w:bottom w:w="50" w:type="dxa"/>
              <w:right w:w="100" w:type="dxa"/>
            </w:tcMar>
          </w:tcPr>
          <w:p w14:paraId="0D134E3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8AC478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444105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0592D2D4" w14:textId="77777777" w:rsidTr="00F111D1">
        <w:trPr>
          <w:jc w:val="center"/>
        </w:trPr>
        <w:tc>
          <w:tcPr>
            <w:tcW w:w="3120" w:type="dxa"/>
            <w:shd w:val="clear" w:color="auto" w:fill="F9FAFB"/>
            <w:tcMar>
              <w:top w:w="50" w:type="dxa"/>
              <w:left w:w="100" w:type="dxa"/>
              <w:bottom w:w="50" w:type="dxa"/>
              <w:right w:w="100" w:type="dxa"/>
            </w:tcMar>
          </w:tcPr>
          <w:p w14:paraId="6E19591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D7B8F9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68404B3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bl>
    <w:p w14:paraId="6CAED1ED" w14:textId="77777777" w:rsidR="00D33902" w:rsidRPr="00D33902" w:rsidRDefault="00D33902" w:rsidP="00D33902">
      <w:pPr>
        <w:spacing w:after="0" w:line="240" w:lineRule="auto"/>
        <w:rPr>
          <w:rFonts w:ascii="Times New Roman" w:hAnsi="Times New Roman" w:cs="Times New Roman"/>
        </w:rPr>
      </w:pPr>
    </w:p>
    <w:p w14:paraId="09B852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8. Ders: BES206 Besin Mikrobiyolojisi</w:t>
      </w:r>
    </w:p>
    <w:p w14:paraId="7F4D7D4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19FDA27" w14:textId="77777777" w:rsidTr="00F111D1">
        <w:trPr>
          <w:jc w:val="center"/>
        </w:trPr>
        <w:tc>
          <w:tcPr>
            <w:tcW w:w="3120" w:type="dxa"/>
            <w:shd w:val="clear" w:color="auto" w:fill="1F4E79"/>
            <w:tcMar>
              <w:top w:w="70" w:type="dxa"/>
              <w:left w:w="100" w:type="dxa"/>
              <w:bottom w:w="70" w:type="dxa"/>
              <w:right w:w="100" w:type="dxa"/>
            </w:tcMar>
          </w:tcPr>
          <w:p w14:paraId="5ACC01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F6F17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3EE221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139CA17" w14:textId="77777777" w:rsidTr="00F111D1">
        <w:trPr>
          <w:jc w:val="center"/>
        </w:trPr>
        <w:tc>
          <w:tcPr>
            <w:tcW w:w="3120" w:type="dxa"/>
            <w:shd w:val="clear" w:color="auto" w:fill="F9FAFB"/>
            <w:tcMar>
              <w:top w:w="50" w:type="dxa"/>
              <w:left w:w="100" w:type="dxa"/>
              <w:bottom w:w="50" w:type="dxa"/>
              <w:right w:w="100" w:type="dxa"/>
            </w:tcMar>
          </w:tcPr>
          <w:p w14:paraId="0C80CA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43DDFEC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36832BF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r w:rsidR="00D33902" w:rsidRPr="00D33902" w14:paraId="67DEDA72" w14:textId="77777777" w:rsidTr="00F111D1">
        <w:trPr>
          <w:jc w:val="center"/>
        </w:trPr>
        <w:tc>
          <w:tcPr>
            <w:tcW w:w="3120" w:type="dxa"/>
            <w:shd w:val="clear" w:color="auto" w:fill="FFFFFF"/>
            <w:tcMar>
              <w:top w:w="50" w:type="dxa"/>
              <w:left w:w="100" w:type="dxa"/>
              <w:bottom w:w="50" w:type="dxa"/>
              <w:right w:w="100" w:type="dxa"/>
            </w:tcMar>
          </w:tcPr>
          <w:p w14:paraId="010AB2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278DD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41E777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2,50</w:t>
            </w:r>
          </w:p>
        </w:tc>
      </w:tr>
      <w:tr w:rsidR="00D33902" w:rsidRPr="00D33902" w14:paraId="746844ED" w14:textId="77777777" w:rsidTr="00F111D1">
        <w:trPr>
          <w:jc w:val="center"/>
        </w:trPr>
        <w:tc>
          <w:tcPr>
            <w:tcW w:w="3120" w:type="dxa"/>
            <w:shd w:val="clear" w:color="auto" w:fill="F9FAFB"/>
            <w:tcMar>
              <w:top w:w="50" w:type="dxa"/>
              <w:left w:w="100" w:type="dxa"/>
              <w:bottom w:w="50" w:type="dxa"/>
              <w:right w:w="100" w:type="dxa"/>
            </w:tcMar>
          </w:tcPr>
          <w:p w14:paraId="6B6F31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3BFD0B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10B7C0B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9888428" w14:textId="77777777" w:rsidTr="00F111D1">
        <w:trPr>
          <w:jc w:val="center"/>
        </w:trPr>
        <w:tc>
          <w:tcPr>
            <w:tcW w:w="3120" w:type="dxa"/>
            <w:shd w:val="clear" w:color="auto" w:fill="FFFFFF"/>
            <w:tcMar>
              <w:top w:w="50" w:type="dxa"/>
              <w:left w:w="100" w:type="dxa"/>
              <w:bottom w:w="50" w:type="dxa"/>
              <w:right w:w="100" w:type="dxa"/>
            </w:tcMar>
          </w:tcPr>
          <w:p w14:paraId="5F2937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B39758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765EAF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3,12</w:t>
            </w:r>
          </w:p>
        </w:tc>
      </w:tr>
    </w:tbl>
    <w:p w14:paraId="7542C9A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3FBCE9E6" w14:textId="77777777" w:rsidTr="00F111D1">
        <w:trPr>
          <w:jc w:val="center"/>
        </w:trPr>
        <w:tc>
          <w:tcPr>
            <w:tcW w:w="4680" w:type="dxa"/>
            <w:shd w:val="clear" w:color="auto" w:fill="1F4E79"/>
            <w:tcMar>
              <w:top w:w="70" w:type="dxa"/>
              <w:left w:w="100" w:type="dxa"/>
              <w:bottom w:w="70" w:type="dxa"/>
              <w:right w:w="100" w:type="dxa"/>
            </w:tcMar>
          </w:tcPr>
          <w:p w14:paraId="1E3FAED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0C23428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0517D6B4" w14:textId="77777777" w:rsidTr="00F111D1">
        <w:trPr>
          <w:jc w:val="center"/>
        </w:trPr>
        <w:tc>
          <w:tcPr>
            <w:tcW w:w="4680" w:type="dxa"/>
            <w:shd w:val="clear" w:color="auto" w:fill="F9FAFB"/>
            <w:tcMar>
              <w:top w:w="50" w:type="dxa"/>
              <w:left w:w="100" w:type="dxa"/>
              <w:bottom w:w="50" w:type="dxa"/>
              <w:right w:w="100" w:type="dxa"/>
            </w:tcMar>
          </w:tcPr>
          <w:p w14:paraId="4D65EBC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5A1224B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13,57 saat</w:t>
            </w:r>
          </w:p>
        </w:tc>
      </w:tr>
      <w:tr w:rsidR="00D33902" w:rsidRPr="00D33902" w14:paraId="5AA01FDE" w14:textId="77777777" w:rsidTr="00F111D1">
        <w:trPr>
          <w:jc w:val="center"/>
        </w:trPr>
        <w:tc>
          <w:tcPr>
            <w:tcW w:w="4680" w:type="dxa"/>
            <w:shd w:val="clear" w:color="auto" w:fill="FFFFFF"/>
            <w:tcMar>
              <w:top w:w="50" w:type="dxa"/>
              <w:left w:w="100" w:type="dxa"/>
              <w:bottom w:w="50" w:type="dxa"/>
              <w:right w:w="100" w:type="dxa"/>
            </w:tcMar>
          </w:tcPr>
          <w:p w14:paraId="7E9476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209DA3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11,71 saat</w:t>
            </w:r>
          </w:p>
        </w:tc>
      </w:tr>
      <w:tr w:rsidR="00D33902" w:rsidRPr="00D33902" w14:paraId="06F1CADC" w14:textId="77777777" w:rsidTr="00F111D1">
        <w:trPr>
          <w:jc w:val="center"/>
        </w:trPr>
        <w:tc>
          <w:tcPr>
            <w:tcW w:w="4680" w:type="dxa"/>
            <w:shd w:val="clear" w:color="auto" w:fill="F9FAFB"/>
            <w:tcMar>
              <w:top w:w="50" w:type="dxa"/>
              <w:left w:w="100" w:type="dxa"/>
              <w:bottom w:w="50" w:type="dxa"/>
              <w:right w:w="100" w:type="dxa"/>
            </w:tcMar>
          </w:tcPr>
          <w:p w14:paraId="4BF3720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556B0D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9,00 saat</w:t>
            </w:r>
          </w:p>
        </w:tc>
      </w:tr>
      <w:tr w:rsidR="00D33902" w:rsidRPr="00D33902" w14:paraId="6982C40C" w14:textId="77777777" w:rsidTr="00F111D1">
        <w:trPr>
          <w:jc w:val="center"/>
        </w:trPr>
        <w:tc>
          <w:tcPr>
            <w:tcW w:w="4680" w:type="dxa"/>
            <w:shd w:val="clear" w:color="auto" w:fill="FFFFFF"/>
            <w:tcMar>
              <w:top w:w="50" w:type="dxa"/>
              <w:left w:w="100" w:type="dxa"/>
              <w:bottom w:w="50" w:type="dxa"/>
              <w:right w:w="100" w:type="dxa"/>
            </w:tcMar>
          </w:tcPr>
          <w:p w14:paraId="050007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D3A1D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12,86 saat</w:t>
            </w:r>
          </w:p>
        </w:tc>
      </w:tr>
      <w:tr w:rsidR="00D33902" w:rsidRPr="00D33902" w14:paraId="0A4A5741" w14:textId="77777777" w:rsidTr="00F111D1">
        <w:trPr>
          <w:jc w:val="center"/>
        </w:trPr>
        <w:tc>
          <w:tcPr>
            <w:tcW w:w="4680" w:type="dxa"/>
            <w:shd w:val="clear" w:color="auto" w:fill="F9FAFB"/>
            <w:tcMar>
              <w:top w:w="50" w:type="dxa"/>
              <w:left w:w="100" w:type="dxa"/>
              <w:bottom w:w="50" w:type="dxa"/>
              <w:right w:w="100" w:type="dxa"/>
            </w:tcMar>
          </w:tcPr>
          <w:p w14:paraId="58A7FFA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4007E7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19,33 saat</w:t>
            </w:r>
          </w:p>
        </w:tc>
      </w:tr>
      <w:tr w:rsidR="00D33902" w:rsidRPr="00D33902" w14:paraId="5E631770" w14:textId="77777777" w:rsidTr="00F111D1">
        <w:trPr>
          <w:jc w:val="center"/>
        </w:trPr>
        <w:tc>
          <w:tcPr>
            <w:tcW w:w="4680" w:type="dxa"/>
            <w:shd w:val="clear" w:color="auto" w:fill="FFFFFF"/>
            <w:tcMar>
              <w:top w:w="50" w:type="dxa"/>
              <w:left w:w="100" w:type="dxa"/>
              <w:bottom w:w="50" w:type="dxa"/>
              <w:right w:w="100" w:type="dxa"/>
            </w:tcMar>
          </w:tcPr>
          <w:p w14:paraId="6101FBF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242C9BD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5,83 saat</w:t>
            </w:r>
          </w:p>
        </w:tc>
      </w:tr>
      <w:tr w:rsidR="00D33902" w:rsidRPr="00D33902" w14:paraId="6DE1D969" w14:textId="77777777" w:rsidTr="00F111D1">
        <w:trPr>
          <w:jc w:val="center"/>
        </w:trPr>
        <w:tc>
          <w:tcPr>
            <w:tcW w:w="4680" w:type="dxa"/>
            <w:shd w:val="clear" w:color="auto" w:fill="F9FAFB"/>
            <w:tcMar>
              <w:top w:w="50" w:type="dxa"/>
              <w:left w:w="100" w:type="dxa"/>
              <w:bottom w:w="50" w:type="dxa"/>
              <w:right w:w="100" w:type="dxa"/>
            </w:tcMar>
          </w:tcPr>
          <w:p w14:paraId="1A8714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4B288E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6,86 saat</w:t>
            </w:r>
          </w:p>
        </w:tc>
      </w:tr>
      <w:tr w:rsidR="00D33902" w:rsidRPr="00D33902" w14:paraId="31878819" w14:textId="77777777" w:rsidTr="00F111D1">
        <w:trPr>
          <w:jc w:val="center"/>
        </w:trPr>
        <w:tc>
          <w:tcPr>
            <w:tcW w:w="4680" w:type="dxa"/>
            <w:shd w:val="clear" w:color="auto" w:fill="FFFFFF"/>
            <w:tcMar>
              <w:top w:w="50" w:type="dxa"/>
              <w:left w:w="100" w:type="dxa"/>
              <w:bottom w:w="50" w:type="dxa"/>
              <w:right w:w="100" w:type="dxa"/>
            </w:tcMar>
          </w:tcPr>
          <w:p w14:paraId="0C5E854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212C09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22,43 saat</w:t>
            </w:r>
          </w:p>
        </w:tc>
      </w:tr>
    </w:tbl>
    <w:p w14:paraId="377CFD7A" w14:textId="77777777" w:rsidR="00D33902" w:rsidRPr="00D33902" w:rsidRDefault="00D33902" w:rsidP="00D33902">
      <w:pPr>
        <w:spacing w:after="0" w:line="240" w:lineRule="auto"/>
        <w:rPr>
          <w:rFonts w:ascii="Times New Roman" w:hAnsi="Times New Roman" w:cs="Times New Roman"/>
        </w:rPr>
      </w:pPr>
    </w:p>
    <w:p w14:paraId="5114F55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2CB19CC" w14:textId="77777777" w:rsidTr="00F111D1">
        <w:trPr>
          <w:jc w:val="center"/>
        </w:trPr>
        <w:tc>
          <w:tcPr>
            <w:tcW w:w="3120" w:type="dxa"/>
            <w:shd w:val="clear" w:color="auto" w:fill="1F4E79"/>
            <w:tcMar>
              <w:top w:w="70" w:type="dxa"/>
              <w:left w:w="100" w:type="dxa"/>
              <w:bottom w:w="70" w:type="dxa"/>
              <w:right w:w="100" w:type="dxa"/>
            </w:tcMar>
          </w:tcPr>
          <w:p w14:paraId="2C157B3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F2436E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B5A50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4592A0A" w14:textId="77777777" w:rsidTr="00F111D1">
        <w:trPr>
          <w:jc w:val="center"/>
        </w:trPr>
        <w:tc>
          <w:tcPr>
            <w:tcW w:w="3120" w:type="dxa"/>
            <w:shd w:val="clear" w:color="auto" w:fill="F9FAFB"/>
            <w:tcMar>
              <w:top w:w="50" w:type="dxa"/>
              <w:left w:w="100" w:type="dxa"/>
              <w:bottom w:w="50" w:type="dxa"/>
              <w:right w:w="100" w:type="dxa"/>
            </w:tcMar>
          </w:tcPr>
          <w:p w14:paraId="14A9583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3FA9024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51CA2E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3DD907FD" w14:textId="77777777" w:rsidTr="00F111D1">
        <w:trPr>
          <w:jc w:val="center"/>
        </w:trPr>
        <w:tc>
          <w:tcPr>
            <w:tcW w:w="3120" w:type="dxa"/>
            <w:shd w:val="clear" w:color="auto" w:fill="FFFFFF"/>
            <w:tcMar>
              <w:top w:w="50" w:type="dxa"/>
              <w:left w:w="100" w:type="dxa"/>
              <w:bottom w:w="50" w:type="dxa"/>
              <w:right w:w="100" w:type="dxa"/>
            </w:tcMar>
          </w:tcPr>
          <w:p w14:paraId="7BAEB15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7D69C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7F4CBC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7583043" w14:textId="77777777" w:rsidTr="00F111D1">
        <w:trPr>
          <w:jc w:val="center"/>
        </w:trPr>
        <w:tc>
          <w:tcPr>
            <w:tcW w:w="3120" w:type="dxa"/>
            <w:shd w:val="clear" w:color="auto" w:fill="F9FAFB"/>
            <w:tcMar>
              <w:top w:w="50" w:type="dxa"/>
              <w:left w:w="100" w:type="dxa"/>
              <w:bottom w:w="50" w:type="dxa"/>
              <w:right w:w="100" w:type="dxa"/>
            </w:tcMar>
          </w:tcPr>
          <w:p w14:paraId="4A1446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6F2FAE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328F1C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4,88</w:t>
            </w:r>
          </w:p>
        </w:tc>
      </w:tr>
      <w:tr w:rsidR="00D33902" w:rsidRPr="00D33902" w14:paraId="5389A327" w14:textId="77777777" w:rsidTr="00F111D1">
        <w:trPr>
          <w:jc w:val="center"/>
        </w:trPr>
        <w:tc>
          <w:tcPr>
            <w:tcW w:w="3120" w:type="dxa"/>
            <w:shd w:val="clear" w:color="auto" w:fill="FFFFFF"/>
            <w:tcMar>
              <w:top w:w="50" w:type="dxa"/>
              <w:left w:w="100" w:type="dxa"/>
              <w:bottom w:w="50" w:type="dxa"/>
              <w:right w:w="100" w:type="dxa"/>
            </w:tcMar>
          </w:tcPr>
          <w:p w14:paraId="4D405B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8F2AE7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511CA8E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78D36C1A" w14:textId="77777777" w:rsidTr="00F111D1">
        <w:trPr>
          <w:jc w:val="center"/>
        </w:trPr>
        <w:tc>
          <w:tcPr>
            <w:tcW w:w="3120" w:type="dxa"/>
            <w:shd w:val="clear" w:color="auto" w:fill="F9FAFB"/>
            <w:tcMar>
              <w:top w:w="50" w:type="dxa"/>
              <w:left w:w="100" w:type="dxa"/>
              <w:bottom w:w="50" w:type="dxa"/>
              <w:right w:w="100" w:type="dxa"/>
            </w:tcMar>
          </w:tcPr>
          <w:p w14:paraId="6244F0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9BFB6F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1ADBAEF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14A62B3B" w14:textId="77777777" w:rsidTr="00F111D1">
        <w:trPr>
          <w:jc w:val="center"/>
        </w:trPr>
        <w:tc>
          <w:tcPr>
            <w:tcW w:w="3120" w:type="dxa"/>
            <w:shd w:val="clear" w:color="auto" w:fill="FFFFFF"/>
            <w:tcMar>
              <w:top w:w="50" w:type="dxa"/>
              <w:left w:w="100" w:type="dxa"/>
              <w:bottom w:w="50" w:type="dxa"/>
              <w:right w:w="100" w:type="dxa"/>
            </w:tcMar>
          </w:tcPr>
          <w:p w14:paraId="61E71A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79FA3AF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0FB458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2CFC73FE" w14:textId="77777777" w:rsidTr="00F111D1">
        <w:trPr>
          <w:jc w:val="center"/>
        </w:trPr>
        <w:tc>
          <w:tcPr>
            <w:tcW w:w="3120" w:type="dxa"/>
            <w:shd w:val="clear" w:color="auto" w:fill="F9FAFB"/>
            <w:tcMar>
              <w:top w:w="50" w:type="dxa"/>
              <w:left w:w="100" w:type="dxa"/>
              <w:bottom w:w="50" w:type="dxa"/>
              <w:right w:w="100" w:type="dxa"/>
            </w:tcMar>
          </w:tcPr>
          <w:p w14:paraId="45D53B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204DA37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D84068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2,75</w:t>
            </w:r>
          </w:p>
        </w:tc>
      </w:tr>
      <w:tr w:rsidR="00D33902" w:rsidRPr="00D33902" w14:paraId="5D036DA0" w14:textId="77777777" w:rsidTr="00F111D1">
        <w:trPr>
          <w:jc w:val="center"/>
        </w:trPr>
        <w:tc>
          <w:tcPr>
            <w:tcW w:w="3120" w:type="dxa"/>
            <w:shd w:val="clear" w:color="auto" w:fill="FFFFFF"/>
            <w:tcMar>
              <w:top w:w="50" w:type="dxa"/>
              <w:left w:w="100" w:type="dxa"/>
              <w:bottom w:w="50" w:type="dxa"/>
              <w:right w:w="100" w:type="dxa"/>
            </w:tcMar>
          </w:tcPr>
          <w:p w14:paraId="6BFA9B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081F3D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3177D3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251E0039" w14:textId="77777777" w:rsidTr="00F111D1">
        <w:trPr>
          <w:jc w:val="center"/>
        </w:trPr>
        <w:tc>
          <w:tcPr>
            <w:tcW w:w="3120" w:type="dxa"/>
            <w:shd w:val="clear" w:color="auto" w:fill="F9FAFB"/>
            <w:tcMar>
              <w:top w:w="50" w:type="dxa"/>
              <w:left w:w="100" w:type="dxa"/>
              <w:bottom w:w="50" w:type="dxa"/>
              <w:right w:w="100" w:type="dxa"/>
            </w:tcMar>
          </w:tcPr>
          <w:p w14:paraId="67917D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537AF57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2F27CE3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2,88</w:t>
            </w:r>
          </w:p>
        </w:tc>
      </w:tr>
      <w:tr w:rsidR="00D33902" w:rsidRPr="00D33902" w14:paraId="19383E10" w14:textId="77777777" w:rsidTr="00F111D1">
        <w:trPr>
          <w:jc w:val="center"/>
        </w:trPr>
        <w:tc>
          <w:tcPr>
            <w:tcW w:w="3120" w:type="dxa"/>
            <w:shd w:val="clear" w:color="auto" w:fill="FFFFFF"/>
            <w:tcMar>
              <w:top w:w="50" w:type="dxa"/>
              <w:left w:w="100" w:type="dxa"/>
              <w:bottom w:w="50" w:type="dxa"/>
              <w:right w:w="100" w:type="dxa"/>
            </w:tcMar>
          </w:tcPr>
          <w:p w14:paraId="0AFB5D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682DAD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3B647D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34771495" w14:textId="77777777" w:rsidTr="00F111D1">
        <w:trPr>
          <w:jc w:val="center"/>
        </w:trPr>
        <w:tc>
          <w:tcPr>
            <w:tcW w:w="3120" w:type="dxa"/>
            <w:shd w:val="clear" w:color="auto" w:fill="F9FAFB"/>
            <w:tcMar>
              <w:top w:w="50" w:type="dxa"/>
              <w:left w:w="100" w:type="dxa"/>
              <w:bottom w:w="50" w:type="dxa"/>
              <w:right w:w="100" w:type="dxa"/>
            </w:tcMar>
          </w:tcPr>
          <w:p w14:paraId="1DB198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4124B7F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38B28A7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r w:rsidR="00D33902" w:rsidRPr="00D33902" w14:paraId="72C93BDB" w14:textId="77777777" w:rsidTr="00F111D1">
        <w:trPr>
          <w:jc w:val="center"/>
        </w:trPr>
        <w:tc>
          <w:tcPr>
            <w:tcW w:w="3120" w:type="dxa"/>
            <w:shd w:val="clear" w:color="auto" w:fill="FFFFFF"/>
            <w:tcMar>
              <w:top w:w="50" w:type="dxa"/>
              <w:left w:w="100" w:type="dxa"/>
              <w:bottom w:w="50" w:type="dxa"/>
              <w:right w:w="100" w:type="dxa"/>
            </w:tcMar>
          </w:tcPr>
          <w:p w14:paraId="575D5C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33B9AD7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7541A7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37A8A2A1" w14:textId="77777777" w:rsidTr="00F111D1">
        <w:trPr>
          <w:jc w:val="center"/>
        </w:trPr>
        <w:tc>
          <w:tcPr>
            <w:tcW w:w="3120" w:type="dxa"/>
            <w:shd w:val="clear" w:color="auto" w:fill="F9FAFB"/>
            <w:tcMar>
              <w:top w:w="50" w:type="dxa"/>
              <w:left w:w="100" w:type="dxa"/>
              <w:bottom w:w="50" w:type="dxa"/>
              <w:right w:w="100" w:type="dxa"/>
            </w:tcMar>
          </w:tcPr>
          <w:p w14:paraId="2D0A35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7BAE5E3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6B625D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w:t>
            </w:r>
          </w:p>
        </w:tc>
      </w:tr>
      <w:tr w:rsidR="00D33902" w:rsidRPr="00D33902" w14:paraId="4C97BD2F" w14:textId="77777777" w:rsidTr="00F111D1">
        <w:trPr>
          <w:jc w:val="center"/>
        </w:trPr>
        <w:tc>
          <w:tcPr>
            <w:tcW w:w="3120" w:type="dxa"/>
            <w:shd w:val="clear" w:color="auto" w:fill="FFFFFF"/>
            <w:tcMar>
              <w:top w:w="50" w:type="dxa"/>
              <w:left w:w="100" w:type="dxa"/>
              <w:bottom w:w="50" w:type="dxa"/>
              <w:right w:w="100" w:type="dxa"/>
            </w:tcMar>
          </w:tcPr>
          <w:p w14:paraId="5B73D2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056BEE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18B401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2,25</w:t>
            </w:r>
          </w:p>
        </w:tc>
      </w:tr>
    </w:tbl>
    <w:p w14:paraId="74419FE5" w14:textId="77777777" w:rsidR="00D33902" w:rsidRPr="00D33902" w:rsidRDefault="00D33902" w:rsidP="00D33902">
      <w:pPr>
        <w:spacing w:after="0" w:line="240" w:lineRule="auto"/>
        <w:rPr>
          <w:rFonts w:ascii="Times New Roman" w:hAnsi="Times New Roman" w:cs="Times New Roman"/>
        </w:rPr>
      </w:pPr>
    </w:p>
    <w:p w14:paraId="149FFCA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7C78896" w14:textId="77777777" w:rsidTr="00F111D1">
        <w:trPr>
          <w:jc w:val="center"/>
        </w:trPr>
        <w:tc>
          <w:tcPr>
            <w:tcW w:w="3120" w:type="dxa"/>
            <w:shd w:val="clear" w:color="auto" w:fill="1F4E79"/>
            <w:tcMar>
              <w:top w:w="70" w:type="dxa"/>
              <w:left w:w="100" w:type="dxa"/>
              <w:bottom w:w="70" w:type="dxa"/>
              <w:right w:w="100" w:type="dxa"/>
            </w:tcMar>
          </w:tcPr>
          <w:p w14:paraId="58AC018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9C2C19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F890D1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35265BB2" w14:textId="77777777" w:rsidTr="00F111D1">
        <w:trPr>
          <w:jc w:val="center"/>
        </w:trPr>
        <w:tc>
          <w:tcPr>
            <w:tcW w:w="3120" w:type="dxa"/>
            <w:shd w:val="clear" w:color="auto" w:fill="F9FAFB"/>
            <w:tcMar>
              <w:top w:w="50" w:type="dxa"/>
              <w:left w:w="100" w:type="dxa"/>
              <w:bottom w:w="50" w:type="dxa"/>
              <w:right w:w="100" w:type="dxa"/>
            </w:tcMar>
          </w:tcPr>
          <w:p w14:paraId="6CCFD7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C9AAAF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549D648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4,12</w:t>
            </w:r>
          </w:p>
        </w:tc>
      </w:tr>
      <w:tr w:rsidR="00D33902" w:rsidRPr="00D33902" w14:paraId="278ECC44" w14:textId="77777777" w:rsidTr="00F111D1">
        <w:trPr>
          <w:jc w:val="center"/>
        </w:trPr>
        <w:tc>
          <w:tcPr>
            <w:tcW w:w="3120" w:type="dxa"/>
            <w:shd w:val="clear" w:color="auto" w:fill="FFFFFF"/>
            <w:tcMar>
              <w:top w:w="50" w:type="dxa"/>
              <w:left w:w="100" w:type="dxa"/>
              <w:bottom w:w="50" w:type="dxa"/>
              <w:right w:w="100" w:type="dxa"/>
            </w:tcMar>
          </w:tcPr>
          <w:p w14:paraId="1B988E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46A0F39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27ACB4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58656E23" w14:textId="77777777" w:rsidTr="00F111D1">
        <w:trPr>
          <w:jc w:val="center"/>
        </w:trPr>
        <w:tc>
          <w:tcPr>
            <w:tcW w:w="3120" w:type="dxa"/>
            <w:shd w:val="clear" w:color="auto" w:fill="F9FAFB"/>
            <w:tcMar>
              <w:top w:w="50" w:type="dxa"/>
              <w:left w:w="100" w:type="dxa"/>
              <w:bottom w:w="50" w:type="dxa"/>
              <w:right w:w="100" w:type="dxa"/>
            </w:tcMar>
          </w:tcPr>
          <w:p w14:paraId="2C3F06B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8F0CB2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18ADA37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4,62</w:t>
            </w:r>
          </w:p>
        </w:tc>
      </w:tr>
      <w:tr w:rsidR="00D33902" w:rsidRPr="00D33902" w14:paraId="637D277D" w14:textId="77777777" w:rsidTr="00F111D1">
        <w:trPr>
          <w:jc w:val="center"/>
        </w:trPr>
        <w:tc>
          <w:tcPr>
            <w:tcW w:w="3120" w:type="dxa"/>
            <w:shd w:val="clear" w:color="auto" w:fill="FFFFFF"/>
            <w:tcMar>
              <w:top w:w="50" w:type="dxa"/>
              <w:left w:w="100" w:type="dxa"/>
              <w:bottom w:w="50" w:type="dxa"/>
              <w:right w:w="100" w:type="dxa"/>
            </w:tcMar>
          </w:tcPr>
          <w:p w14:paraId="463F275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FD5A47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4212BA2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24DEC69A" w14:textId="77777777" w:rsidTr="00F111D1">
        <w:trPr>
          <w:jc w:val="center"/>
        </w:trPr>
        <w:tc>
          <w:tcPr>
            <w:tcW w:w="3120" w:type="dxa"/>
            <w:shd w:val="clear" w:color="auto" w:fill="F9FAFB"/>
            <w:tcMar>
              <w:top w:w="50" w:type="dxa"/>
              <w:left w:w="100" w:type="dxa"/>
              <w:bottom w:w="50" w:type="dxa"/>
              <w:right w:w="100" w:type="dxa"/>
            </w:tcMar>
          </w:tcPr>
          <w:p w14:paraId="5360C9C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4329387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1F69473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3,38</w:t>
            </w:r>
          </w:p>
        </w:tc>
      </w:tr>
    </w:tbl>
    <w:p w14:paraId="1175DAD0" w14:textId="77777777" w:rsidR="00D33902" w:rsidRPr="00D33902" w:rsidRDefault="00D33902" w:rsidP="00D33902">
      <w:pPr>
        <w:spacing w:after="0" w:line="240" w:lineRule="auto"/>
        <w:rPr>
          <w:rFonts w:ascii="Times New Roman" w:hAnsi="Times New Roman" w:cs="Times New Roman"/>
        </w:rPr>
      </w:pPr>
    </w:p>
    <w:p w14:paraId="7158215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9. Ders: BES207 Anne ve Çocuk Beslenmesi</w:t>
      </w:r>
    </w:p>
    <w:p w14:paraId="5D05221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E480CDE" w14:textId="77777777" w:rsidTr="00F111D1">
        <w:trPr>
          <w:jc w:val="center"/>
        </w:trPr>
        <w:tc>
          <w:tcPr>
            <w:tcW w:w="3120" w:type="dxa"/>
            <w:shd w:val="clear" w:color="auto" w:fill="1F4E79"/>
            <w:tcMar>
              <w:top w:w="70" w:type="dxa"/>
              <w:left w:w="100" w:type="dxa"/>
              <w:bottom w:w="70" w:type="dxa"/>
              <w:right w:w="100" w:type="dxa"/>
            </w:tcMar>
          </w:tcPr>
          <w:p w14:paraId="28FA7B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C6FAD0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34CA4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65C75F1" w14:textId="77777777" w:rsidTr="00F111D1">
        <w:trPr>
          <w:jc w:val="center"/>
        </w:trPr>
        <w:tc>
          <w:tcPr>
            <w:tcW w:w="3120" w:type="dxa"/>
            <w:shd w:val="clear" w:color="auto" w:fill="F9FAFB"/>
            <w:tcMar>
              <w:top w:w="50" w:type="dxa"/>
              <w:left w:w="100" w:type="dxa"/>
              <w:bottom w:w="50" w:type="dxa"/>
              <w:right w:w="100" w:type="dxa"/>
            </w:tcMar>
          </w:tcPr>
          <w:p w14:paraId="6D2273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DC4EA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66639B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7879E13D" w14:textId="77777777" w:rsidTr="00F111D1">
        <w:trPr>
          <w:jc w:val="center"/>
        </w:trPr>
        <w:tc>
          <w:tcPr>
            <w:tcW w:w="3120" w:type="dxa"/>
            <w:shd w:val="clear" w:color="auto" w:fill="FFFFFF"/>
            <w:tcMar>
              <w:top w:w="50" w:type="dxa"/>
              <w:left w:w="100" w:type="dxa"/>
              <w:bottom w:w="50" w:type="dxa"/>
              <w:right w:w="100" w:type="dxa"/>
            </w:tcMar>
          </w:tcPr>
          <w:p w14:paraId="742565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9A2C7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54C72F9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FA6ED35" w14:textId="77777777" w:rsidTr="00F111D1">
        <w:trPr>
          <w:jc w:val="center"/>
        </w:trPr>
        <w:tc>
          <w:tcPr>
            <w:tcW w:w="3120" w:type="dxa"/>
            <w:shd w:val="clear" w:color="auto" w:fill="F9FAFB"/>
            <w:tcMar>
              <w:top w:w="50" w:type="dxa"/>
              <w:left w:w="100" w:type="dxa"/>
              <w:bottom w:w="50" w:type="dxa"/>
              <w:right w:w="100" w:type="dxa"/>
            </w:tcMar>
          </w:tcPr>
          <w:p w14:paraId="76C2C72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95E6B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265A421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614E3EC5" w14:textId="77777777" w:rsidTr="00F111D1">
        <w:trPr>
          <w:jc w:val="center"/>
        </w:trPr>
        <w:tc>
          <w:tcPr>
            <w:tcW w:w="3120" w:type="dxa"/>
            <w:shd w:val="clear" w:color="auto" w:fill="FFFFFF"/>
            <w:tcMar>
              <w:top w:w="50" w:type="dxa"/>
              <w:left w:w="100" w:type="dxa"/>
              <w:bottom w:w="50" w:type="dxa"/>
              <w:right w:w="100" w:type="dxa"/>
            </w:tcMar>
          </w:tcPr>
          <w:p w14:paraId="71E6FD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59A927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55F2DE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bl>
    <w:p w14:paraId="11CAF1D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4A90F84A" w14:textId="77777777" w:rsidTr="00F111D1">
        <w:trPr>
          <w:jc w:val="center"/>
        </w:trPr>
        <w:tc>
          <w:tcPr>
            <w:tcW w:w="4680" w:type="dxa"/>
            <w:shd w:val="clear" w:color="auto" w:fill="1F4E79"/>
            <w:tcMar>
              <w:top w:w="70" w:type="dxa"/>
              <w:left w:w="100" w:type="dxa"/>
              <w:bottom w:w="70" w:type="dxa"/>
              <w:right w:w="100" w:type="dxa"/>
            </w:tcMar>
          </w:tcPr>
          <w:p w14:paraId="31ACC2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4BC11D6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2184890B" w14:textId="77777777" w:rsidTr="00F111D1">
        <w:trPr>
          <w:jc w:val="center"/>
        </w:trPr>
        <w:tc>
          <w:tcPr>
            <w:tcW w:w="4680" w:type="dxa"/>
            <w:shd w:val="clear" w:color="auto" w:fill="F9FAFB"/>
            <w:tcMar>
              <w:top w:w="50" w:type="dxa"/>
              <w:left w:w="100" w:type="dxa"/>
              <w:bottom w:w="50" w:type="dxa"/>
              <w:right w:w="100" w:type="dxa"/>
            </w:tcMar>
          </w:tcPr>
          <w:p w14:paraId="369217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1DAA18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8,00 saat</w:t>
            </w:r>
          </w:p>
        </w:tc>
      </w:tr>
      <w:tr w:rsidR="00D33902" w:rsidRPr="00D33902" w14:paraId="2864AF74" w14:textId="77777777" w:rsidTr="00F111D1">
        <w:trPr>
          <w:jc w:val="center"/>
        </w:trPr>
        <w:tc>
          <w:tcPr>
            <w:tcW w:w="4680" w:type="dxa"/>
            <w:shd w:val="clear" w:color="auto" w:fill="FFFFFF"/>
            <w:tcMar>
              <w:top w:w="50" w:type="dxa"/>
              <w:left w:w="100" w:type="dxa"/>
              <w:bottom w:w="50" w:type="dxa"/>
              <w:right w:w="100" w:type="dxa"/>
            </w:tcMar>
          </w:tcPr>
          <w:p w14:paraId="748A38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7599CD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 saat</w:t>
            </w:r>
          </w:p>
        </w:tc>
      </w:tr>
      <w:tr w:rsidR="00D33902" w:rsidRPr="00D33902" w14:paraId="116F6608" w14:textId="77777777" w:rsidTr="00F111D1">
        <w:trPr>
          <w:jc w:val="center"/>
        </w:trPr>
        <w:tc>
          <w:tcPr>
            <w:tcW w:w="4680" w:type="dxa"/>
            <w:shd w:val="clear" w:color="auto" w:fill="F9FAFB"/>
            <w:tcMar>
              <w:top w:w="50" w:type="dxa"/>
              <w:left w:w="100" w:type="dxa"/>
              <w:bottom w:w="50" w:type="dxa"/>
              <w:right w:w="100" w:type="dxa"/>
            </w:tcMar>
          </w:tcPr>
          <w:p w14:paraId="39ABB1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0AC3B7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 saat</w:t>
            </w:r>
          </w:p>
        </w:tc>
      </w:tr>
      <w:tr w:rsidR="00D33902" w:rsidRPr="00D33902" w14:paraId="69A1EE50" w14:textId="77777777" w:rsidTr="00F111D1">
        <w:trPr>
          <w:jc w:val="center"/>
        </w:trPr>
        <w:tc>
          <w:tcPr>
            <w:tcW w:w="4680" w:type="dxa"/>
            <w:shd w:val="clear" w:color="auto" w:fill="FFFFFF"/>
            <w:tcMar>
              <w:top w:w="50" w:type="dxa"/>
              <w:left w:w="100" w:type="dxa"/>
              <w:bottom w:w="50" w:type="dxa"/>
              <w:right w:w="100" w:type="dxa"/>
            </w:tcMar>
          </w:tcPr>
          <w:p w14:paraId="79A9EE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0733CF3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 saat</w:t>
            </w:r>
          </w:p>
        </w:tc>
      </w:tr>
      <w:tr w:rsidR="00D33902" w:rsidRPr="00D33902" w14:paraId="08515C24" w14:textId="77777777" w:rsidTr="00F111D1">
        <w:trPr>
          <w:jc w:val="center"/>
        </w:trPr>
        <w:tc>
          <w:tcPr>
            <w:tcW w:w="4680" w:type="dxa"/>
            <w:shd w:val="clear" w:color="auto" w:fill="F9FAFB"/>
            <w:tcMar>
              <w:top w:w="50" w:type="dxa"/>
              <w:left w:w="100" w:type="dxa"/>
              <w:bottom w:w="50" w:type="dxa"/>
              <w:right w:w="100" w:type="dxa"/>
            </w:tcMar>
          </w:tcPr>
          <w:p w14:paraId="044051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328DE3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38,00 saat</w:t>
            </w:r>
          </w:p>
        </w:tc>
      </w:tr>
      <w:tr w:rsidR="00D33902" w:rsidRPr="00D33902" w14:paraId="5355C7C7" w14:textId="77777777" w:rsidTr="00F111D1">
        <w:trPr>
          <w:jc w:val="center"/>
        </w:trPr>
        <w:tc>
          <w:tcPr>
            <w:tcW w:w="4680" w:type="dxa"/>
            <w:shd w:val="clear" w:color="auto" w:fill="FFFFFF"/>
            <w:tcMar>
              <w:top w:w="50" w:type="dxa"/>
              <w:left w:w="100" w:type="dxa"/>
              <w:bottom w:w="50" w:type="dxa"/>
              <w:right w:w="100" w:type="dxa"/>
            </w:tcMar>
          </w:tcPr>
          <w:p w14:paraId="3448914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5EFAB74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 saat</w:t>
            </w:r>
          </w:p>
        </w:tc>
      </w:tr>
      <w:tr w:rsidR="00D33902" w:rsidRPr="00D33902" w14:paraId="40436290" w14:textId="77777777" w:rsidTr="00F111D1">
        <w:trPr>
          <w:jc w:val="center"/>
        </w:trPr>
        <w:tc>
          <w:tcPr>
            <w:tcW w:w="4680" w:type="dxa"/>
            <w:shd w:val="clear" w:color="auto" w:fill="F9FAFB"/>
            <w:tcMar>
              <w:top w:w="50" w:type="dxa"/>
              <w:left w:w="100" w:type="dxa"/>
              <w:bottom w:w="50" w:type="dxa"/>
              <w:right w:w="100" w:type="dxa"/>
            </w:tcMar>
          </w:tcPr>
          <w:p w14:paraId="1CDE04D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0C6CAD5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748C8B82" w14:textId="77777777" w:rsidTr="00F111D1">
        <w:trPr>
          <w:jc w:val="center"/>
        </w:trPr>
        <w:tc>
          <w:tcPr>
            <w:tcW w:w="4680" w:type="dxa"/>
            <w:shd w:val="clear" w:color="auto" w:fill="FFFFFF"/>
            <w:tcMar>
              <w:top w:w="50" w:type="dxa"/>
              <w:left w:w="100" w:type="dxa"/>
              <w:bottom w:w="50" w:type="dxa"/>
              <w:right w:w="100" w:type="dxa"/>
            </w:tcMar>
          </w:tcPr>
          <w:p w14:paraId="7428F45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6233B3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38,50 saat</w:t>
            </w:r>
          </w:p>
        </w:tc>
      </w:tr>
    </w:tbl>
    <w:p w14:paraId="4ED0E693" w14:textId="77777777" w:rsidR="00D33902" w:rsidRPr="00D33902" w:rsidRDefault="00D33902" w:rsidP="00D33902">
      <w:pPr>
        <w:spacing w:after="0" w:line="240" w:lineRule="auto"/>
        <w:rPr>
          <w:rFonts w:ascii="Times New Roman" w:hAnsi="Times New Roman" w:cs="Times New Roman"/>
        </w:rPr>
      </w:pPr>
    </w:p>
    <w:p w14:paraId="3F2A620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CE70160" w14:textId="77777777" w:rsidTr="00F111D1">
        <w:trPr>
          <w:jc w:val="center"/>
        </w:trPr>
        <w:tc>
          <w:tcPr>
            <w:tcW w:w="3120" w:type="dxa"/>
            <w:shd w:val="clear" w:color="auto" w:fill="1F4E79"/>
            <w:tcMar>
              <w:top w:w="70" w:type="dxa"/>
              <w:left w:w="100" w:type="dxa"/>
              <w:bottom w:w="70" w:type="dxa"/>
              <w:right w:w="100" w:type="dxa"/>
            </w:tcMar>
          </w:tcPr>
          <w:p w14:paraId="580085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71FDD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C8CB42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4470DFF" w14:textId="77777777" w:rsidTr="00F111D1">
        <w:trPr>
          <w:jc w:val="center"/>
        </w:trPr>
        <w:tc>
          <w:tcPr>
            <w:tcW w:w="3120" w:type="dxa"/>
            <w:shd w:val="clear" w:color="auto" w:fill="F9FAFB"/>
            <w:tcMar>
              <w:top w:w="50" w:type="dxa"/>
              <w:left w:w="100" w:type="dxa"/>
              <w:bottom w:w="50" w:type="dxa"/>
              <w:right w:w="100" w:type="dxa"/>
            </w:tcMar>
          </w:tcPr>
          <w:p w14:paraId="152C79D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64C2A1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12F88D0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7822E19" w14:textId="77777777" w:rsidTr="00F111D1">
        <w:trPr>
          <w:jc w:val="center"/>
        </w:trPr>
        <w:tc>
          <w:tcPr>
            <w:tcW w:w="3120" w:type="dxa"/>
            <w:shd w:val="clear" w:color="auto" w:fill="FFFFFF"/>
            <w:tcMar>
              <w:top w:w="50" w:type="dxa"/>
              <w:left w:w="100" w:type="dxa"/>
              <w:bottom w:w="50" w:type="dxa"/>
              <w:right w:w="100" w:type="dxa"/>
            </w:tcMar>
          </w:tcPr>
          <w:p w14:paraId="14F0E24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825942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54B2B97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421EFF6" w14:textId="77777777" w:rsidTr="00F111D1">
        <w:trPr>
          <w:jc w:val="center"/>
        </w:trPr>
        <w:tc>
          <w:tcPr>
            <w:tcW w:w="3120" w:type="dxa"/>
            <w:shd w:val="clear" w:color="auto" w:fill="F9FAFB"/>
            <w:tcMar>
              <w:top w:w="50" w:type="dxa"/>
              <w:left w:w="100" w:type="dxa"/>
              <w:bottom w:w="50" w:type="dxa"/>
              <w:right w:w="100" w:type="dxa"/>
            </w:tcMar>
          </w:tcPr>
          <w:p w14:paraId="082F58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B6094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6340484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1DF34400" w14:textId="77777777" w:rsidTr="00F111D1">
        <w:trPr>
          <w:jc w:val="center"/>
        </w:trPr>
        <w:tc>
          <w:tcPr>
            <w:tcW w:w="3120" w:type="dxa"/>
            <w:shd w:val="clear" w:color="auto" w:fill="FFFFFF"/>
            <w:tcMar>
              <w:top w:w="50" w:type="dxa"/>
              <w:left w:w="100" w:type="dxa"/>
              <w:bottom w:w="50" w:type="dxa"/>
              <w:right w:w="100" w:type="dxa"/>
            </w:tcMar>
          </w:tcPr>
          <w:p w14:paraId="14FF893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A4086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0878D0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64116C1" w14:textId="77777777" w:rsidTr="00F111D1">
        <w:trPr>
          <w:jc w:val="center"/>
        </w:trPr>
        <w:tc>
          <w:tcPr>
            <w:tcW w:w="3120" w:type="dxa"/>
            <w:shd w:val="clear" w:color="auto" w:fill="F9FAFB"/>
            <w:tcMar>
              <w:top w:w="50" w:type="dxa"/>
              <w:left w:w="100" w:type="dxa"/>
              <w:bottom w:w="50" w:type="dxa"/>
              <w:right w:w="100" w:type="dxa"/>
            </w:tcMar>
          </w:tcPr>
          <w:p w14:paraId="188487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2F426E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28DD5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06A4EAC3" w14:textId="77777777" w:rsidTr="00F111D1">
        <w:trPr>
          <w:jc w:val="center"/>
        </w:trPr>
        <w:tc>
          <w:tcPr>
            <w:tcW w:w="3120" w:type="dxa"/>
            <w:shd w:val="clear" w:color="auto" w:fill="FFFFFF"/>
            <w:tcMar>
              <w:top w:w="50" w:type="dxa"/>
              <w:left w:w="100" w:type="dxa"/>
              <w:bottom w:w="50" w:type="dxa"/>
              <w:right w:w="100" w:type="dxa"/>
            </w:tcMar>
          </w:tcPr>
          <w:p w14:paraId="7A12BC6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3BD1E66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7E7FC4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12F55D6" w14:textId="77777777" w:rsidTr="00F111D1">
        <w:trPr>
          <w:jc w:val="center"/>
        </w:trPr>
        <w:tc>
          <w:tcPr>
            <w:tcW w:w="3120" w:type="dxa"/>
            <w:shd w:val="clear" w:color="auto" w:fill="F9FAFB"/>
            <w:tcMar>
              <w:top w:w="50" w:type="dxa"/>
              <w:left w:w="100" w:type="dxa"/>
              <w:bottom w:w="50" w:type="dxa"/>
              <w:right w:w="100" w:type="dxa"/>
            </w:tcMar>
          </w:tcPr>
          <w:p w14:paraId="7FCEE68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3F6E788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0C1372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562FEDC" w14:textId="77777777" w:rsidTr="00F111D1">
        <w:trPr>
          <w:jc w:val="center"/>
        </w:trPr>
        <w:tc>
          <w:tcPr>
            <w:tcW w:w="3120" w:type="dxa"/>
            <w:shd w:val="clear" w:color="auto" w:fill="FFFFFF"/>
            <w:tcMar>
              <w:top w:w="50" w:type="dxa"/>
              <w:left w:w="100" w:type="dxa"/>
              <w:bottom w:w="50" w:type="dxa"/>
              <w:right w:w="100" w:type="dxa"/>
            </w:tcMar>
          </w:tcPr>
          <w:p w14:paraId="6FFCCB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00D842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3192BC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D34C816" w14:textId="77777777" w:rsidTr="00F111D1">
        <w:trPr>
          <w:jc w:val="center"/>
        </w:trPr>
        <w:tc>
          <w:tcPr>
            <w:tcW w:w="3120" w:type="dxa"/>
            <w:shd w:val="clear" w:color="auto" w:fill="F9FAFB"/>
            <w:tcMar>
              <w:top w:w="50" w:type="dxa"/>
              <w:left w:w="100" w:type="dxa"/>
              <w:bottom w:w="50" w:type="dxa"/>
              <w:right w:w="100" w:type="dxa"/>
            </w:tcMar>
          </w:tcPr>
          <w:p w14:paraId="21D822B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7BB812A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5FAF90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1E9D9754" w14:textId="77777777" w:rsidTr="00F111D1">
        <w:trPr>
          <w:jc w:val="center"/>
        </w:trPr>
        <w:tc>
          <w:tcPr>
            <w:tcW w:w="3120" w:type="dxa"/>
            <w:shd w:val="clear" w:color="auto" w:fill="FFFFFF"/>
            <w:tcMar>
              <w:top w:w="50" w:type="dxa"/>
              <w:left w:w="100" w:type="dxa"/>
              <w:bottom w:w="50" w:type="dxa"/>
              <w:right w:w="100" w:type="dxa"/>
            </w:tcMar>
          </w:tcPr>
          <w:p w14:paraId="1CECDDA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45FFBAE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7EB270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BC3222B" w14:textId="77777777" w:rsidTr="00F111D1">
        <w:trPr>
          <w:jc w:val="center"/>
        </w:trPr>
        <w:tc>
          <w:tcPr>
            <w:tcW w:w="3120" w:type="dxa"/>
            <w:shd w:val="clear" w:color="auto" w:fill="F9FAFB"/>
            <w:tcMar>
              <w:top w:w="50" w:type="dxa"/>
              <w:left w:w="100" w:type="dxa"/>
              <w:bottom w:w="50" w:type="dxa"/>
              <w:right w:w="100" w:type="dxa"/>
            </w:tcMar>
          </w:tcPr>
          <w:p w14:paraId="1EC32F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4112A31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0306825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2C11351" w14:textId="77777777" w:rsidTr="00F111D1">
        <w:trPr>
          <w:jc w:val="center"/>
        </w:trPr>
        <w:tc>
          <w:tcPr>
            <w:tcW w:w="3120" w:type="dxa"/>
            <w:shd w:val="clear" w:color="auto" w:fill="FFFFFF"/>
            <w:tcMar>
              <w:top w:w="50" w:type="dxa"/>
              <w:left w:w="100" w:type="dxa"/>
              <w:bottom w:w="50" w:type="dxa"/>
              <w:right w:w="100" w:type="dxa"/>
            </w:tcMar>
          </w:tcPr>
          <w:p w14:paraId="780287F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1425FB8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102E13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005FB8B6" w14:textId="77777777" w:rsidTr="00F111D1">
        <w:trPr>
          <w:jc w:val="center"/>
        </w:trPr>
        <w:tc>
          <w:tcPr>
            <w:tcW w:w="3120" w:type="dxa"/>
            <w:shd w:val="clear" w:color="auto" w:fill="F9FAFB"/>
            <w:tcMar>
              <w:top w:w="50" w:type="dxa"/>
              <w:left w:w="100" w:type="dxa"/>
              <w:bottom w:w="50" w:type="dxa"/>
              <w:right w:w="100" w:type="dxa"/>
            </w:tcMar>
          </w:tcPr>
          <w:p w14:paraId="540EFE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5E51689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7426678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2078957" w14:textId="77777777" w:rsidTr="00F111D1">
        <w:trPr>
          <w:jc w:val="center"/>
        </w:trPr>
        <w:tc>
          <w:tcPr>
            <w:tcW w:w="3120" w:type="dxa"/>
            <w:shd w:val="clear" w:color="auto" w:fill="FFFFFF"/>
            <w:tcMar>
              <w:top w:w="50" w:type="dxa"/>
              <w:left w:w="100" w:type="dxa"/>
              <w:bottom w:w="50" w:type="dxa"/>
              <w:right w:w="100" w:type="dxa"/>
            </w:tcMar>
          </w:tcPr>
          <w:p w14:paraId="733DD6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66D7C9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51512B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bl>
    <w:p w14:paraId="662C915D" w14:textId="77777777" w:rsidR="00D33902" w:rsidRPr="00D33902" w:rsidRDefault="00D33902" w:rsidP="00D33902">
      <w:pPr>
        <w:spacing w:after="0" w:line="240" w:lineRule="auto"/>
        <w:rPr>
          <w:rFonts w:ascii="Times New Roman" w:hAnsi="Times New Roman" w:cs="Times New Roman"/>
        </w:rPr>
      </w:pPr>
    </w:p>
    <w:p w14:paraId="56D196E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4DB1F70" w14:textId="77777777" w:rsidTr="00F111D1">
        <w:trPr>
          <w:jc w:val="center"/>
        </w:trPr>
        <w:tc>
          <w:tcPr>
            <w:tcW w:w="3120" w:type="dxa"/>
            <w:shd w:val="clear" w:color="auto" w:fill="1F4E79"/>
            <w:tcMar>
              <w:top w:w="70" w:type="dxa"/>
              <w:left w:w="100" w:type="dxa"/>
              <w:bottom w:w="70" w:type="dxa"/>
              <w:right w:w="100" w:type="dxa"/>
            </w:tcMar>
          </w:tcPr>
          <w:p w14:paraId="419792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ECB175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04C941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5C3A1CA" w14:textId="77777777" w:rsidTr="00F111D1">
        <w:trPr>
          <w:jc w:val="center"/>
        </w:trPr>
        <w:tc>
          <w:tcPr>
            <w:tcW w:w="3120" w:type="dxa"/>
            <w:shd w:val="clear" w:color="auto" w:fill="F9FAFB"/>
            <w:tcMar>
              <w:top w:w="50" w:type="dxa"/>
              <w:left w:w="100" w:type="dxa"/>
              <w:bottom w:w="50" w:type="dxa"/>
              <w:right w:w="100" w:type="dxa"/>
            </w:tcMar>
          </w:tcPr>
          <w:p w14:paraId="3551CB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DFF98B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7191E9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3CC11E6E" w14:textId="77777777" w:rsidTr="00F111D1">
        <w:trPr>
          <w:jc w:val="center"/>
        </w:trPr>
        <w:tc>
          <w:tcPr>
            <w:tcW w:w="3120" w:type="dxa"/>
            <w:shd w:val="clear" w:color="auto" w:fill="FFFFFF"/>
            <w:tcMar>
              <w:top w:w="50" w:type="dxa"/>
              <w:left w:w="100" w:type="dxa"/>
              <w:bottom w:w="50" w:type="dxa"/>
              <w:right w:w="100" w:type="dxa"/>
            </w:tcMar>
          </w:tcPr>
          <w:p w14:paraId="3D2271F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D7AD1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1BBD004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719473F8" w14:textId="77777777" w:rsidTr="00F111D1">
        <w:trPr>
          <w:jc w:val="center"/>
        </w:trPr>
        <w:tc>
          <w:tcPr>
            <w:tcW w:w="3120" w:type="dxa"/>
            <w:shd w:val="clear" w:color="auto" w:fill="F9FAFB"/>
            <w:tcMar>
              <w:top w:w="50" w:type="dxa"/>
              <w:left w:w="100" w:type="dxa"/>
              <w:bottom w:w="50" w:type="dxa"/>
              <w:right w:w="100" w:type="dxa"/>
            </w:tcMar>
          </w:tcPr>
          <w:p w14:paraId="57B92BF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5D9746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325492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7CF9541D" w14:textId="77777777" w:rsidTr="00F111D1">
        <w:trPr>
          <w:jc w:val="center"/>
        </w:trPr>
        <w:tc>
          <w:tcPr>
            <w:tcW w:w="3120" w:type="dxa"/>
            <w:shd w:val="clear" w:color="auto" w:fill="FFFFFF"/>
            <w:tcMar>
              <w:top w:w="50" w:type="dxa"/>
              <w:left w:w="100" w:type="dxa"/>
              <w:bottom w:w="50" w:type="dxa"/>
              <w:right w:w="100" w:type="dxa"/>
            </w:tcMar>
          </w:tcPr>
          <w:p w14:paraId="6731D8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E5C8C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3F856E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190E776" w14:textId="77777777" w:rsidTr="00F111D1">
        <w:trPr>
          <w:jc w:val="center"/>
        </w:trPr>
        <w:tc>
          <w:tcPr>
            <w:tcW w:w="3120" w:type="dxa"/>
            <w:shd w:val="clear" w:color="auto" w:fill="F9FAFB"/>
            <w:tcMar>
              <w:top w:w="50" w:type="dxa"/>
              <w:left w:w="100" w:type="dxa"/>
              <w:bottom w:w="50" w:type="dxa"/>
              <w:right w:w="100" w:type="dxa"/>
            </w:tcMar>
          </w:tcPr>
          <w:p w14:paraId="041CD6F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616FBA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16504C6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4F0C68FE" w14:textId="77777777" w:rsidR="00D33902" w:rsidRPr="00D33902" w:rsidRDefault="00D33902" w:rsidP="00D33902">
      <w:pPr>
        <w:spacing w:after="0" w:line="240" w:lineRule="auto"/>
        <w:rPr>
          <w:rFonts w:ascii="Times New Roman" w:hAnsi="Times New Roman" w:cs="Times New Roman"/>
        </w:rPr>
      </w:pPr>
    </w:p>
    <w:p w14:paraId="2A24AAE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10. Ders: BES208 Besin Kontrolü ve Mevzuatı</w:t>
      </w:r>
    </w:p>
    <w:p w14:paraId="5BBDE09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A7F0ED6" w14:textId="77777777" w:rsidTr="00F111D1">
        <w:trPr>
          <w:jc w:val="center"/>
        </w:trPr>
        <w:tc>
          <w:tcPr>
            <w:tcW w:w="3120" w:type="dxa"/>
            <w:shd w:val="clear" w:color="auto" w:fill="1F4E79"/>
            <w:tcMar>
              <w:top w:w="70" w:type="dxa"/>
              <w:left w:w="100" w:type="dxa"/>
              <w:bottom w:w="70" w:type="dxa"/>
              <w:right w:w="100" w:type="dxa"/>
            </w:tcMar>
          </w:tcPr>
          <w:p w14:paraId="1E5F19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1544AB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9C29FF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B5CD732" w14:textId="77777777" w:rsidTr="00F111D1">
        <w:trPr>
          <w:jc w:val="center"/>
        </w:trPr>
        <w:tc>
          <w:tcPr>
            <w:tcW w:w="3120" w:type="dxa"/>
            <w:shd w:val="clear" w:color="auto" w:fill="F9FAFB"/>
            <w:tcMar>
              <w:top w:w="50" w:type="dxa"/>
              <w:left w:w="100" w:type="dxa"/>
              <w:bottom w:w="50" w:type="dxa"/>
              <w:right w:w="100" w:type="dxa"/>
            </w:tcMar>
          </w:tcPr>
          <w:p w14:paraId="1768EE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F88E4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31A614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2EBE0378" w14:textId="77777777" w:rsidTr="00F111D1">
        <w:trPr>
          <w:jc w:val="center"/>
        </w:trPr>
        <w:tc>
          <w:tcPr>
            <w:tcW w:w="3120" w:type="dxa"/>
            <w:shd w:val="clear" w:color="auto" w:fill="FFFFFF"/>
            <w:tcMar>
              <w:top w:w="50" w:type="dxa"/>
              <w:left w:w="100" w:type="dxa"/>
              <w:bottom w:w="50" w:type="dxa"/>
              <w:right w:w="100" w:type="dxa"/>
            </w:tcMar>
          </w:tcPr>
          <w:p w14:paraId="43B87F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7F26A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49DC97F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7CFA5907" w14:textId="77777777" w:rsidTr="00F111D1">
        <w:trPr>
          <w:jc w:val="center"/>
        </w:trPr>
        <w:tc>
          <w:tcPr>
            <w:tcW w:w="3120" w:type="dxa"/>
            <w:shd w:val="clear" w:color="auto" w:fill="F9FAFB"/>
            <w:tcMar>
              <w:top w:w="50" w:type="dxa"/>
              <w:left w:w="100" w:type="dxa"/>
              <w:bottom w:w="50" w:type="dxa"/>
              <w:right w:w="100" w:type="dxa"/>
            </w:tcMar>
          </w:tcPr>
          <w:p w14:paraId="4A97E3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FF77FC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14EDAC5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r w:rsidR="00D33902" w:rsidRPr="00D33902" w14:paraId="01AAD4CA" w14:textId="77777777" w:rsidTr="00F111D1">
        <w:trPr>
          <w:jc w:val="center"/>
        </w:trPr>
        <w:tc>
          <w:tcPr>
            <w:tcW w:w="3120" w:type="dxa"/>
            <w:shd w:val="clear" w:color="auto" w:fill="FFFFFF"/>
            <w:tcMar>
              <w:top w:w="50" w:type="dxa"/>
              <w:left w:w="100" w:type="dxa"/>
              <w:bottom w:w="50" w:type="dxa"/>
              <w:right w:w="100" w:type="dxa"/>
            </w:tcMar>
          </w:tcPr>
          <w:p w14:paraId="2B365B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F59794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068D9C1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bl>
    <w:p w14:paraId="11B1EB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B534436" w14:textId="77777777" w:rsidTr="00F111D1">
        <w:trPr>
          <w:jc w:val="center"/>
        </w:trPr>
        <w:tc>
          <w:tcPr>
            <w:tcW w:w="4680" w:type="dxa"/>
            <w:shd w:val="clear" w:color="auto" w:fill="1F4E79"/>
            <w:tcMar>
              <w:top w:w="70" w:type="dxa"/>
              <w:left w:w="100" w:type="dxa"/>
              <w:bottom w:w="70" w:type="dxa"/>
              <w:right w:w="100" w:type="dxa"/>
            </w:tcMar>
          </w:tcPr>
          <w:p w14:paraId="7195143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7F36908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24357572" w14:textId="77777777" w:rsidTr="00F111D1">
        <w:trPr>
          <w:jc w:val="center"/>
        </w:trPr>
        <w:tc>
          <w:tcPr>
            <w:tcW w:w="4680" w:type="dxa"/>
            <w:shd w:val="clear" w:color="auto" w:fill="F9FAFB"/>
            <w:tcMar>
              <w:top w:w="50" w:type="dxa"/>
              <w:left w:w="100" w:type="dxa"/>
              <w:bottom w:w="50" w:type="dxa"/>
              <w:right w:w="100" w:type="dxa"/>
            </w:tcMar>
          </w:tcPr>
          <w:p w14:paraId="746CBC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0A7E23F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2,83 saat</w:t>
            </w:r>
          </w:p>
        </w:tc>
      </w:tr>
      <w:tr w:rsidR="00D33902" w:rsidRPr="00D33902" w14:paraId="1D55A974" w14:textId="77777777" w:rsidTr="00F111D1">
        <w:trPr>
          <w:jc w:val="center"/>
        </w:trPr>
        <w:tc>
          <w:tcPr>
            <w:tcW w:w="4680" w:type="dxa"/>
            <w:shd w:val="clear" w:color="auto" w:fill="FFFFFF"/>
            <w:tcMar>
              <w:top w:w="50" w:type="dxa"/>
              <w:left w:w="100" w:type="dxa"/>
              <w:bottom w:w="50" w:type="dxa"/>
              <w:right w:w="100" w:type="dxa"/>
            </w:tcMar>
          </w:tcPr>
          <w:p w14:paraId="31E766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154BF0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371BDAC6" w14:textId="77777777" w:rsidTr="00F111D1">
        <w:trPr>
          <w:jc w:val="center"/>
        </w:trPr>
        <w:tc>
          <w:tcPr>
            <w:tcW w:w="4680" w:type="dxa"/>
            <w:shd w:val="clear" w:color="auto" w:fill="F9FAFB"/>
            <w:tcMar>
              <w:top w:w="50" w:type="dxa"/>
              <w:left w:w="100" w:type="dxa"/>
              <w:bottom w:w="50" w:type="dxa"/>
              <w:right w:w="100" w:type="dxa"/>
            </w:tcMar>
          </w:tcPr>
          <w:p w14:paraId="7A5289E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B8136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5B3D7299" w14:textId="77777777" w:rsidTr="00F111D1">
        <w:trPr>
          <w:jc w:val="center"/>
        </w:trPr>
        <w:tc>
          <w:tcPr>
            <w:tcW w:w="4680" w:type="dxa"/>
            <w:shd w:val="clear" w:color="auto" w:fill="FFFFFF"/>
            <w:tcMar>
              <w:top w:w="50" w:type="dxa"/>
              <w:left w:w="100" w:type="dxa"/>
              <w:bottom w:w="50" w:type="dxa"/>
              <w:right w:w="100" w:type="dxa"/>
            </w:tcMar>
          </w:tcPr>
          <w:p w14:paraId="42A4B9C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44786E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167DD0DC" w14:textId="77777777" w:rsidTr="00F111D1">
        <w:trPr>
          <w:jc w:val="center"/>
        </w:trPr>
        <w:tc>
          <w:tcPr>
            <w:tcW w:w="4680" w:type="dxa"/>
            <w:shd w:val="clear" w:color="auto" w:fill="F9FAFB"/>
            <w:tcMar>
              <w:top w:w="50" w:type="dxa"/>
              <w:left w:w="100" w:type="dxa"/>
              <w:bottom w:w="50" w:type="dxa"/>
              <w:right w:w="100" w:type="dxa"/>
            </w:tcMar>
          </w:tcPr>
          <w:p w14:paraId="5F622FE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54D5507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11,67 saat</w:t>
            </w:r>
          </w:p>
        </w:tc>
      </w:tr>
      <w:tr w:rsidR="00D33902" w:rsidRPr="00D33902" w14:paraId="22F9CBF0" w14:textId="77777777" w:rsidTr="00F111D1">
        <w:trPr>
          <w:jc w:val="center"/>
        </w:trPr>
        <w:tc>
          <w:tcPr>
            <w:tcW w:w="4680" w:type="dxa"/>
            <w:shd w:val="clear" w:color="auto" w:fill="FFFFFF"/>
            <w:tcMar>
              <w:top w:w="50" w:type="dxa"/>
              <w:left w:w="100" w:type="dxa"/>
              <w:bottom w:w="50" w:type="dxa"/>
              <w:right w:w="100" w:type="dxa"/>
            </w:tcMar>
          </w:tcPr>
          <w:p w14:paraId="73C24EA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0050487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253D3CC4" w14:textId="77777777" w:rsidTr="00F111D1">
        <w:trPr>
          <w:jc w:val="center"/>
        </w:trPr>
        <w:tc>
          <w:tcPr>
            <w:tcW w:w="4680" w:type="dxa"/>
            <w:shd w:val="clear" w:color="auto" w:fill="F9FAFB"/>
            <w:tcMar>
              <w:top w:w="50" w:type="dxa"/>
              <w:left w:w="100" w:type="dxa"/>
              <w:bottom w:w="50" w:type="dxa"/>
              <w:right w:w="100" w:type="dxa"/>
            </w:tcMar>
          </w:tcPr>
          <w:p w14:paraId="6411789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0D4B85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06BF289F" w14:textId="77777777" w:rsidTr="00F111D1">
        <w:trPr>
          <w:jc w:val="center"/>
        </w:trPr>
        <w:tc>
          <w:tcPr>
            <w:tcW w:w="4680" w:type="dxa"/>
            <w:shd w:val="clear" w:color="auto" w:fill="FFFFFF"/>
            <w:tcMar>
              <w:top w:w="50" w:type="dxa"/>
              <w:left w:w="100" w:type="dxa"/>
              <w:bottom w:w="50" w:type="dxa"/>
              <w:right w:w="100" w:type="dxa"/>
            </w:tcMar>
          </w:tcPr>
          <w:p w14:paraId="3950DF4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6E9289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13,00 saat</w:t>
            </w:r>
          </w:p>
        </w:tc>
      </w:tr>
    </w:tbl>
    <w:p w14:paraId="6E8606B1" w14:textId="77777777" w:rsidR="00D33902" w:rsidRPr="00D33902" w:rsidRDefault="00D33902" w:rsidP="00D33902">
      <w:pPr>
        <w:spacing w:after="0" w:line="240" w:lineRule="auto"/>
        <w:rPr>
          <w:rFonts w:ascii="Times New Roman" w:hAnsi="Times New Roman" w:cs="Times New Roman"/>
        </w:rPr>
      </w:pPr>
    </w:p>
    <w:p w14:paraId="26BBB79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D951125" w14:textId="77777777" w:rsidTr="00F111D1">
        <w:trPr>
          <w:jc w:val="center"/>
        </w:trPr>
        <w:tc>
          <w:tcPr>
            <w:tcW w:w="3120" w:type="dxa"/>
            <w:shd w:val="clear" w:color="auto" w:fill="1F4E79"/>
            <w:tcMar>
              <w:top w:w="70" w:type="dxa"/>
              <w:left w:w="100" w:type="dxa"/>
              <w:bottom w:w="70" w:type="dxa"/>
              <w:right w:w="100" w:type="dxa"/>
            </w:tcMar>
          </w:tcPr>
          <w:p w14:paraId="0A7E65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DFE78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66862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11DEF43" w14:textId="77777777" w:rsidTr="00F111D1">
        <w:trPr>
          <w:jc w:val="center"/>
        </w:trPr>
        <w:tc>
          <w:tcPr>
            <w:tcW w:w="3120" w:type="dxa"/>
            <w:shd w:val="clear" w:color="auto" w:fill="F9FAFB"/>
            <w:tcMar>
              <w:top w:w="50" w:type="dxa"/>
              <w:left w:w="100" w:type="dxa"/>
              <w:bottom w:w="50" w:type="dxa"/>
              <w:right w:w="100" w:type="dxa"/>
            </w:tcMar>
          </w:tcPr>
          <w:p w14:paraId="1ABF839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40283F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630C7C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C116A46" w14:textId="77777777" w:rsidTr="00F111D1">
        <w:trPr>
          <w:jc w:val="center"/>
        </w:trPr>
        <w:tc>
          <w:tcPr>
            <w:tcW w:w="3120" w:type="dxa"/>
            <w:shd w:val="clear" w:color="auto" w:fill="FFFFFF"/>
            <w:tcMar>
              <w:top w:w="50" w:type="dxa"/>
              <w:left w:w="100" w:type="dxa"/>
              <w:bottom w:w="50" w:type="dxa"/>
              <w:right w:w="100" w:type="dxa"/>
            </w:tcMar>
          </w:tcPr>
          <w:p w14:paraId="2470CF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6C8081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12EA92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63634DBA" w14:textId="77777777" w:rsidTr="00F111D1">
        <w:trPr>
          <w:jc w:val="center"/>
        </w:trPr>
        <w:tc>
          <w:tcPr>
            <w:tcW w:w="3120" w:type="dxa"/>
            <w:shd w:val="clear" w:color="auto" w:fill="F9FAFB"/>
            <w:tcMar>
              <w:top w:w="50" w:type="dxa"/>
              <w:left w:w="100" w:type="dxa"/>
              <w:bottom w:w="50" w:type="dxa"/>
              <w:right w:w="100" w:type="dxa"/>
            </w:tcMar>
          </w:tcPr>
          <w:p w14:paraId="5326E38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5F3CC0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44E6C0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0412B568" w14:textId="77777777" w:rsidTr="00F111D1">
        <w:trPr>
          <w:jc w:val="center"/>
        </w:trPr>
        <w:tc>
          <w:tcPr>
            <w:tcW w:w="3120" w:type="dxa"/>
            <w:shd w:val="clear" w:color="auto" w:fill="FFFFFF"/>
            <w:tcMar>
              <w:top w:w="50" w:type="dxa"/>
              <w:left w:w="100" w:type="dxa"/>
              <w:bottom w:w="50" w:type="dxa"/>
              <w:right w:w="100" w:type="dxa"/>
            </w:tcMar>
          </w:tcPr>
          <w:p w14:paraId="73A9B4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081941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161A253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039710B3" w14:textId="77777777" w:rsidTr="00F111D1">
        <w:trPr>
          <w:jc w:val="center"/>
        </w:trPr>
        <w:tc>
          <w:tcPr>
            <w:tcW w:w="3120" w:type="dxa"/>
            <w:shd w:val="clear" w:color="auto" w:fill="F9FAFB"/>
            <w:tcMar>
              <w:top w:w="50" w:type="dxa"/>
              <w:left w:w="100" w:type="dxa"/>
              <w:bottom w:w="50" w:type="dxa"/>
              <w:right w:w="100" w:type="dxa"/>
            </w:tcMar>
          </w:tcPr>
          <w:p w14:paraId="5CC605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33BB20B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CE2605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40101A34" w14:textId="77777777" w:rsidTr="00F111D1">
        <w:trPr>
          <w:jc w:val="center"/>
        </w:trPr>
        <w:tc>
          <w:tcPr>
            <w:tcW w:w="3120" w:type="dxa"/>
            <w:shd w:val="clear" w:color="auto" w:fill="FFFFFF"/>
            <w:tcMar>
              <w:top w:w="50" w:type="dxa"/>
              <w:left w:w="100" w:type="dxa"/>
              <w:bottom w:w="50" w:type="dxa"/>
              <w:right w:w="100" w:type="dxa"/>
            </w:tcMar>
          </w:tcPr>
          <w:p w14:paraId="556858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1F21A0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681D1DE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438758AE" w14:textId="77777777" w:rsidTr="00F111D1">
        <w:trPr>
          <w:jc w:val="center"/>
        </w:trPr>
        <w:tc>
          <w:tcPr>
            <w:tcW w:w="3120" w:type="dxa"/>
            <w:shd w:val="clear" w:color="auto" w:fill="F9FAFB"/>
            <w:tcMar>
              <w:top w:w="50" w:type="dxa"/>
              <w:left w:w="100" w:type="dxa"/>
              <w:bottom w:w="50" w:type="dxa"/>
              <w:right w:w="100" w:type="dxa"/>
            </w:tcMar>
          </w:tcPr>
          <w:p w14:paraId="44CA121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17249DA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72BFCF7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r w:rsidR="00D33902" w:rsidRPr="00D33902" w14:paraId="04D47EEC" w14:textId="77777777" w:rsidTr="00F111D1">
        <w:trPr>
          <w:jc w:val="center"/>
        </w:trPr>
        <w:tc>
          <w:tcPr>
            <w:tcW w:w="3120" w:type="dxa"/>
            <w:shd w:val="clear" w:color="auto" w:fill="FFFFFF"/>
            <w:tcMar>
              <w:top w:w="50" w:type="dxa"/>
              <w:left w:w="100" w:type="dxa"/>
              <w:bottom w:w="50" w:type="dxa"/>
              <w:right w:w="100" w:type="dxa"/>
            </w:tcMar>
          </w:tcPr>
          <w:p w14:paraId="3A61F1A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A7FDFA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76B47AB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3770758E" w14:textId="77777777" w:rsidTr="00F111D1">
        <w:trPr>
          <w:jc w:val="center"/>
        </w:trPr>
        <w:tc>
          <w:tcPr>
            <w:tcW w:w="3120" w:type="dxa"/>
            <w:shd w:val="clear" w:color="auto" w:fill="F9FAFB"/>
            <w:tcMar>
              <w:top w:w="50" w:type="dxa"/>
              <w:left w:w="100" w:type="dxa"/>
              <w:bottom w:w="50" w:type="dxa"/>
              <w:right w:w="100" w:type="dxa"/>
            </w:tcMar>
          </w:tcPr>
          <w:p w14:paraId="6715DF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4D24765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0ADC10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77C73245" w14:textId="77777777" w:rsidTr="00F111D1">
        <w:trPr>
          <w:jc w:val="center"/>
        </w:trPr>
        <w:tc>
          <w:tcPr>
            <w:tcW w:w="3120" w:type="dxa"/>
            <w:shd w:val="clear" w:color="auto" w:fill="FFFFFF"/>
            <w:tcMar>
              <w:top w:w="50" w:type="dxa"/>
              <w:left w:w="100" w:type="dxa"/>
              <w:bottom w:w="50" w:type="dxa"/>
              <w:right w:w="100" w:type="dxa"/>
            </w:tcMar>
          </w:tcPr>
          <w:p w14:paraId="705A97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5E7813E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3F9FFD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7B40CE1F" w14:textId="77777777" w:rsidTr="00F111D1">
        <w:trPr>
          <w:jc w:val="center"/>
        </w:trPr>
        <w:tc>
          <w:tcPr>
            <w:tcW w:w="3120" w:type="dxa"/>
            <w:shd w:val="clear" w:color="auto" w:fill="F9FAFB"/>
            <w:tcMar>
              <w:top w:w="50" w:type="dxa"/>
              <w:left w:w="100" w:type="dxa"/>
              <w:bottom w:w="50" w:type="dxa"/>
              <w:right w:w="100" w:type="dxa"/>
            </w:tcMar>
          </w:tcPr>
          <w:p w14:paraId="2FE0735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50B55DD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58DEED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0CFD11B2" w14:textId="77777777" w:rsidTr="00F111D1">
        <w:trPr>
          <w:jc w:val="center"/>
        </w:trPr>
        <w:tc>
          <w:tcPr>
            <w:tcW w:w="3120" w:type="dxa"/>
            <w:shd w:val="clear" w:color="auto" w:fill="FFFFFF"/>
            <w:tcMar>
              <w:top w:w="50" w:type="dxa"/>
              <w:left w:w="100" w:type="dxa"/>
              <w:bottom w:w="50" w:type="dxa"/>
              <w:right w:w="100" w:type="dxa"/>
            </w:tcMar>
          </w:tcPr>
          <w:p w14:paraId="003070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5D5C88C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41F91D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096E1C7A" w14:textId="77777777" w:rsidTr="00F111D1">
        <w:trPr>
          <w:jc w:val="center"/>
        </w:trPr>
        <w:tc>
          <w:tcPr>
            <w:tcW w:w="3120" w:type="dxa"/>
            <w:shd w:val="clear" w:color="auto" w:fill="F9FAFB"/>
            <w:tcMar>
              <w:top w:w="50" w:type="dxa"/>
              <w:left w:w="100" w:type="dxa"/>
              <w:bottom w:w="50" w:type="dxa"/>
              <w:right w:w="100" w:type="dxa"/>
            </w:tcMar>
          </w:tcPr>
          <w:p w14:paraId="639C86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06F0DA7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60FA9D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2,67</w:t>
            </w:r>
          </w:p>
        </w:tc>
      </w:tr>
      <w:tr w:rsidR="00D33902" w:rsidRPr="00D33902" w14:paraId="5540CCBE" w14:textId="77777777" w:rsidTr="00F111D1">
        <w:trPr>
          <w:jc w:val="center"/>
        </w:trPr>
        <w:tc>
          <w:tcPr>
            <w:tcW w:w="3120" w:type="dxa"/>
            <w:shd w:val="clear" w:color="auto" w:fill="FFFFFF"/>
            <w:tcMar>
              <w:top w:w="50" w:type="dxa"/>
              <w:left w:w="100" w:type="dxa"/>
              <w:bottom w:w="50" w:type="dxa"/>
              <w:right w:w="100" w:type="dxa"/>
            </w:tcMar>
          </w:tcPr>
          <w:p w14:paraId="6047317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6415E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34C3C3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bl>
    <w:p w14:paraId="31FB66D9" w14:textId="77777777" w:rsidR="00D33902" w:rsidRPr="00D33902" w:rsidRDefault="00D33902" w:rsidP="00D33902">
      <w:pPr>
        <w:spacing w:after="0" w:line="240" w:lineRule="auto"/>
        <w:rPr>
          <w:rFonts w:ascii="Times New Roman" w:hAnsi="Times New Roman" w:cs="Times New Roman"/>
        </w:rPr>
      </w:pPr>
    </w:p>
    <w:p w14:paraId="14A553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D03EC9C" w14:textId="77777777" w:rsidTr="00F111D1">
        <w:trPr>
          <w:jc w:val="center"/>
        </w:trPr>
        <w:tc>
          <w:tcPr>
            <w:tcW w:w="3120" w:type="dxa"/>
            <w:shd w:val="clear" w:color="auto" w:fill="1F4E79"/>
            <w:tcMar>
              <w:top w:w="70" w:type="dxa"/>
              <w:left w:w="100" w:type="dxa"/>
              <w:bottom w:w="70" w:type="dxa"/>
              <w:right w:w="100" w:type="dxa"/>
            </w:tcMar>
          </w:tcPr>
          <w:p w14:paraId="258C7F1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9F4883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51AB7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DA40BA6" w14:textId="77777777" w:rsidTr="00F111D1">
        <w:trPr>
          <w:jc w:val="center"/>
        </w:trPr>
        <w:tc>
          <w:tcPr>
            <w:tcW w:w="3120" w:type="dxa"/>
            <w:shd w:val="clear" w:color="auto" w:fill="F9FAFB"/>
            <w:tcMar>
              <w:top w:w="50" w:type="dxa"/>
              <w:left w:w="100" w:type="dxa"/>
              <w:bottom w:w="50" w:type="dxa"/>
              <w:right w:w="100" w:type="dxa"/>
            </w:tcMar>
          </w:tcPr>
          <w:p w14:paraId="1A991B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EB931E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21BCA8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r w:rsidR="00D33902" w:rsidRPr="00D33902" w14:paraId="738D8B4F" w14:textId="77777777" w:rsidTr="00F111D1">
        <w:trPr>
          <w:jc w:val="center"/>
        </w:trPr>
        <w:tc>
          <w:tcPr>
            <w:tcW w:w="3120" w:type="dxa"/>
            <w:shd w:val="clear" w:color="auto" w:fill="FFFFFF"/>
            <w:tcMar>
              <w:top w:w="50" w:type="dxa"/>
              <w:left w:w="100" w:type="dxa"/>
              <w:bottom w:w="50" w:type="dxa"/>
              <w:right w:w="100" w:type="dxa"/>
            </w:tcMar>
          </w:tcPr>
          <w:p w14:paraId="795FB6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67FB35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2B4E3D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0E52DE79" w14:textId="77777777" w:rsidTr="00F111D1">
        <w:trPr>
          <w:jc w:val="center"/>
        </w:trPr>
        <w:tc>
          <w:tcPr>
            <w:tcW w:w="3120" w:type="dxa"/>
            <w:shd w:val="clear" w:color="auto" w:fill="F9FAFB"/>
            <w:tcMar>
              <w:top w:w="50" w:type="dxa"/>
              <w:left w:w="100" w:type="dxa"/>
              <w:bottom w:w="50" w:type="dxa"/>
              <w:right w:w="100" w:type="dxa"/>
            </w:tcMar>
          </w:tcPr>
          <w:p w14:paraId="18265D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2CE444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0E1D1F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3D0D1B21" w14:textId="77777777" w:rsidTr="00F111D1">
        <w:trPr>
          <w:jc w:val="center"/>
        </w:trPr>
        <w:tc>
          <w:tcPr>
            <w:tcW w:w="3120" w:type="dxa"/>
            <w:shd w:val="clear" w:color="auto" w:fill="FFFFFF"/>
            <w:tcMar>
              <w:top w:w="50" w:type="dxa"/>
              <w:left w:w="100" w:type="dxa"/>
              <w:bottom w:w="50" w:type="dxa"/>
              <w:right w:w="100" w:type="dxa"/>
            </w:tcMar>
          </w:tcPr>
          <w:p w14:paraId="1C2D74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6EB0E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528E6D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2EEECA34" w14:textId="77777777" w:rsidTr="00F111D1">
        <w:trPr>
          <w:jc w:val="center"/>
        </w:trPr>
        <w:tc>
          <w:tcPr>
            <w:tcW w:w="3120" w:type="dxa"/>
            <w:shd w:val="clear" w:color="auto" w:fill="F9FAFB"/>
            <w:tcMar>
              <w:top w:w="50" w:type="dxa"/>
              <w:left w:w="100" w:type="dxa"/>
              <w:bottom w:w="50" w:type="dxa"/>
              <w:right w:w="100" w:type="dxa"/>
            </w:tcMar>
          </w:tcPr>
          <w:p w14:paraId="3AD68C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3CE01E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212BF8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bl>
    <w:p w14:paraId="19CFF4D3" w14:textId="77777777" w:rsidR="00D33902" w:rsidRPr="00D33902" w:rsidRDefault="00D33902" w:rsidP="00D33902">
      <w:pPr>
        <w:spacing w:after="0" w:line="240" w:lineRule="auto"/>
        <w:rPr>
          <w:rFonts w:ascii="Times New Roman" w:hAnsi="Times New Roman" w:cs="Times New Roman"/>
        </w:rPr>
      </w:pPr>
    </w:p>
    <w:p w14:paraId="59F0048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11. Ders: BES215 Standart Yemek Tarifeleri Geliştirme</w:t>
      </w:r>
    </w:p>
    <w:p w14:paraId="67EA08D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1633BAB" w14:textId="77777777" w:rsidTr="00F111D1">
        <w:trPr>
          <w:jc w:val="center"/>
        </w:trPr>
        <w:tc>
          <w:tcPr>
            <w:tcW w:w="3120" w:type="dxa"/>
            <w:shd w:val="clear" w:color="auto" w:fill="1F4E79"/>
            <w:tcMar>
              <w:top w:w="70" w:type="dxa"/>
              <w:left w:w="100" w:type="dxa"/>
              <w:bottom w:w="70" w:type="dxa"/>
              <w:right w:w="100" w:type="dxa"/>
            </w:tcMar>
          </w:tcPr>
          <w:p w14:paraId="186194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295F92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E850D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65E9DA5" w14:textId="77777777" w:rsidTr="00F111D1">
        <w:trPr>
          <w:jc w:val="center"/>
        </w:trPr>
        <w:tc>
          <w:tcPr>
            <w:tcW w:w="3120" w:type="dxa"/>
            <w:shd w:val="clear" w:color="auto" w:fill="F9FAFB"/>
            <w:tcMar>
              <w:top w:w="50" w:type="dxa"/>
              <w:left w:w="100" w:type="dxa"/>
              <w:bottom w:w="50" w:type="dxa"/>
              <w:right w:w="100" w:type="dxa"/>
            </w:tcMar>
          </w:tcPr>
          <w:p w14:paraId="66F4DF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B1E881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3D587A7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0CDBC97B" w14:textId="77777777" w:rsidTr="00F111D1">
        <w:trPr>
          <w:jc w:val="center"/>
        </w:trPr>
        <w:tc>
          <w:tcPr>
            <w:tcW w:w="3120" w:type="dxa"/>
            <w:shd w:val="clear" w:color="auto" w:fill="FFFFFF"/>
            <w:tcMar>
              <w:top w:w="50" w:type="dxa"/>
              <w:left w:w="100" w:type="dxa"/>
              <w:bottom w:w="50" w:type="dxa"/>
              <w:right w:w="100" w:type="dxa"/>
            </w:tcMar>
          </w:tcPr>
          <w:p w14:paraId="76D26C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1A5C9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5020940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65D0E7DC" w14:textId="77777777" w:rsidTr="00F111D1">
        <w:trPr>
          <w:jc w:val="center"/>
        </w:trPr>
        <w:tc>
          <w:tcPr>
            <w:tcW w:w="3120" w:type="dxa"/>
            <w:shd w:val="clear" w:color="auto" w:fill="F9FAFB"/>
            <w:tcMar>
              <w:top w:w="50" w:type="dxa"/>
              <w:left w:w="100" w:type="dxa"/>
              <w:bottom w:w="50" w:type="dxa"/>
              <w:right w:w="100" w:type="dxa"/>
            </w:tcMar>
          </w:tcPr>
          <w:p w14:paraId="66CD39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A1322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7B256CE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1,83</w:t>
            </w:r>
          </w:p>
        </w:tc>
      </w:tr>
      <w:tr w:rsidR="00D33902" w:rsidRPr="00D33902" w14:paraId="5448CB98" w14:textId="77777777" w:rsidTr="00F111D1">
        <w:trPr>
          <w:jc w:val="center"/>
        </w:trPr>
        <w:tc>
          <w:tcPr>
            <w:tcW w:w="3120" w:type="dxa"/>
            <w:shd w:val="clear" w:color="auto" w:fill="FFFFFF"/>
            <w:tcMar>
              <w:top w:w="50" w:type="dxa"/>
              <w:left w:w="100" w:type="dxa"/>
              <w:bottom w:w="50" w:type="dxa"/>
              <w:right w:w="100" w:type="dxa"/>
            </w:tcMar>
          </w:tcPr>
          <w:p w14:paraId="1A5BD7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064A8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409FFA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bl>
    <w:p w14:paraId="07B75E4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51034F07" w14:textId="77777777" w:rsidTr="00F111D1">
        <w:trPr>
          <w:jc w:val="center"/>
        </w:trPr>
        <w:tc>
          <w:tcPr>
            <w:tcW w:w="4680" w:type="dxa"/>
            <w:shd w:val="clear" w:color="auto" w:fill="1F4E79"/>
            <w:tcMar>
              <w:top w:w="70" w:type="dxa"/>
              <w:left w:w="100" w:type="dxa"/>
              <w:bottom w:w="70" w:type="dxa"/>
              <w:right w:w="100" w:type="dxa"/>
            </w:tcMar>
          </w:tcPr>
          <w:p w14:paraId="20A7F43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66511E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3CA09601" w14:textId="77777777" w:rsidTr="00F111D1">
        <w:trPr>
          <w:jc w:val="center"/>
        </w:trPr>
        <w:tc>
          <w:tcPr>
            <w:tcW w:w="4680" w:type="dxa"/>
            <w:shd w:val="clear" w:color="auto" w:fill="F9FAFB"/>
            <w:tcMar>
              <w:top w:w="50" w:type="dxa"/>
              <w:left w:w="100" w:type="dxa"/>
              <w:bottom w:w="50" w:type="dxa"/>
              <w:right w:w="100" w:type="dxa"/>
            </w:tcMar>
          </w:tcPr>
          <w:p w14:paraId="06FB931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7C46A12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1,33 saat</w:t>
            </w:r>
          </w:p>
        </w:tc>
      </w:tr>
      <w:tr w:rsidR="00D33902" w:rsidRPr="00D33902" w14:paraId="6841627B" w14:textId="77777777" w:rsidTr="00F111D1">
        <w:trPr>
          <w:jc w:val="center"/>
        </w:trPr>
        <w:tc>
          <w:tcPr>
            <w:tcW w:w="4680" w:type="dxa"/>
            <w:shd w:val="clear" w:color="auto" w:fill="FFFFFF"/>
            <w:tcMar>
              <w:top w:w="50" w:type="dxa"/>
              <w:left w:w="100" w:type="dxa"/>
              <w:bottom w:w="50" w:type="dxa"/>
              <w:right w:w="100" w:type="dxa"/>
            </w:tcMar>
          </w:tcPr>
          <w:p w14:paraId="77A7798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6EEF2A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2,33 saat</w:t>
            </w:r>
          </w:p>
        </w:tc>
      </w:tr>
      <w:tr w:rsidR="00D33902" w:rsidRPr="00D33902" w14:paraId="04F430D7" w14:textId="77777777" w:rsidTr="00F111D1">
        <w:trPr>
          <w:jc w:val="center"/>
        </w:trPr>
        <w:tc>
          <w:tcPr>
            <w:tcW w:w="4680" w:type="dxa"/>
            <w:shd w:val="clear" w:color="auto" w:fill="F9FAFB"/>
            <w:tcMar>
              <w:top w:w="50" w:type="dxa"/>
              <w:left w:w="100" w:type="dxa"/>
              <w:bottom w:w="50" w:type="dxa"/>
              <w:right w:w="100" w:type="dxa"/>
            </w:tcMar>
          </w:tcPr>
          <w:p w14:paraId="2F6BE6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5967FA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2,67 saat</w:t>
            </w:r>
          </w:p>
        </w:tc>
      </w:tr>
      <w:tr w:rsidR="00D33902" w:rsidRPr="00D33902" w14:paraId="0ED79E92" w14:textId="77777777" w:rsidTr="00F111D1">
        <w:trPr>
          <w:jc w:val="center"/>
        </w:trPr>
        <w:tc>
          <w:tcPr>
            <w:tcW w:w="4680" w:type="dxa"/>
            <w:shd w:val="clear" w:color="auto" w:fill="FFFFFF"/>
            <w:tcMar>
              <w:top w:w="50" w:type="dxa"/>
              <w:left w:w="100" w:type="dxa"/>
              <w:bottom w:w="50" w:type="dxa"/>
              <w:right w:w="100" w:type="dxa"/>
            </w:tcMar>
          </w:tcPr>
          <w:p w14:paraId="270261F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217489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 saat</w:t>
            </w:r>
          </w:p>
        </w:tc>
      </w:tr>
      <w:tr w:rsidR="00D33902" w:rsidRPr="00D33902" w14:paraId="540660FE" w14:textId="77777777" w:rsidTr="00F111D1">
        <w:trPr>
          <w:jc w:val="center"/>
        </w:trPr>
        <w:tc>
          <w:tcPr>
            <w:tcW w:w="4680" w:type="dxa"/>
            <w:shd w:val="clear" w:color="auto" w:fill="F9FAFB"/>
            <w:tcMar>
              <w:top w:w="50" w:type="dxa"/>
              <w:left w:w="100" w:type="dxa"/>
              <w:bottom w:w="50" w:type="dxa"/>
              <w:right w:w="100" w:type="dxa"/>
            </w:tcMar>
          </w:tcPr>
          <w:p w14:paraId="00EB0EC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54A188B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 saat</w:t>
            </w:r>
          </w:p>
        </w:tc>
      </w:tr>
      <w:tr w:rsidR="00D33902" w:rsidRPr="00D33902" w14:paraId="5486AB38" w14:textId="77777777" w:rsidTr="00F111D1">
        <w:trPr>
          <w:jc w:val="center"/>
        </w:trPr>
        <w:tc>
          <w:tcPr>
            <w:tcW w:w="4680" w:type="dxa"/>
            <w:shd w:val="clear" w:color="auto" w:fill="FFFFFF"/>
            <w:tcMar>
              <w:top w:w="50" w:type="dxa"/>
              <w:left w:w="100" w:type="dxa"/>
              <w:bottom w:w="50" w:type="dxa"/>
              <w:right w:w="100" w:type="dxa"/>
            </w:tcMar>
          </w:tcPr>
          <w:p w14:paraId="13C3E26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5CD0E2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3,80 saat</w:t>
            </w:r>
          </w:p>
        </w:tc>
      </w:tr>
      <w:tr w:rsidR="00D33902" w:rsidRPr="00D33902" w14:paraId="502E0B8A" w14:textId="77777777" w:rsidTr="00F111D1">
        <w:trPr>
          <w:jc w:val="center"/>
        </w:trPr>
        <w:tc>
          <w:tcPr>
            <w:tcW w:w="4680" w:type="dxa"/>
            <w:shd w:val="clear" w:color="auto" w:fill="F9FAFB"/>
            <w:tcMar>
              <w:top w:w="50" w:type="dxa"/>
              <w:left w:w="100" w:type="dxa"/>
              <w:bottom w:w="50" w:type="dxa"/>
              <w:right w:w="100" w:type="dxa"/>
            </w:tcMar>
          </w:tcPr>
          <w:p w14:paraId="4D6357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772E8E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1,50 saat</w:t>
            </w:r>
          </w:p>
        </w:tc>
      </w:tr>
      <w:tr w:rsidR="00D33902" w:rsidRPr="00D33902" w14:paraId="07EA02F2" w14:textId="77777777" w:rsidTr="00F111D1">
        <w:trPr>
          <w:jc w:val="center"/>
        </w:trPr>
        <w:tc>
          <w:tcPr>
            <w:tcW w:w="4680" w:type="dxa"/>
            <w:shd w:val="clear" w:color="auto" w:fill="FFFFFF"/>
            <w:tcMar>
              <w:top w:w="50" w:type="dxa"/>
              <w:left w:w="100" w:type="dxa"/>
              <w:bottom w:w="50" w:type="dxa"/>
              <w:right w:w="100" w:type="dxa"/>
            </w:tcMar>
          </w:tcPr>
          <w:p w14:paraId="117D874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17BB4F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3,60 saat</w:t>
            </w:r>
          </w:p>
        </w:tc>
      </w:tr>
    </w:tbl>
    <w:p w14:paraId="377FA746" w14:textId="77777777" w:rsidR="00D33902" w:rsidRPr="00D33902" w:rsidRDefault="00D33902" w:rsidP="00D33902">
      <w:pPr>
        <w:spacing w:after="0" w:line="240" w:lineRule="auto"/>
        <w:rPr>
          <w:rFonts w:ascii="Times New Roman" w:hAnsi="Times New Roman" w:cs="Times New Roman"/>
        </w:rPr>
      </w:pPr>
    </w:p>
    <w:p w14:paraId="37410C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CE35636" w14:textId="77777777" w:rsidTr="00F111D1">
        <w:trPr>
          <w:jc w:val="center"/>
        </w:trPr>
        <w:tc>
          <w:tcPr>
            <w:tcW w:w="3120" w:type="dxa"/>
            <w:shd w:val="clear" w:color="auto" w:fill="1F4E79"/>
            <w:tcMar>
              <w:top w:w="70" w:type="dxa"/>
              <w:left w:w="100" w:type="dxa"/>
              <w:bottom w:w="70" w:type="dxa"/>
              <w:right w:w="100" w:type="dxa"/>
            </w:tcMar>
          </w:tcPr>
          <w:p w14:paraId="5587D1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66F872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FA1CA8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E2E7E53" w14:textId="77777777" w:rsidTr="00F111D1">
        <w:trPr>
          <w:jc w:val="center"/>
        </w:trPr>
        <w:tc>
          <w:tcPr>
            <w:tcW w:w="3120" w:type="dxa"/>
            <w:shd w:val="clear" w:color="auto" w:fill="F9FAFB"/>
            <w:tcMar>
              <w:top w:w="50" w:type="dxa"/>
              <w:left w:w="100" w:type="dxa"/>
              <w:bottom w:w="50" w:type="dxa"/>
              <w:right w:w="100" w:type="dxa"/>
            </w:tcMar>
          </w:tcPr>
          <w:p w14:paraId="486F462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FE365F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01CC85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2832D524" w14:textId="77777777" w:rsidTr="00F111D1">
        <w:trPr>
          <w:jc w:val="center"/>
        </w:trPr>
        <w:tc>
          <w:tcPr>
            <w:tcW w:w="3120" w:type="dxa"/>
            <w:shd w:val="clear" w:color="auto" w:fill="FFFFFF"/>
            <w:tcMar>
              <w:top w:w="50" w:type="dxa"/>
              <w:left w:w="100" w:type="dxa"/>
              <w:bottom w:w="50" w:type="dxa"/>
              <w:right w:w="100" w:type="dxa"/>
            </w:tcMar>
          </w:tcPr>
          <w:p w14:paraId="78B1090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AB417F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2A08A1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66967CCF" w14:textId="77777777" w:rsidTr="00F111D1">
        <w:trPr>
          <w:jc w:val="center"/>
        </w:trPr>
        <w:tc>
          <w:tcPr>
            <w:tcW w:w="3120" w:type="dxa"/>
            <w:shd w:val="clear" w:color="auto" w:fill="F9FAFB"/>
            <w:tcMar>
              <w:top w:w="50" w:type="dxa"/>
              <w:left w:w="100" w:type="dxa"/>
              <w:bottom w:w="50" w:type="dxa"/>
              <w:right w:w="100" w:type="dxa"/>
            </w:tcMar>
          </w:tcPr>
          <w:p w14:paraId="41277F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366432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252A65F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r w:rsidR="00D33902" w:rsidRPr="00D33902" w14:paraId="1CF40F72" w14:textId="77777777" w:rsidTr="00F111D1">
        <w:trPr>
          <w:jc w:val="center"/>
        </w:trPr>
        <w:tc>
          <w:tcPr>
            <w:tcW w:w="3120" w:type="dxa"/>
            <w:shd w:val="clear" w:color="auto" w:fill="FFFFFF"/>
            <w:tcMar>
              <w:top w:w="50" w:type="dxa"/>
              <w:left w:w="100" w:type="dxa"/>
              <w:bottom w:w="50" w:type="dxa"/>
              <w:right w:w="100" w:type="dxa"/>
            </w:tcMar>
          </w:tcPr>
          <w:p w14:paraId="363F07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B0A3F6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432FD46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2BC6E03C" w14:textId="77777777" w:rsidTr="00F111D1">
        <w:trPr>
          <w:jc w:val="center"/>
        </w:trPr>
        <w:tc>
          <w:tcPr>
            <w:tcW w:w="3120" w:type="dxa"/>
            <w:shd w:val="clear" w:color="auto" w:fill="F9FAFB"/>
            <w:tcMar>
              <w:top w:w="50" w:type="dxa"/>
              <w:left w:w="100" w:type="dxa"/>
              <w:bottom w:w="50" w:type="dxa"/>
              <w:right w:w="100" w:type="dxa"/>
            </w:tcMar>
          </w:tcPr>
          <w:p w14:paraId="5A01395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C01AF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7C5D6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22115319" w14:textId="77777777" w:rsidTr="00F111D1">
        <w:trPr>
          <w:jc w:val="center"/>
        </w:trPr>
        <w:tc>
          <w:tcPr>
            <w:tcW w:w="3120" w:type="dxa"/>
            <w:shd w:val="clear" w:color="auto" w:fill="FFFFFF"/>
            <w:tcMar>
              <w:top w:w="50" w:type="dxa"/>
              <w:left w:w="100" w:type="dxa"/>
              <w:bottom w:w="50" w:type="dxa"/>
              <w:right w:w="100" w:type="dxa"/>
            </w:tcMar>
          </w:tcPr>
          <w:p w14:paraId="0795352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02255E2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6E99EC7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3957EE91" w14:textId="77777777" w:rsidTr="00F111D1">
        <w:trPr>
          <w:jc w:val="center"/>
        </w:trPr>
        <w:tc>
          <w:tcPr>
            <w:tcW w:w="3120" w:type="dxa"/>
            <w:shd w:val="clear" w:color="auto" w:fill="F9FAFB"/>
            <w:tcMar>
              <w:top w:w="50" w:type="dxa"/>
              <w:left w:w="100" w:type="dxa"/>
              <w:bottom w:w="50" w:type="dxa"/>
              <w:right w:w="100" w:type="dxa"/>
            </w:tcMar>
          </w:tcPr>
          <w:p w14:paraId="0DADA39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596A03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30D1E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04456AD6" w14:textId="77777777" w:rsidTr="00F111D1">
        <w:trPr>
          <w:jc w:val="center"/>
        </w:trPr>
        <w:tc>
          <w:tcPr>
            <w:tcW w:w="3120" w:type="dxa"/>
            <w:shd w:val="clear" w:color="auto" w:fill="FFFFFF"/>
            <w:tcMar>
              <w:top w:w="50" w:type="dxa"/>
              <w:left w:w="100" w:type="dxa"/>
              <w:bottom w:w="50" w:type="dxa"/>
              <w:right w:w="100" w:type="dxa"/>
            </w:tcMar>
          </w:tcPr>
          <w:p w14:paraId="7D67F0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179127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36B2CBE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5DC6C288" w14:textId="77777777" w:rsidTr="00F111D1">
        <w:trPr>
          <w:jc w:val="center"/>
        </w:trPr>
        <w:tc>
          <w:tcPr>
            <w:tcW w:w="3120" w:type="dxa"/>
            <w:shd w:val="clear" w:color="auto" w:fill="F9FAFB"/>
            <w:tcMar>
              <w:top w:w="50" w:type="dxa"/>
              <w:left w:w="100" w:type="dxa"/>
              <w:bottom w:w="50" w:type="dxa"/>
              <w:right w:w="100" w:type="dxa"/>
            </w:tcMar>
          </w:tcPr>
          <w:p w14:paraId="762048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4F813F3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2C629A5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2F6BC1ED" w14:textId="77777777" w:rsidTr="00F111D1">
        <w:trPr>
          <w:jc w:val="center"/>
        </w:trPr>
        <w:tc>
          <w:tcPr>
            <w:tcW w:w="3120" w:type="dxa"/>
            <w:shd w:val="clear" w:color="auto" w:fill="FFFFFF"/>
            <w:tcMar>
              <w:top w:w="50" w:type="dxa"/>
              <w:left w:w="100" w:type="dxa"/>
              <w:bottom w:w="50" w:type="dxa"/>
              <w:right w:w="100" w:type="dxa"/>
            </w:tcMar>
          </w:tcPr>
          <w:p w14:paraId="2D21C29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0332AC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4A11FEE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508CE749" w14:textId="77777777" w:rsidTr="00F111D1">
        <w:trPr>
          <w:jc w:val="center"/>
        </w:trPr>
        <w:tc>
          <w:tcPr>
            <w:tcW w:w="3120" w:type="dxa"/>
            <w:shd w:val="clear" w:color="auto" w:fill="F9FAFB"/>
            <w:tcMar>
              <w:top w:w="50" w:type="dxa"/>
              <w:left w:w="100" w:type="dxa"/>
              <w:bottom w:w="50" w:type="dxa"/>
              <w:right w:w="100" w:type="dxa"/>
            </w:tcMar>
          </w:tcPr>
          <w:p w14:paraId="53FB76D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710A01F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7FA83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2D64DB10" w14:textId="77777777" w:rsidTr="00F111D1">
        <w:trPr>
          <w:jc w:val="center"/>
        </w:trPr>
        <w:tc>
          <w:tcPr>
            <w:tcW w:w="3120" w:type="dxa"/>
            <w:shd w:val="clear" w:color="auto" w:fill="FFFFFF"/>
            <w:tcMar>
              <w:top w:w="50" w:type="dxa"/>
              <w:left w:w="100" w:type="dxa"/>
              <w:bottom w:w="50" w:type="dxa"/>
              <w:right w:w="100" w:type="dxa"/>
            </w:tcMar>
          </w:tcPr>
          <w:p w14:paraId="4891B7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192979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671861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6D43FB2F" w14:textId="77777777" w:rsidTr="00F111D1">
        <w:trPr>
          <w:jc w:val="center"/>
        </w:trPr>
        <w:tc>
          <w:tcPr>
            <w:tcW w:w="3120" w:type="dxa"/>
            <w:shd w:val="clear" w:color="auto" w:fill="F9FAFB"/>
            <w:tcMar>
              <w:top w:w="50" w:type="dxa"/>
              <w:left w:w="100" w:type="dxa"/>
              <w:bottom w:w="50" w:type="dxa"/>
              <w:right w:w="100" w:type="dxa"/>
            </w:tcMar>
          </w:tcPr>
          <w:p w14:paraId="1134BC4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2F286E0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3D11C1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2816FFBA" w14:textId="77777777" w:rsidTr="00F111D1">
        <w:trPr>
          <w:jc w:val="center"/>
        </w:trPr>
        <w:tc>
          <w:tcPr>
            <w:tcW w:w="3120" w:type="dxa"/>
            <w:shd w:val="clear" w:color="auto" w:fill="FFFFFF"/>
            <w:tcMar>
              <w:top w:w="50" w:type="dxa"/>
              <w:left w:w="100" w:type="dxa"/>
              <w:bottom w:w="50" w:type="dxa"/>
              <w:right w:w="100" w:type="dxa"/>
            </w:tcMar>
          </w:tcPr>
          <w:p w14:paraId="640818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5A5E1A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67CFC0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bl>
    <w:p w14:paraId="155D5764" w14:textId="77777777" w:rsidR="00D33902" w:rsidRPr="00D33902" w:rsidRDefault="00D33902" w:rsidP="00D33902">
      <w:pPr>
        <w:spacing w:after="0" w:line="240" w:lineRule="auto"/>
        <w:rPr>
          <w:rFonts w:ascii="Times New Roman" w:hAnsi="Times New Roman" w:cs="Times New Roman"/>
        </w:rPr>
      </w:pPr>
    </w:p>
    <w:p w14:paraId="38EE627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A421B7B" w14:textId="77777777" w:rsidTr="00F111D1">
        <w:trPr>
          <w:jc w:val="center"/>
        </w:trPr>
        <w:tc>
          <w:tcPr>
            <w:tcW w:w="3120" w:type="dxa"/>
            <w:shd w:val="clear" w:color="auto" w:fill="1F4E79"/>
            <w:tcMar>
              <w:top w:w="70" w:type="dxa"/>
              <w:left w:w="100" w:type="dxa"/>
              <w:bottom w:w="70" w:type="dxa"/>
              <w:right w:w="100" w:type="dxa"/>
            </w:tcMar>
          </w:tcPr>
          <w:p w14:paraId="2C44E9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AC4141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F42A1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49B984B" w14:textId="77777777" w:rsidTr="00F111D1">
        <w:trPr>
          <w:jc w:val="center"/>
        </w:trPr>
        <w:tc>
          <w:tcPr>
            <w:tcW w:w="3120" w:type="dxa"/>
            <w:shd w:val="clear" w:color="auto" w:fill="F9FAFB"/>
            <w:tcMar>
              <w:top w:w="50" w:type="dxa"/>
              <w:left w:w="100" w:type="dxa"/>
              <w:bottom w:w="50" w:type="dxa"/>
              <w:right w:w="100" w:type="dxa"/>
            </w:tcMar>
          </w:tcPr>
          <w:p w14:paraId="152514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4A85C70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0931BFE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5A917C86" w14:textId="77777777" w:rsidTr="00F111D1">
        <w:trPr>
          <w:jc w:val="center"/>
        </w:trPr>
        <w:tc>
          <w:tcPr>
            <w:tcW w:w="3120" w:type="dxa"/>
            <w:shd w:val="clear" w:color="auto" w:fill="FFFFFF"/>
            <w:tcMar>
              <w:top w:w="50" w:type="dxa"/>
              <w:left w:w="100" w:type="dxa"/>
              <w:bottom w:w="50" w:type="dxa"/>
              <w:right w:w="100" w:type="dxa"/>
            </w:tcMar>
          </w:tcPr>
          <w:p w14:paraId="702E68D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F79A4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389C2D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57015792" w14:textId="77777777" w:rsidTr="00F111D1">
        <w:trPr>
          <w:jc w:val="center"/>
        </w:trPr>
        <w:tc>
          <w:tcPr>
            <w:tcW w:w="3120" w:type="dxa"/>
            <w:shd w:val="clear" w:color="auto" w:fill="F9FAFB"/>
            <w:tcMar>
              <w:top w:w="50" w:type="dxa"/>
              <w:left w:w="100" w:type="dxa"/>
              <w:bottom w:w="50" w:type="dxa"/>
              <w:right w:w="100" w:type="dxa"/>
            </w:tcMar>
          </w:tcPr>
          <w:p w14:paraId="1A62F46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145DC9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502C85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13D861A0" w14:textId="77777777" w:rsidTr="00F111D1">
        <w:trPr>
          <w:jc w:val="center"/>
        </w:trPr>
        <w:tc>
          <w:tcPr>
            <w:tcW w:w="3120" w:type="dxa"/>
            <w:shd w:val="clear" w:color="auto" w:fill="FFFFFF"/>
            <w:tcMar>
              <w:top w:w="50" w:type="dxa"/>
              <w:left w:w="100" w:type="dxa"/>
              <w:bottom w:w="50" w:type="dxa"/>
              <w:right w:w="100" w:type="dxa"/>
            </w:tcMar>
          </w:tcPr>
          <w:p w14:paraId="69895C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59C1FC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617D02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683A0B8E" w14:textId="77777777" w:rsidTr="00F111D1">
        <w:trPr>
          <w:jc w:val="center"/>
        </w:trPr>
        <w:tc>
          <w:tcPr>
            <w:tcW w:w="3120" w:type="dxa"/>
            <w:shd w:val="clear" w:color="auto" w:fill="F9FAFB"/>
            <w:tcMar>
              <w:top w:w="50" w:type="dxa"/>
              <w:left w:w="100" w:type="dxa"/>
              <w:bottom w:w="50" w:type="dxa"/>
              <w:right w:w="100" w:type="dxa"/>
            </w:tcMar>
          </w:tcPr>
          <w:p w14:paraId="6F25EEA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D4120A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668DC7E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bl>
    <w:p w14:paraId="15DA3A5A" w14:textId="77777777" w:rsidR="00D33902" w:rsidRPr="00D33902" w:rsidRDefault="00D33902" w:rsidP="00D33902">
      <w:pPr>
        <w:spacing w:after="0" w:line="240" w:lineRule="auto"/>
        <w:rPr>
          <w:rFonts w:ascii="Times New Roman" w:hAnsi="Times New Roman" w:cs="Times New Roman"/>
        </w:rPr>
      </w:pPr>
    </w:p>
    <w:p w14:paraId="6FFD5A8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12. Ders: BES217 İşlevsel Besinler, Fitoterapi ve Sağlık Üzerinde Etkiler</w:t>
      </w:r>
    </w:p>
    <w:p w14:paraId="658699A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A778847" w14:textId="77777777" w:rsidTr="00F111D1">
        <w:trPr>
          <w:jc w:val="center"/>
        </w:trPr>
        <w:tc>
          <w:tcPr>
            <w:tcW w:w="3120" w:type="dxa"/>
            <w:shd w:val="clear" w:color="auto" w:fill="1F4E79"/>
            <w:tcMar>
              <w:top w:w="70" w:type="dxa"/>
              <w:left w:w="100" w:type="dxa"/>
              <w:bottom w:w="70" w:type="dxa"/>
              <w:right w:w="100" w:type="dxa"/>
            </w:tcMar>
          </w:tcPr>
          <w:p w14:paraId="77C06B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BFA98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7AEDD9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2DC8D7A" w14:textId="77777777" w:rsidTr="00F111D1">
        <w:trPr>
          <w:jc w:val="center"/>
        </w:trPr>
        <w:tc>
          <w:tcPr>
            <w:tcW w:w="3120" w:type="dxa"/>
            <w:shd w:val="clear" w:color="auto" w:fill="F9FAFB"/>
            <w:tcMar>
              <w:top w:w="50" w:type="dxa"/>
              <w:left w:w="100" w:type="dxa"/>
              <w:bottom w:w="50" w:type="dxa"/>
              <w:right w:w="100" w:type="dxa"/>
            </w:tcMar>
          </w:tcPr>
          <w:p w14:paraId="76B3DB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D079A5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57B8AD4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4,42</w:t>
            </w:r>
          </w:p>
        </w:tc>
      </w:tr>
      <w:tr w:rsidR="00D33902" w:rsidRPr="00D33902" w14:paraId="463A090F" w14:textId="77777777" w:rsidTr="00F111D1">
        <w:trPr>
          <w:jc w:val="center"/>
        </w:trPr>
        <w:tc>
          <w:tcPr>
            <w:tcW w:w="3120" w:type="dxa"/>
            <w:shd w:val="clear" w:color="auto" w:fill="FFFFFF"/>
            <w:tcMar>
              <w:top w:w="50" w:type="dxa"/>
              <w:left w:w="100" w:type="dxa"/>
              <w:bottom w:w="50" w:type="dxa"/>
              <w:right w:w="100" w:type="dxa"/>
            </w:tcMar>
          </w:tcPr>
          <w:p w14:paraId="422C77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EFEF40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55E4D13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69A90451" w14:textId="77777777" w:rsidTr="00F111D1">
        <w:trPr>
          <w:jc w:val="center"/>
        </w:trPr>
        <w:tc>
          <w:tcPr>
            <w:tcW w:w="3120" w:type="dxa"/>
            <w:shd w:val="clear" w:color="auto" w:fill="F9FAFB"/>
            <w:tcMar>
              <w:top w:w="50" w:type="dxa"/>
              <w:left w:w="100" w:type="dxa"/>
              <w:bottom w:w="50" w:type="dxa"/>
              <w:right w:w="100" w:type="dxa"/>
            </w:tcMar>
          </w:tcPr>
          <w:p w14:paraId="3B7A70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33A8F2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5891BA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3,42</w:t>
            </w:r>
          </w:p>
        </w:tc>
      </w:tr>
      <w:tr w:rsidR="00D33902" w:rsidRPr="00D33902" w14:paraId="3CF3E3CA" w14:textId="77777777" w:rsidTr="00F111D1">
        <w:trPr>
          <w:jc w:val="center"/>
        </w:trPr>
        <w:tc>
          <w:tcPr>
            <w:tcW w:w="3120" w:type="dxa"/>
            <w:shd w:val="clear" w:color="auto" w:fill="FFFFFF"/>
            <w:tcMar>
              <w:top w:w="50" w:type="dxa"/>
              <w:left w:w="100" w:type="dxa"/>
              <w:bottom w:w="50" w:type="dxa"/>
              <w:right w:w="100" w:type="dxa"/>
            </w:tcMar>
          </w:tcPr>
          <w:p w14:paraId="14177D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44119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3086C30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bl>
    <w:p w14:paraId="7376A1D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390D2203" w14:textId="77777777" w:rsidTr="00F111D1">
        <w:trPr>
          <w:jc w:val="center"/>
        </w:trPr>
        <w:tc>
          <w:tcPr>
            <w:tcW w:w="4680" w:type="dxa"/>
            <w:shd w:val="clear" w:color="auto" w:fill="1F4E79"/>
            <w:tcMar>
              <w:top w:w="70" w:type="dxa"/>
              <w:left w:w="100" w:type="dxa"/>
              <w:bottom w:w="70" w:type="dxa"/>
              <w:right w:w="100" w:type="dxa"/>
            </w:tcMar>
          </w:tcPr>
          <w:p w14:paraId="292B665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0101B1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51FBFF56" w14:textId="77777777" w:rsidTr="00F111D1">
        <w:trPr>
          <w:jc w:val="center"/>
        </w:trPr>
        <w:tc>
          <w:tcPr>
            <w:tcW w:w="4680" w:type="dxa"/>
            <w:shd w:val="clear" w:color="auto" w:fill="F9FAFB"/>
            <w:tcMar>
              <w:top w:w="50" w:type="dxa"/>
              <w:left w:w="100" w:type="dxa"/>
              <w:bottom w:w="50" w:type="dxa"/>
              <w:right w:w="100" w:type="dxa"/>
            </w:tcMar>
          </w:tcPr>
          <w:p w14:paraId="47DEB25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456BC1F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2,08 saat</w:t>
            </w:r>
          </w:p>
        </w:tc>
      </w:tr>
      <w:tr w:rsidR="00D33902" w:rsidRPr="00D33902" w14:paraId="3FAFB894" w14:textId="77777777" w:rsidTr="00F111D1">
        <w:trPr>
          <w:jc w:val="center"/>
        </w:trPr>
        <w:tc>
          <w:tcPr>
            <w:tcW w:w="4680" w:type="dxa"/>
            <w:shd w:val="clear" w:color="auto" w:fill="FFFFFF"/>
            <w:tcMar>
              <w:top w:w="50" w:type="dxa"/>
              <w:left w:w="100" w:type="dxa"/>
              <w:bottom w:w="50" w:type="dxa"/>
              <w:right w:w="100" w:type="dxa"/>
            </w:tcMar>
          </w:tcPr>
          <w:p w14:paraId="4B7F565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6F20281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5,67 saat</w:t>
            </w:r>
          </w:p>
        </w:tc>
      </w:tr>
      <w:tr w:rsidR="00D33902" w:rsidRPr="00D33902" w14:paraId="1A75C481" w14:textId="77777777" w:rsidTr="00F111D1">
        <w:trPr>
          <w:jc w:val="center"/>
        </w:trPr>
        <w:tc>
          <w:tcPr>
            <w:tcW w:w="4680" w:type="dxa"/>
            <w:shd w:val="clear" w:color="auto" w:fill="F9FAFB"/>
            <w:tcMar>
              <w:top w:w="50" w:type="dxa"/>
              <w:left w:w="100" w:type="dxa"/>
              <w:bottom w:w="50" w:type="dxa"/>
              <w:right w:w="100" w:type="dxa"/>
            </w:tcMar>
          </w:tcPr>
          <w:p w14:paraId="5348C9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2A6FB4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11,67 saat</w:t>
            </w:r>
          </w:p>
        </w:tc>
      </w:tr>
      <w:tr w:rsidR="00D33902" w:rsidRPr="00D33902" w14:paraId="3DBE7AD2" w14:textId="77777777" w:rsidTr="00F111D1">
        <w:trPr>
          <w:jc w:val="center"/>
        </w:trPr>
        <w:tc>
          <w:tcPr>
            <w:tcW w:w="4680" w:type="dxa"/>
            <w:shd w:val="clear" w:color="auto" w:fill="FFFFFF"/>
            <w:tcMar>
              <w:top w:w="50" w:type="dxa"/>
              <w:left w:w="100" w:type="dxa"/>
              <w:bottom w:w="50" w:type="dxa"/>
              <w:right w:w="100" w:type="dxa"/>
            </w:tcMar>
          </w:tcPr>
          <w:p w14:paraId="3300366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2A3491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1,58 saat</w:t>
            </w:r>
          </w:p>
        </w:tc>
      </w:tr>
      <w:tr w:rsidR="00D33902" w:rsidRPr="00D33902" w14:paraId="03770FF1" w14:textId="77777777" w:rsidTr="00F111D1">
        <w:trPr>
          <w:jc w:val="center"/>
        </w:trPr>
        <w:tc>
          <w:tcPr>
            <w:tcW w:w="4680" w:type="dxa"/>
            <w:shd w:val="clear" w:color="auto" w:fill="F9FAFB"/>
            <w:tcMar>
              <w:top w:w="50" w:type="dxa"/>
              <w:left w:w="100" w:type="dxa"/>
              <w:bottom w:w="50" w:type="dxa"/>
              <w:right w:w="100" w:type="dxa"/>
            </w:tcMar>
          </w:tcPr>
          <w:p w14:paraId="4F7AA14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2E8A1C9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6,45 saat</w:t>
            </w:r>
          </w:p>
        </w:tc>
      </w:tr>
      <w:tr w:rsidR="00D33902" w:rsidRPr="00D33902" w14:paraId="32AE351D" w14:textId="77777777" w:rsidTr="00F111D1">
        <w:trPr>
          <w:jc w:val="center"/>
        </w:trPr>
        <w:tc>
          <w:tcPr>
            <w:tcW w:w="4680" w:type="dxa"/>
            <w:shd w:val="clear" w:color="auto" w:fill="FFFFFF"/>
            <w:tcMar>
              <w:top w:w="50" w:type="dxa"/>
              <w:left w:w="100" w:type="dxa"/>
              <w:bottom w:w="50" w:type="dxa"/>
              <w:right w:w="100" w:type="dxa"/>
            </w:tcMar>
          </w:tcPr>
          <w:p w14:paraId="09AB50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0C3D9C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 saat</w:t>
            </w:r>
          </w:p>
        </w:tc>
      </w:tr>
      <w:tr w:rsidR="00D33902" w:rsidRPr="00D33902" w14:paraId="5556B8DC" w14:textId="77777777" w:rsidTr="00F111D1">
        <w:trPr>
          <w:jc w:val="center"/>
        </w:trPr>
        <w:tc>
          <w:tcPr>
            <w:tcW w:w="4680" w:type="dxa"/>
            <w:shd w:val="clear" w:color="auto" w:fill="F9FAFB"/>
            <w:tcMar>
              <w:top w:w="50" w:type="dxa"/>
              <w:left w:w="100" w:type="dxa"/>
              <w:bottom w:w="50" w:type="dxa"/>
              <w:right w:w="100" w:type="dxa"/>
            </w:tcMar>
          </w:tcPr>
          <w:p w14:paraId="6038599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6CD2280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5675C6F4" w14:textId="77777777" w:rsidTr="00F111D1">
        <w:trPr>
          <w:jc w:val="center"/>
        </w:trPr>
        <w:tc>
          <w:tcPr>
            <w:tcW w:w="4680" w:type="dxa"/>
            <w:shd w:val="clear" w:color="auto" w:fill="FFFFFF"/>
            <w:tcMar>
              <w:top w:w="50" w:type="dxa"/>
              <w:left w:w="100" w:type="dxa"/>
              <w:bottom w:w="50" w:type="dxa"/>
              <w:right w:w="100" w:type="dxa"/>
            </w:tcMar>
          </w:tcPr>
          <w:p w14:paraId="7AFEB6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18B799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6,91 saat</w:t>
            </w:r>
          </w:p>
        </w:tc>
      </w:tr>
    </w:tbl>
    <w:p w14:paraId="7F5E67B0" w14:textId="77777777" w:rsidR="00D33902" w:rsidRPr="00D33902" w:rsidRDefault="00D33902" w:rsidP="00D33902">
      <w:pPr>
        <w:spacing w:after="0" w:line="240" w:lineRule="auto"/>
        <w:rPr>
          <w:rFonts w:ascii="Times New Roman" w:hAnsi="Times New Roman" w:cs="Times New Roman"/>
        </w:rPr>
      </w:pPr>
    </w:p>
    <w:p w14:paraId="63BCBE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BAB9116" w14:textId="77777777" w:rsidTr="00F111D1">
        <w:trPr>
          <w:jc w:val="center"/>
        </w:trPr>
        <w:tc>
          <w:tcPr>
            <w:tcW w:w="3120" w:type="dxa"/>
            <w:shd w:val="clear" w:color="auto" w:fill="1F4E79"/>
            <w:tcMar>
              <w:top w:w="70" w:type="dxa"/>
              <w:left w:w="100" w:type="dxa"/>
              <w:bottom w:w="70" w:type="dxa"/>
              <w:right w:w="100" w:type="dxa"/>
            </w:tcMar>
          </w:tcPr>
          <w:p w14:paraId="5AD5CC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70C870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6A539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A9C622B" w14:textId="77777777" w:rsidTr="00F111D1">
        <w:trPr>
          <w:jc w:val="center"/>
        </w:trPr>
        <w:tc>
          <w:tcPr>
            <w:tcW w:w="3120" w:type="dxa"/>
            <w:shd w:val="clear" w:color="auto" w:fill="F9FAFB"/>
            <w:tcMar>
              <w:top w:w="50" w:type="dxa"/>
              <w:left w:w="100" w:type="dxa"/>
              <w:bottom w:w="50" w:type="dxa"/>
              <w:right w:w="100" w:type="dxa"/>
            </w:tcMar>
          </w:tcPr>
          <w:p w14:paraId="5FE9D2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84FC6C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178A2A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7DCD8DB9" w14:textId="77777777" w:rsidTr="00F111D1">
        <w:trPr>
          <w:jc w:val="center"/>
        </w:trPr>
        <w:tc>
          <w:tcPr>
            <w:tcW w:w="3120" w:type="dxa"/>
            <w:shd w:val="clear" w:color="auto" w:fill="FFFFFF"/>
            <w:tcMar>
              <w:top w:w="50" w:type="dxa"/>
              <w:left w:w="100" w:type="dxa"/>
              <w:bottom w:w="50" w:type="dxa"/>
              <w:right w:w="100" w:type="dxa"/>
            </w:tcMar>
          </w:tcPr>
          <w:p w14:paraId="4C6ED0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23B160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3FC82F5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37DA57A9" w14:textId="77777777" w:rsidTr="00F111D1">
        <w:trPr>
          <w:jc w:val="center"/>
        </w:trPr>
        <w:tc>
          <w:tcPr>
            <w:tcW w:w="3120" w:type="dxa"/>
            <w:shd w:val="clear" w:color="auto" w:fill="F9FAFB"/>
            <w:tcMar>
              <w:top w:w="50" w:type="dxa"/>
              <w:left w:w="100" w:type="dxa"/>
              <w:bottom w:w="50" w:type="dxa"/>
              <w:right w:w="100" w:type="dxa"/>
            </w:tcMar>
          </w:tcPr>
          <w:p w14:paraId="51C2DF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C1757B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668C85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4,58</w:t>
            </w:r>
          </w:p>
        </w:tc>
      </w:tr>
      <w:tr w:rsidR="00D33902" w:rsidRPr="00D33902" w14:paraId="17410C18" w14:textId="77777777" w:rsidTr="00F111D1">
        <w:trPr>
          <w:jc w:val="center"/>
        </w:trPr>
        <w:tc>
          <w:tcPr>
            <w:tcW w:w="3120" w:type="dxa"/>
            <w:shd w:val="clear" w:color="auto" w:fill="FFFFFF"/>
            <w:tcMar>
              <w:top w:w="50" w:type="dxa"/>
              <w:left w:w="100" w:type="dxa"/>
              <w:bottom w:w="50" w:type="dxa"/>
              <w:right w:w="100" w:type="dxa"/>
            </w:tcMar>
          </w:tcPr>
          <w:p w14:paraId="4E61D0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996089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2BD4A1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66CACC7C" w14:textId="77777777" w:rsidTr="00F111D1">
        <w:trPr>
          <w:jc w:val="center"/>
        </w:trPr>
        <w:tc>
          <w:tcPr>
            <w:tcW w:w="3120" w:type="dxa"/>
            <w:shd w:val="clear" w:color="auto" w:fill="F9FAFB"/>
            <w:tcMar>
              <w:top w:w="50" w:type="dxa"/>
              <w:left w:w="100" w:type="dxa"/>
              <w:bottom w:w="50" w:type="dxa"/>
              <w:right w:w="100" w:type="dxa"/>
            </w:tcMar>
          </w:tcPr>
          <w:p w14:paraId="3579AB1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7A672C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78EA7D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5235BF82" w14:textId="77777777" w:rsidTr="00F111D1">
        <w:trPr>
          <w:jc w:val="center"/>
        </w:trPr>
        <w:tc>
          <w:tcPr>
            <w:tcW w:w="3120" w:type="dxa"/>
            <w:shd w:val="clear" w:color="auto" w:fill="FFFFFF"/>
            <w:tcMar>
              <w:top w:w="50" w:type="dxa"/>
              <w:left w:w="100" w:type="dxa"/>
              <w:bottom w:w="50" w:type="dxa"/>
              <w:right w:w="100" w:type="dxa"/>
            </w:tcMar>
          </w:tcPr>
          <w:p w14:paraId="0D138C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421194A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37805B2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4,58</w:t>
            </w:r>
          </w:p>
        </w:tc>
      </w:tr>
      <w:tr w:rsidR="00D33902" w:rsidRPr="00D33902" w14:paraId="2B90BBE6" w14:textId="77777777" w:rsidTr="00F111D1">
        <w:trPr>
          <w:jc w:val="center"/>
        </w:trPr>
        <w:tc>
          <w:tcPr>
            <w:tcW w:w="3120" w:type="dxa"/>
            <w:shd w:val="clear" w:color="auto" w:fill="F9FAFB"/>
            <w:tcMar>
              <w:top w:w="50" w:type="dxa"/>
              <w:left w:w="100" w:type="dxa"/>
              <w:bottom w:w="50" w:type="dxa"/>
              <w:right w:w="100" w:type="dxa"/>
            </w:tcMar>
          </w:tcPr>
          <w:p w14:paraId="7300BD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7E854BA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AB34CA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4,58</w:t>
            </w:r>
          </w:p>
        </w:tc>
      </w:tr>
      <w:tr w:rsidR="00D33902" w:rsidRPr="00D33902" w14:paraId="3C29FD00" w14:textId="77777777" w:rsidTr="00F111D1">
        <w:trPr>
          <w:jc w:val="center"/>
        </w:trPr>
        <w:tc>
          <w:tcPr>
            <w:tcW w:w="3120" w:type="dxa"/>
            <w:shd w:val="clear" w:color="auto" w:fill="FFFFFF"/>
            <w:tcMar>
              <w:top w:w="50" w:type="dxa"/>
              <w:left w:w="100" w:type="dxa"/>
              <w:bottom w:w="50" w:type="dxa"/>
              <w:right w:w="100" w:type="dxa"/>
            </w:tcMar>
          </w:tcPr>
          <w:p w14:paraId="6A852B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11E2387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2E9C45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4,58</w:t>
            </w:r>
          </w:p>
        </w:tc>
      </w:tr>
      <w:tr w:rsidR="00D33902" w:rsidRPr="00D33902" w14:paraId="47282B25" w14:textId="77777777" w:rsidTr="00F111D1">
        <w:trPr>
          <w:jc w:val="center"/>
        </w:trPr>
        <w:tc>
          <w:tcPr>
            <w:tcW w:w="3120" w:type="dxa"/>
            <w:shd w:val="clear" w:color="auto" w:fill="F9FAFB"/>
            <w:tcMar>
              <w:top w:w="50" w:type="dxa"/>
              <w:left w:w="100" w:type="dxa"/>
              <w:bottom w:w="50" w:type="dxa"/>
              <w:right w:w="100" w:type="dxa"/>
            </w:tcMar>
          </w:tcPr>
          <w:p w14:paraId="31DBCC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5835D3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2403F7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4,58</w:t>
            </w:r>
          </w:p>
        </w:tc>
      </w:tr>
      <w:tr w:rsidR="00D33902" w:rsidRPr="00D33902" w14:paraId="4341D14D" w14:textId="77777777" w:rsidTr="00F111D1">
        <w:trPr>
          <w:jc w:val="center"/>
        </w:trPr>
        <w:tc>
          <w:tcPr>
            <w:tcW w:w="3120" w:type="dxa"/>
            <w:shd w:val="clear" w:color="auto" w:fill="FFFFFF"/>
            <w:tcMar>
              <w:top w:w="50" w:type="dxa"/>
              <w:left w:w="100" w:type="dxa"/>
              <w:bottom w:w="50" w:type="dxa"/>
              <w:right w:w="100" w:type="dxa"/>
            </w:tcMar>
          </w:tcPr>
          <w:p w14:paraId="6B0C0A5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47F5E5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3F6C92A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0B9AB8FE" w14:textId="77777777" w:rsidTr="00F111D1">
        <w:trPr>
          <w:jc w:val="center"/>
        </w:trPr>
        <w:tc>
          <w:tcPr>
            <w:tcW w:w="3120" w:type="dxa"/>
            <w:shd w:val="clear" w:color="auto" w:fill="F9FAFB"/>
            <w:tcMar>
              <w:top w:w="50" w:type="dxa"/>
              <w:left w:w="100" w:type="dxa"/>
              <w:bottom w:w="50" w:type="dxa"/>
              <w:right w:w="100" w:type="dxa"/>
            </w:tcMar>
          </w:tcPr>
          <w:p w14:paraId="4F0754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6738474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7513972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52E3B156" w14:textId="77777777" w:rsidTr="00F111D1">
        <w:trPr>
          <w:jc w:val="center"/>
        </w:trPr>
        <w:tc>
          <w:tcPr>
            <w:tcW w:w="3120" w:type="dxa"/>
            <w:shd w:val="clear" w:color="auto" w:fill="FFFFFF"/>
            <w:tcMar>
              <w:top w:w="50" w:type="dxa"/>
              <w:left w:w="100" w:type="dxa"/>
              <w:bottom w:w="50" w:type="dxa"/>
              <w:right w:w="100" w:type="dxa"/>
            </w:tcMar>
          </w:tcPr>
          <w:p w14:paraId="49B7AB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26404B0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0B8A477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580B67DA" w14:textId="77777777" w:rsidTr="00F111D1">
        <w:trPr>
          <w:jc w:val="center"/>
        </w:trPr>
        <w:tc>
          <w:tcPr>
            <w:tcW w:w="3120" w:type="dxa"/>
            <w:shd w:val="clear" w:color="auto" w:fill="F9FAFB"/>
            <w:tcMar>
              <w:top w:w="50" w:type="dxa"/>
              <w:left w:w="100" w:type="dxa"/>
              <w:bottom w:w="50" w:type="dxa"/>
              <w:right w:w="100" w:type="dxa"/>
            </w:tcMar>
          </w:tcPr>
          <w:p w14:paraId="041710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03E78DE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653C5EB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00D3ED5E" w14:textId="77777777" w:rsidTr="00F111D1">
        <w:trPr>
          <w:jc w:val="center"/>
        </w:trPr>
        <w:tc>
          <w:tcPr>
            <w:tcW w:w="3120" w:type="dxa"/>
            <w:shd w:val="clear" w:color="auto" w:fill="FFFFFF"/>
            <w:tcMar>
              <w:top w:w="50" w:type="dxa"/>
              <w:left w:w="100" w:type="dxa"/>
              <w:bottom w:w="50" w:type="dxa"/>
              <w:right w:w="100" w:type="dxa"/>
            </w:tcMar>
          </w:tcPr>
          <w:p w14:paraId="489C055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484B63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124F21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bl>
    <w:p w14:paraId="5D45D1D7" w14:textId="77777777" w:rsidR="00D33902" w:rsidRPr="00D33902" w:rsidRDefault="00D33902" w:rsidP="00D33902">
      <w:pPr>
        <w:spacing w:after="0" w:line="240" w:lineRule="auto"/>
        <w:rPr>
          <w:rFonts w:ascii="Times New Roman" w:hAnsi="Times New Roman" w:cs="Times New Roman"/>
        </w:rPr>
      </w:pPr>
    </w:p>
    <w:p w14:paraId="5A9002C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15DA71C" w14:textId="77777777" w:rsidTr="00F111D1">
        <w:trPr>
          <w:jc w:val="center"/>
        </w:trPr>
        <w:tc>
          <w:tcPr>
            <w:tcW w:w="3120" w:type="dxa"/>
            <w:shd w:val="clear" w:color="auto" w:fill="1F4E79"/>
            <w:tcMar>
              <w:top w:w="70" w:type="dxa"/>
              <w:left w:w="100" w:type="dxa"/>
              <w:bottom w:w="70" w:type="dxa"/>
              <w:right w:w="100" w:type="dxa"/>
            </w:tcMar>
          </w:tcPr>
          <w:p w14:paraId="61C700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A69478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3E989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8B86B8C" w14:textId="77777777" w:rsidTr="00F111D1">
        <w:trPr>
          <w:jc w:val="center"/>
        </w:trPr>
        <w:tc>
          <w:tcPr>
            <w:tcW w:w="3120" w:type="dxa"/>
            <w:shd w:val="clear" w:color="auto" w:fill="F9FAFB"/>
            <w:tcMar>
              <w:top w:w="50" w:type="dxa"/>
              <w:left w:w="100" w:type="dxa"/>
              <w:bottom w:w="50" w:type="dxa"/>
              <w:right w:w="100" w:type="dxa"/>
            </w:tcMar>
          </w:tcPr>
          <w:p w14:paraId="10E0BE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901D27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75F30FF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47F400EF" w14:textId="77777777" w:rsidTr="00F111D1">
        <w:trPr>
          <w:jc w:val="center"/>
        </w:trPr>
        <w:tc>
          <w:tcPr>
            <w:tcW w:w="3120" w:type="dxa"/>
            <w:shd w:val="clear" w:color="auto" w:fill="FFFFFF"/>
            <w:tcMar>
              <w:top w:w="50" w:type="dxa"/>
              <w:left w:w="100" w:type="dxa"/>
              <w:bottom w:w="50" w:type="dxa"/>
              <w:right w:w="100" w:type="dxa"/>
            </w:tcMar>
          </w:tcPr>
          <w:p w14:paraId="260294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4BFD620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52A6115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2C6B3421" w14:textId="77777777" w:rsidTr="00F111D1">
        <w:trPr>
          <w:jc w:val="center"/>
        </w:trPr>
        <w:tc>
          <w:tcPr>
            <w:tcW w:w="3120" w:type="dxa"/>
            <w:shd w:val="clear" w:color="auto" w:fill="F9FAFB"/>
            <w:tcMar>
              <w:top w:w="50" w:type="dxa"/>
              <w:left w:w="100" w:type="dxa"/>
              <w:bottom w:w="50" w:type="dxa"/>
              <w:right w:w="100" w:type="dxa"/>
            </w:tcMar>
          </w:tcPr>
          <w:p w14:paraId="76D4B1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8B8010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60BC4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4,08</w:t>
            </w:r>
          </w:p>
        </w:tc>
      </w:tr>
      <w:tr w:rsidR="00D33902" w:rsidRPr="00D33902" w14:paraId="7FBA01C7" w14:textId="77777777" w:rsidTr="00F111D1">
        <w:trPr>
          <w:jc w:val="center"/>
        </w:trPr>
        <w:tc>
          <w:tcPr>
            <w:tcW w:w="3120" w:type="dxa"/>
            <w:shd w:val="clear" w:color="auto" w:fill="FFFFFF"/>
            <w:tcMar>
              <w:top w:w="50" w:type="dxa"/>
              <w:left w:w="100" w:type="dxa"/>
              <w:bottom w:w="50" w:type="dxa"/>
              <w:right w:w="100" w:type="dxa"/>
            </w:tcMar>
          </w:tcPr>
          <w:p w14:paraId="27BBA0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41083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689D90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4,08</w:t>
            </w:r>
          </w:p>
        </w:tc>
      </w:tr>
      <w:tr w:rsidR="00D33902" w:rsidRPr="00D33902" w14:paraId="197FFD39" w14:textId="77777777" w:rsidTr="00F111D1">
        <w:trPr>
          <w:jc w:val="center"/>
        </w:trPr>
        <w:tc>
          <w:tcPr>
            <w:tcW w:w="3120" w:type="dxa"/>
            <w:shd w:val="clear" w:color="auto" w:fill="F9FAFB"/>
            <w:tcMar>
              <w:top w:w="50" w:type="dxa"/>
              <w:left w:w="100" w:type="dxa"/>
              <w:bottom w:w="50" w:type="dxa"/>
              <w:right w:w="100" w:type="dxa"/>
            </w:tcMar>
          </w:tcPr>
          <w:p w14:paraId="1DE3363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30A4A13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36CAB49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bl>
    <w:p w14:paraId="5E2235CB" w14:textId="77777777" w:rsidR="00D33902" w:rsidRPr="00D33902" w:rsidRDefault="00D33902" w:rsidP="00D33902">
      <w:pPr>
        <w:spacing w:after="0" w:line="240" w:lineRule="auto"/>
        <w:rPr>
          <w:rFonts w:ascii="Times New Roman" w:hAnsi="Times New Roman" w:cs="Times New Roman"/>
        </w:rPr>
      </w:pPr>
    </w:p>
    <w:p w14:paraId="61768E8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13. Ders: BES218 Sporcu Beslenmesi</w:t>
      </w:r>
    </w:p>
    <w:p w14:paraId="1C46AC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D3869F5" w14:textId="77777777" w:rsidTr="00F111D1">
        <w:trPr>
          <w:jc w:val="center"/>
        </w:trPr>
        <w:tc>
          <w:tcPr>
            <w:tcW w:w="3120" w:type="dxa"/>
            <w:shd w:val="clear" w:color="auto" w:fill="1F4E79"/>
            <w:tcMar>
              <w:top w:w="70" w:type="dxa"/>
              <w:left w:w="100" w:type="dxa"/>
              <w:bottom w:w="70" w:type="dxa"/>
              <w:right w:w="100" w:type="dxa"/>
            </w:tcMar>
          </w:tcPr>
          <w:p w14:paraId="5E52CF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9DE420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E97B6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CDBC650" w14:textId="77777777" w:rsidTr="00F111D1">
        <w:trPr>
          <w:jc w:val="center"/>
        </w:trPr>
        <w:tc>
          <w:tcPr>
            <w:tcW w:w="3120" w:type="dxa"/>
            <w:shd w:val="clear" w:color="auto" w:fill="F9FAFB"/>
            <w:tcMar>
              <w:top w:w="50" w:type="dxa"/>
              <w:left w:w="100" w:type="dxa"/>
              <w:bottom w:w="50" w:type="dxa"/>
              <w:right w:w="100" w:type="dxa"/>
            </w:tcMar>
          </w:tcPr>
          <w:p w14:paraId="68459D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1AF1B8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45C11F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42B03159" w14:textId="77777777" w:rsidTr="00F111D1">
        <w:trPr>
          <w:jc w:val="center"/>
        </w:trPr>
        <w:tc>
          <w:tcPr>
            <w:tcW w:w="3120" w:type="dxa"/>
            <w:shd w:val="clear" w:color="auto" w:fill="FFFFFF"/>
            <w:tcMar>
              <w:top w:w="50" w:type="dxa"/>
              <w:left w:w="100" w:type="dxa"/>
              <w:bottom w:w="50" w:type="dxa"/>
              <w:right w:w="100" w:type="dxa"/>
            </w:tcMar>
          </w:tcPr>
          <w:p w14:paraId="3653BB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53A34A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650317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6703333F" w14:textId="77777777" w:rsidTr="00F111D1">
        <w:trPr>
          <w:jc w:val="center"/>
        </w:trPr>
        <w:tc>
          <w:tcPr>
            <w:tcW w:w="3120" w:type="dxa"/>
            <w:shd w:val="clear" w:color="auto" w:fill="F9FAFB"/>
            <w:tcMar>
              <w:top w:w="50" w:type="dxa"/>
              <w:left w:w="100" w:type="dxa"/>
              <w:bottom w:w="50" w:type="dxa"/>
              <w:right w:w="100" w:type="dxa"/>
            </w:tcMar>
          </w:tcPr>
          <w:p w14:paraId="7C61F3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4CA633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734CDE9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7CA94193" w14:textId="77777777" w:rsidTr="00F111D1">
        <w:trPr>
          <w:jc w:val="center"/>
        </w:trPr>
        <w:tc>
          <w:tcPr>
            <w:tcW w:w="3120" w:type="dxa"/>
            <w:shd w:val="clear" w:color="auto" w:fill="FFFFFF"/>
            <w:tcMar>
              <w:top w:w="50" w:type="dxa"/>
              <w:left w:w="100" w:type="dxa"/>
              <w:bottom w:w="50" w:type="dxa"/>
              <w:right w:w="100" w:type="dxa"/>
            </w:tcMar>
          </w:tcPr>
          <w:p w14:paraId="00D1D8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D6492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6662F04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0445A22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339A07DE" w14:textId="77777777" w:rsidTr="00F111D1">
        <w:trPr>
          <w:jc w:val="center"/>
        </w:trPr>
        <w:tc>
          <w:tcPr>
            <w:tcW w:w="4680" w:type="dxa"/>
            <w:shd w:val="clear" w:color="auto" w:fill="1F4E79"/>
            <w:tcMar>
              <w:top w:w="70" w:type="dxa"/>
              <w:left w:w="100" w:type="dxa"/>
              <w:bottom w:w="70" w:type="dxa"/>
              <w:right w:w="100" w:type="dxa"/>
            </w:tcMar>
          </w:tcPr>
          <w:p w14:paraId="7E69C46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3AA052E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6E9D6C80" w14:textId="77777777" w:rsidTr="00F111D1">
        <w:trPr>
          <w:jc w:val="center"/>
        </w:trPr>
        <w:tc>
          <w:tcPr>
            <w:tcW w:w="4680" w:type="dxa"/>
            <w:shd w:val="clear" w:color="auto" w:fill="F9FAFB"/>
            <w:tcMar>
              <w:top w:w="50" w:type="dxa"/>
              <w:left w:w="100" w:type="dxa"/>
              <w:bottom w:w="50" w:type="dxa"/>
              <w:right w:w="100" w:type="dxa"/>
            </w:tcMar>
          </w:tcPr>
          <w:p w14:paraId="372CAB3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47B10F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 saat</w:t>
            </w:r>
          </w:p>
        </w:tc>
      </w:tr>
      <w:tr w:rsidR="00D33902" w:rsidRPr="00D33902" w14:paraId="2F558C73" w14:textId="77777777" w:rsidTr="00F111D1">
        <w:trPr>
          <w:jc w:val="center"/>
        </w:trPr>
        <w:tc>
          <w:tcPr>
            <w:tcW w:w="4680" w:type="dxa"/>
            <w:shd w:val="clear" w:color="auto" w:fill="FFFFFF"/>
            <w:tcMar>
              <w:top w:w="50" w:type="dxa"/>
              <w:left w:w="100" w:type="dxa"/>
              <w:bottom w:w="50" w:type="dxa"/>
              <w:right w:w="100" w:type="dxa"/>
            </w:tcMar>
          </w:tcPr>
          <w:p w14:paraId="285867B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628F52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6,50 saat</w:t>
            </w:r>
          </w:p>
        </w:tc>
      </w:tr>
      <w:tr w:rsidR="00D33902" w:rsidRPr="00D33902" w14:paraId="169150C2" w14:textId="77777777" w:rsidTr="00F111D1">
        <w:trPr>
          <w:jc w:val="center"/>
        </w:trPr>
        <w:tc>
          <w:tcPr>
            <w:tcW w:w="4680" w:type="dxa"/>
            <w:shd w:val="clear" w:color="auto" w:fill="F9FAFB"/>
            <w:tcMar>
              <w:top w:w="50" w:type="dxa"/>
              <w:left w:w="100" w:type="dxa"/>
              <w:bottom w:w="50" w:type="dxa"/>
              <w:right w:w="100" w:type="dxa"/>
            </w:tcMar>
          </w:tcPr>
          <w:p w14:paraId="7FF9D2E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2E1C811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6,50 saat</w:t>
            </w:r>
          </w:p>
        </w:tc>
      </w:tr>
      <w:tr w:rsidR="00D33902" w:rsidRPr="00D33902" w14:paraId="48CD84A3" w14:textId="77777777" w:rsidTr="00F111D1">
        <w:trPr>
          <w:jc w:val="center"/>
        </w:trPr>
        <w:tc>
          <w:tcPr>
            <w:tcW w:w="4680" w:type="dxa"/>
            <w:shd w:val="clear" w:color="auto" w:fill="FFFFFF"/>
            <w:tcMar>
              <w:top w:w="50" w:type="dxa"/>
              <w:left w:w="100" w:type="dxa"/>
              <w:bottom w:w="50" w:type="dxa"/>
              <w:right w:w="100" w:type="dxa"/>
            </w:tcMar>
          </w:tcPr>
          <w:p w14:paraId="5FD3F0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0C035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9,00 saat</w:t>
            </w:r>
          </w:p>
        </w:tc>
      </w:tr>
      <w:tr w:rsidR="00D33902" w:rsidRPr="00D33902" w14:paraId="6B3EFFAE" w14:textId="77777777" w:rsidTr="00F111D1">
        <w:trPr>
          <w:jc w:val="center"/>
        </w:trPr>
        <w:tc>
          <w:tcPr>
            <w:tcW w:w="4680" w:type="dxa"/>
            <w:shd w:val="clear" w:color="auto" w:fill="F9FAFB"/>
            <w:tcMar>
              <w:top w:w="50" w:type="dxa"/>
              <w:left w:w="100" w:type="dxa"/>
              <w:bottom w:w="50" w:type="dxa"/>
              <w:right w:w="100" w:type="dxa"/>
            </w:tcMar>
          </w:tcPr>
          <w:p w14:paraId="0F6641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60E5CEE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9,50 saat</w:t>
            </w:r>
          </w:p>
        </w:tc>
      </w:tr>
      <w:tr w:rsidR="00D33902" w:rsidRPr="00D33902" w14:paraId="2570DD2F" w14:textId="77777777" w:rsidTr="00F111D1">
        <w:trPr>
          <w:jc w:val="center"/>
        </w:trPr>
        <w:tc>
          <w:tcPr>
            <w:tcW w:w="4680" w:type="dxa"/>
            <w:shd w:val="clear" w:color="auto" w:fill="FFFFFF"/>
            <w:tcMar>
              <w:top w:w="50" w:type="dxa"/>
              <w:left w:w="100" w:type="dxa"/>
              <w:bottom w:w="50" w:type="dxa"/>
              <w:right w:w="100" w:type="dxa"/>
            </w:tcMar>
          </w:tcPr>
          <w:p w14:paraId="6AE3A3E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3A13D22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5,75 saat</w:t>
            </w:r>
          </w:p>
        </w:tc>
      </w:tr>
      <w:tr w:rsidR="00D33902" w:rsidRPr="00D33902" w14:paraId="1ACF6F87" w14:textId="77777777" w:rsidTr="00F111D1">
        <w:trPr>
          <w:jc w:val="center"/>
        </w:trPr>
        <w:tc>
          <w:tcPr>
            <w:tcW w:w="4680" w:type="dxa"/>
            <w:shd w:val="clear" w:color="auto" w:fill="F9FAFB"/>
            <w:tcMar>
              <w:top w:w="50" w:type="dxa"/>
              <w:left w:w="100" w:type="dxa"/>
              <w:bottom w:w="50" w:type="dxa"/>
              <w:right w:w="100" w:type="dxa"/>
            </w:tcMar>
          </w:tcPr>
          <w:p w14:paraId="75E2197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7DF77E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 saat</w:t>
            </w:r>
          </w:p>
        </w:tc>
      </w:tr>
      <w:tr w:rsidR="00D33902" w:rsidRPr="00D33902" w14:paraId="7509AF45" w14:textId="77777777" w:rsidTr="00F111D1">
        <w:trPr>
          <w:jc w:val="center"/>
        </w:trPr>
        <w:tc>
          <w:tcPr>
            <w:tcW w:w="4680" w:type="dxa"/>
            <w:shd w:val="clear" w:color="auto" w:fill="FFFFFF"/>
            <w:tcMar>
              <w:top w:w="50" w:type="dxa"/>
              <w:left w:w="100" w:type="dxa"/>
              <w:bottom w:w="50" w:type="dxa"/>
              <w:right w:w="100" w:type="dxa"/>
            </w:tcMar>
          </w:tcPr>
          <w:p w14:paraId="22F649C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5D788EC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9,75 saat</w:t>
            </w:r>
          </w:p>
        </w:tc>
      </w:tr>
    </w:tbl>
    <w:p w14:paraId="0F95E181" w14:textId="77777777" w:rsidR="00D33902" w:rsidRPr="00D33902" w:rsidRDefault="00D33902" w:rsidP="00D33902">
      <w:pPr>
        <w:spacing w:after="0" w:line="240" w:lineRule="auto"/>
        <w:rPr>
          <w:rFonts w:ascii="Times New Roman" w:hAnsi="Times New Roman" w:cs="Times New Roman"/>
        </w:rPr>
      </w:pPr>
    </w:p>
    <w:p w14:paraId="03F8DA0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99E7D84" w14:textId="77777777" w:rsidTr="00F111D1">
        <w:trPr>
          <w:jc w:val="center"/>
        </w:trPr>
        <w:tc>
          <w:tcPr>
            <w:tcW w:w="3120" w:type="dxa"/>
            <w:shd w:val="clear" w:color="auto" w:fill="1F4E79"/>
            <w:tcMar>
              <w:top w:w="70" w:type="dxa"/>
              <w:left w:w="100" w:type="dxa"/>
              <w:bottom w:w="70" w:type="dxa"/>
              <w:right w:w="100" w:type="dxa"/>
            </w:tcMar>
          </w:tcPr>
          <w:p w14:paraId="7CD0C8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0ABE30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D30865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B71027D" w14:textId="77777777" w:rsidTr="00F111D1">
        <w:trPr>
          <w:jc w:val="center"/>
        </w:trPr>
        <w:tc>
          <w:tcPr>
            <w:tcW w:w="3120" w:type="dxa"/>
            <w:shd w:val="clear" w:color="auto" w:fill="F9FAFB"/>
            <w:tcMar>
              <w:top w:w="50" w:type="dxa"/>
              <w:left w:w="100" w:type="dxa"/>
              <w:bottom w:w="50" w:type="dxa"/>
              <w:right w:w="100" w:type="dxa"/>
            </w:tcMar>
          </w:tcPr>
          <w:p w14:paraId="7041F6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D99E27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0391CC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2BFDE9CE" w14:textId="77777777" w:rsidTr="00F111D1">
        <w:trPr>
          <w:jc w:val="center"/>
        </w:trPr>
        <w:tc>
          <w:tcPr>
            <w:tcW w:w="3120" w:type="dxa"/>
            <w:shd w:val="clear" w:color="auto" w:fill="FFFFFF"/>
            <w:tcMar>
              <w:top w:w="50" w:type="dxa"/>
              <w:left w:w="100" w:type="dxa"/>
              <w:bottom w:w="50" w:type="dxa"/>
              <w:right w:w="100" w:type="dxa"/>
            </w:tcMar>
          </w:tcPr>
          <w:p w14:paraId="097938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A72838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662B73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379BBB30" w14:textId="77777777" w:rsidTr="00F111D1">
        <w:trPr>
          <w:jc w:val="center"/>
        </w:trPr>
        <w:tc>
          <w:tcPr>
            <w:tcW w:w="3120" w:type="dxa"/>
            <w:shd w:val="clear" w:color="auto" w:fill="F9FAFB"/>
            <w:tcMar>
              <w:top w:w="50" w:type="dxa"/>
              <w:left w:w="100" w:type="dxa"/>
              <w:bottom w:w="50" w:type="dxa"/>
              <w:right w:w="100" w:type="dxa"/>
            </w:tcMar>
          </w:tcPr>
          <w:p w14:paraId="46FF53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C2159E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3682163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63995484" w14:textId="77777777" w:rsidTr="00F111D1">
        <w:trPr>
          <w:jc w:val="center"/>
        </w:trPr>
        <w:tc>
          <w:tcPr>
            <w:tcW w:w="3120" w:type="dxa"/>
            <w:shd w:val="clear" w:color="auto" w:fill="FFFFFF"/>
            <w:tcMar>
              <w:top w:w="50" w:type="dxa"/>
              <w:left w:w="100" w:type="dxa"/>
              <w:bottom w:w="50" w:type="dxa"/>
              <w:right w:w="100" w:type="dxa"/>
            </w:tcMar>
          </w:tcPr>
          <w:p w14:paraId="6C68ED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06D9D7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583E28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4DDFC94D" w14:textId="77777777" w:rsidTr="00F111D1">
        <w:trPr>
          <w:jc w:val="center"/>
        </w:trPr>
        <w:tc>
          <w:tcPr>
            <w:tcW w:w="3120" w:type="dxa"/>
            <w:shd w:val="clear" w:color="auto" w:fill="F9FAFB"/>
            <w:tcMar>
              <w:top w:w="50" w:type="dxa"/>
              <w:left w:w="100" w:type="dxa"/>
              <w:bottom w:w="50" w:type="dxa"/>
              <w:right w:w="100" w:type="dxa"/>
            </w:tcMar>
          </w:tcPr>
          <w:p w14:paraId="0C4C2EF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61B15EA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C888E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1069F516" w14:textId="77777777" w:rsidTr="00F111D1">
        <w:trPr>
          <w:jc w:val="center"/>
        </w:trPr>
        <w:tc>
          <w:tcPr>
            <w:tcW w:w="3120" w:type="dxa"/>
            <w:shd w:val="clear" w:color="auto" w:fill="FFFFFF"/>
            <w:tcMar>
              <w:top w:w="50" w:type="dxa"/>
              <w:left w:w="100" w:type="dxa"/>
              <w:bottom w:w="50" w:type="dxa"/>
              <w:right w:w="100" w:type="dxa"/>
            </w:tcMar>
          </w:tcPr>
          <w:p w14:paraId="1D3A799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6757A84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28DF0F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2BCA453F" w14:textId="77777777" w:rsidTr="00F111D1">
        <w:trPr>
          <w:jc w:val="center"/>
        </w:trPr>
        <w:tc>
          <w:tcPr>
            <w:tcW w:w="3120" w:type="dxa"/>
            <w:shd w:val="clear" w:color="auto" w:fill="F9FAFB"/>
            <w:tcMar>
              <w:top w:w="50" w:type="dxa"/>
              <w:left w:w="100" w:type="dxa"/>
              <w:bottom w:w="50" w:type="dxa"/>
              <w:right w:w="100" w:type="dxa"/>
            </w:tcMar>
          </w:tcPr>
          <w:p w14:paraId="4BEC032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384248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61E867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6AA5908E" w14:textId="77777777" w:rsidTr="00F111D1">
        <w:trPr>
          <w:jc w:val="center"/>
        </w:trPr>
        <w:tc>
          <w:tcPr>
            <w:tcW w:w="3120" w:type="dxa"/>
            <w:shd w:val="clear" w:color="auto" w:fill="FFFFFF"/>
            <w:tcMar>
              <w:top w:w="50" w:type="dxa"/>
              <w:left w:w="100" w:type="dxa"/>
              <w:bottom w:w="50" w:type="dxa"/>
              <w:right w:w="100" w:type="dxa"/>
            </w:tcMar>
          </w:tcPr>
          <w:p w14:paraId="09CF41F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6F21EC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0383998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75D4736E" w14:textId="77777777" w:rsidTr="00F111D1">
        <w:trPr>
          <w:jc w:val="center"/>
        </w:trPr>
        <w:tc>
          <w:tcPr>
            <w:tcW w:w="3120" w:type="dxa"/>
            <w:shd w:val="clear" w:color="auto" w:fill="F9FAFB"/>
            <w:tcMar>
              <w:top w:w="50" w:type="dxa"/>
              <w:left w:w="100" w:type="dxa"/>
              <w:bottom w:w="50" w:type="dxa"/>
              <w:right w:w="100" w:type="dxa"/>
            </w:tcMar>
          </w:tcPr>
          <w:p w14:paraId="6CA780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70F8FA4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1AA6388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3612B1E5" w14:textId="77777777" w:rsidTr="00F111D1">
        <w:trPr>
          <w:jc w:val="center"/>
        </w:trPr>
        <w:tc>
          <w:tcPr>
            <w:tcW w:w="3120" w:type="dxa"/>
            <w:shd w:val="clear" w:color="auto" w:fill="FFFFFF"/>
            <w:tcMar>
              <w:top w:w="50" w:type="dxa"/>
              <w:left w:w="100" w:type="dxa"/>
              <w:bottom w:w="50" w:type="dxa"/>
              <w:right w:w="100" w:type="dxa"/>
            </w:tcMar>
          </w:tcPr>
          <w:p w14:paraId="725D26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7A9F455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4B3472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612CE4BB" w14:textId="77777777" w:rsidTr="00F111D1">
        <w:trPr>
          <w:jc w:val="center"/>
        </w:trPr>
        <w:tc>
          <w:tcPr>
            <w:tcW w:w="3120" w:type="dxa"/>
            <w:shd w:val="clear" w:color="auto" w:fill="F9FAFB"/>
            <w:tcMar>
              <w:top w:w="50" w:type="dxa"/>
              <w:left w:w="100" w:type="dxa"/>
              <w:bottom w:w="50" w:type="dxa"/>
              <w:right w:w="100" w:type="dxa"/>
            </w:tcMar>
          </w:tcPr>
          <w:p w14:paraId="063F6C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4A34D0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672A69E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62D124D3" w14:textId="77777777" w:rsidTr="00F111D1">
        <w:trPr>
          <w:jc w:val="center"/>
        </w:trPr>
        <w:tc>
          <w:tcPr>
            <w:tcW w:w="3120" w:type="dxa"/>
            <w:shd w:val="clear" w:color="auto" w:fill="FFFFFF"/>
            <w:tcMar>
              <w:top w:w="50" w:type="dxa"/>
              <w:left w:w="100" w:type="dxa"/>
              <w:bottom w:w="50" w:type="dxa"/>
              <w:right w:w="100" w:type="dxa"/>
            </w:tcMar>
          </w:tcPr>
          <w:p w14:paraId="124FCD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1A95F7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064D69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r w:rsidR="00D33902" w:rsidRPr="00D33902" w14:paraId="4A336AF7" w14:textId="77777777" w:rsidTr="00F111D1">
        <w:trPr>
          <w:jc w:val="center"/>
        </w:trPr>
        <w:tc>
          <w:tcPr>
            <w:tcW w:w="3120" w:type="dxa"/>
            <w:shd w:val="clear" w:color="auto" w:fill="F9FAFB"/>
            <w:tcMar>
              <w:top w:w="50" w:type="dxa"/>
              <w:left w:w="100" w:type="dxa"/>
              <w:bottom w:w="50" w:type="dxa"/>
              <w:right w:w="100" w:type="dxa"/>
            </w:tcMar>
          </w:tcPr>
          <w:p w14:paraId="0C7EAA6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725B7BD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3AAAEC2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3,25</w:t>
            </w:r>
          </w:p>
        </w:tc>
      </w:tr>
      <w:tr w:rsidR="00D33902" w:rsidRPr="00D33902" w14:paraId="581B1A0F" w14:textId="77777777" w:rsidTr="00F111D1">
        <w:trPr>
          <w:jc w:val="center"/>
        </w:trPr>
        <w:tc>
          <w:tcPr>
            <w:tcW w:w="3120" w:type="dxa"/>
            <w:shd w:val="clear" w:color="auto" w:fill="FFFFFF"/>
            <w:tcMar>
              <w:top w:w="50" w:type="dxa"/>
              <w:left w:w="100" w:type="dxa"/>
              <w:bottom w:w="50" w:type="dxa"/>
              <w:right w:w="100" w:type="dxa"/>
            </w:tcMar>
          </w:tcPr>
          <w:p w14:paraId="319B5FC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30B6D5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1229E2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3,50</w:t>
            </w:r>
          </w:p>
        </w:tc>
      </w:tr>
    </w:tbl>
    <w:p w14:paraId="22C39914" w14:textId="77777777" w:rsidR="00D33902" w:rsidRPr="00D33902" w:rsidRDefault="00D33902" w:rsidP="00D33902">
      <w:pPr>
        <w:spacing w:after="0" w:line="240" w:lineRule="auto"/>
        <w:rPr>
          <w:rFonts w:ascii="Times New Roman" w:hAnsi="Times New Roman" w:cs="Times New Roman"/>
        </w:rPr>
      </w:pPr>
    </w:p>
    <w:p w14:paraId="44D44FC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67A5760" w14:textId="77777777" w:rsidTr="00F111D1">
        <w:trPr>
          <w:jc w:val="center"/>
        </w:trPr>
        <w:tc>
          <w:tcPr>
            <w:tcW w:w="3120" w:type="dxa"/>
            <w:shd w:val="clear" w:color="auto" w:fill="1F4E79"/>
            <w:tcMar>
              <w:top w:w="70" w:type="dxa"/>
              <w:left w:w="100" w:type="dxa"/>
              <w:bottom w:w="70" w:type="dxa"/>
              <w:right w:w="100" w:type="dxa"/>
            </w:tcMar>
          </w:tcPr>
          <w:p w14:paraId="2004A7D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DA869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0DE98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FE366ED" w14:textId="77777777" w:rsidTr="00F111D1">
        <w:trPr>
          <w:jc w:val="center"/>
        </w:trPr>
        <w:tc>
          <w:tcPr>
            <w:tcW w:w="3120" w:type="dxa"/>
            <w:shd w:val="clear" w:color="auto" w:fill="F9FAFB"/>
            <w:tcMar>
              <w:top w:w="50" w:type="dxa"/>
              <w:left w:w="100" w:type="dxa"/>
              <w:bottom w:w="50" w:type="dxa"/>
              <w:right w:w="100" w:type="dxa"/>
            </w:tcMar>
          </w:tcPr>
          <w:p w14:paraId="3E76BE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C8404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1F9DB2D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7F0DED50" w14:textId="77777777" w:rsidTr="00F111D1">
        <w:trPr>
          <w:jc w:val="center"/>
        </w:trPr>
        <w:tc>
          <w:tcPr>
            <w:tcW w:w="3120" w:type="dxa"/>
            <w:shd w:val="clear" w:color="auto" w:fill="FFFFFF"/>
            <w:tcMar>
              <w:top w:w="50" w:type="dxa"/>
              <w:left w:w="100" w:type="dxa"/>
              <w:bottom w:w="50" w:type="dxa"/>
              <w:right w:w="100" w:type="dxa"/>
            </w:tcMar>
          </w:tcPr>
          <w:p w14:paraId="51F09D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6D5B26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1F28E60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7B719643" w14:textId="77777777" w:rsidTr="00F111D1">
        <w:trPr>
          <w:jc w:val="center"/>
        </w:trPr>
        <w:tc>
          <w:tcPr>
            <w:tcW w:w="3120" w:type="dxa"/>
            <w:shd w:val="clear" w:color="auto" w:fill="F9FAFB"/>
            <w:tcMar>
              <w:top w:w="50" w:type="dxa"/>
              <w:left w:w="100" w:type="dxa"/>
              <w:bottom w:w="50" w:type="dxa"/>
              <w:right w:w="100" w:type="dxa"/>
            </w:tcMar>
          </w:tcPr>
          <w:p w14:paraId="545614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55EE3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444B8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1D7673C1" w14:textId="77777777" w:rsidTr="00F111D1">
        <w:trPr>
          <w:jc w:val="center"/>
        </w:trPr>
        <w:tc>
          <w:tcPr>
            <w:tcW w:w="3120" w:type="dxa"/>
            <w:shd w:val="clear" w:color="auto" w:fill="FFFFFF"/>
            <w:tcMar>
              <w:top w:w="50" w:type="dxa"/>
              <w:left w:w="100" w:type="dxa"/>
              <w:bottom w:w="50" w:type="dxa"/>
              <w:right w:w="100" w:type="dxa"/>
            </w:tcMar>
          </w:tcPr>
          <w:p w14:paraId="4F9E7EB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E707F1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CC9315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6D8EC8E1" w14:textId="77777777" w:rsidTr="00F111D1">
        <w:trPr>
          <w:jc w:val="center"/>
        </w:trPr>
        <w:tc>
          <w:tcPr>
            <w:tcW w:w="3120" w:type="dxa"/>
            <w:shd w:val="clear" w:color="auto" w:fill="F9FAFB"/>
            <w:tcMar>
              <w:top w:w="50" w:type="dxa"/>
              <w:left w:w="100" w:type="dxa"/>
              <w:bottom w:w="50" w:type="dxa"/>
              <w:right w:w="100" w:type="dxa"/>
            </w:tcMar>
          </w:tcPr>
          <w:p w14:paraId="64437F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C8C34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79D7F99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bl>
    <w:p w14:paraId="19BD5468" w14:textId="77777777" w:rsidR="00D33902" w:rsidRPr="00D33902" w:rsidRDefault="00D33902" w:rsidP="00D33902">
      <w:pPr>
        <w:spacing w:after="0" w:line="240" w:lineRule="auto"/>
        <w:rPr>
          <w:rFonts w:ascii="Times New Roman" w:hAnsi="Times New Roman" w:cs="Times New Roman"/>
        </w:rPr>
      </w:pPr>
    </w:p>
    <w:p w14:paraId="0F5BC63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14. Ders: BES302 Çocuk Hastalıklarında Tıbbi Beslenme Tedavisi II</w:t>
      </w:r>
    </w:p>
    <w:p w14:paraId="4ECFFAC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F64E1E7" w14:textId="77777777" w:rsidTr="00F111D1">
        <w:trPr>
          <w:jc w:val="center"/>
        </w:trPr>
        <w:tc>
          <w:tcPr>
            <w:tcW w:w="3120" w:type="dxa"/>
            <w:shd w:val="clear" w:color="auto" w:fill="1F4E79"/>
            <w:tcMar>
              <w:top w:w="70" w:type="dxa"/>
              <w:left w:w="100" w:type="dxa"/>
              <w:bottom w:w="70" w:type="dxa"/>
              <w:right w:w="100" w:type="dxa"/>
            </w:tcMar>
          </w:tcPr>
          <w:p w14:paraId="1BD58DF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AB45AD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40D5AE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A71A936" w14:textId="77777777" w:rsidTr="00F111D1">
        <w:trPr>
          <w:jc w:val="center"/>
        </w:trPr>
        <w:tc>
          <w:tcPr>
            <w:tcW w:w="3120" w:type="dxa"/>
            <w:shd w:val="clear" w:color="auto" w:fill="F9FAFB"/>
            <w:tcMar>
              <w:top w:w="50" w:type="dxa"/>
              <w:left w:w="100" w:type="dxa"/>
              <w:bottom w:w="50" w:type="dxa"/>
              <w:right w:w="100" w:type="dxa"/>
            </w:tcMar>
          </w:tcPr>
          <w:p w14:paraId="4C3B25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40DE30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3CC29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4,71</w:t>
            </w:r>
          </w:p>
        </w:tc>
      </w:tr>
      <w:tr w:rsidR="00D33902" w:rsidRPr="00D33902" w14:paraId="44A02913" w14:textId="77777777" w:rsidTr="00F111D1">
        <w:trPr>
          <w:jc w:val="center"/>
        </w:trPr>
        <w:tc>
          <w:tcPr>
            <w:tcW w:w="3120" w:type="dxa"/>
            <w:shd w:val="clear" w:color="auto" w:fill="FFFFFF"/>
            <w:tcMar>
              <w:top w:w="50" w:type="dxa"/>
              <w:left w:w="100" w:type="dxa"/>
              <w:bottom w:w="50" w:type="dxa"/>
              <w:right w:w="100" w:type="dxa"/>
            </w:tcMar>
          </w:tcPr>
          <w:p w14:paraId="7575725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5AFE82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38698F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4,47</w:t>
            </w:r>
          </w:p>
        </w:tc>
      </w:tr>
      <w:tr w:rsidR="00D33902" w:rsidRPr="00D33902" w14:paraId="0000AA8A" w14:textId="77777777" w:rsidTr="00F111D1">
        <w:trPr>
          <w:jc w:val="center"/>
        </w:trPr>
        <w:tc>
          <w:tcPr>
            <w:tcW w:w="3120" w:type="dxa"/>
            <w:shd w:val="clear" w:color="auto" w:fill="F9FAFB"/>
            <w:tcMar>
              <w:top w:w="50" w:type="dxa"/>
              <w:left w:w="100" w:type="dxa"/>
              <w:bottom w:w="50" w:type="dxa"/>
              <w:right w:w="100" w:type="dxa"/>
            </w:tcMar>
          </w:tcPr>
          <w:p w14:paraId="4F54A6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D874C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4A7EDD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4,53</w:t>
            </w:r>
          </w:p>
        </w:tc>
      </w:tr>
      <w:tr w:rsidR="00D33902" w:rsidRPr="00D33902" w14:paraId="5A85C057" w14:textId="77777777" w:rsidTr="00F111D1">
        <w:trPr>
          <w:jc w:val="center"/>
        </w:trPr>
        <w:tc>
          <w:tcPr>
            <w:tcW w:w="3120" w:type="dxa"/>
            <w:shd w:val="clear" w:color="auto" w:fill="FFFFFF"/>
            <w:tcMar>
              <w:top w:w="50" w:type="dxa"/>
              <w:left w:w="100" w:type="dxa"/>
              <w:bottom w:w="50" w:type="dxa"/>
              <w:right w:w="100" w:type="dxa"/>
            </w:tcMar>
          </w:tcPr>
          <w:p w14:paraId="349B15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C9E214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196F36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4,35</w:t>
            </w:r>
          </w:p>
        </w:tc>
      </w:tr>
    </w:tbl>
    <w:p w14:paraId="58309D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1FD35D37" w14:textId="77777777" w:rsidTr="00F111D1">
        <w:trPr>
          <w:jc w:val="center"/>
        </w:trPr>
        <w:tc>
          <w:tcPr>
            <w:tcW w:w="4680" w:type="dxa"/>
            <w:shd w:val="clear" w:color="auto" w:fill="1F4E79"/>
            <w:tcMar>
              <w:top w:w="70" w:type="dxa"/>
              <w:left w:w="100" w:type="dxa"/>
              <w:bottom w:w="70" w:type="dxa"/>
              <w:right w:w="100" w:type="dxa"/>
            </w:tcMar>
          </w:tcPr>
          <w:p w14:paraId="5C1DC80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7D9031C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78A23C5F" w14:textId="77777777" w:rsidTr="00F111D1">
        <w:trPr>
          <w:jc w:val="center"/>
        </w:trPr>
        <w:tc>
          <w:tcPr>
            <w:tcW w:w="4680" w:type="dxa"/>
            <w:shd w:val="clear" w:color="auto" w:fill="F9FAFB"/>
            <w:tcMar>
              <w:top w:w="50" w:type="dxa"/>
              <w:left w:w="100" w:type="dxa"/>
              <w:bottom w:w="50" w:type="dxa"/>
              <w:right w:w="100" w:type="dxa"/>
            </w:tcMar>
          </w:tcPr>
          <w:p w14:paraId="0AABD56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7D27BD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4,53 saat</w:t>
            </w:r>
          </w:p>
        </w:tc>
      </w:tr>
      <w:tr w:rsidR="00D33902" w:rsidRPr="00D33902" w14:paraId="09E2DF68" w14:textId="77777777" w:rsidTr="00F111D1">
        <w:trPr>
          <w:jc w:val="center"/>
        </w:trPr>
        <w:tc>
          <w:tcPr>
            <w:tcW w:w="4680" w:type="dxa"/>
            <w:shd w:val="clear" w:color="auto" w:fill="FFFFFF"/>
            <w:tcMar>
              <w:top w:w="50" w:type="dxa"/>
              <w:left w:w="100" w:type="dxa"/>
              <w:bottom w:w="50" w:type="dxa"/>
              <w:right w:w="100" w:type="dxa"/>
            </w:tcMar>
          </w:tcPr>
          <w:p w14:paraId="02F310F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41DE580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5,25 saat</w:t>
            </w:r>
          </w:p>
        </w:tc>
      </w:tr>
      <w:tr w:rsidR="00D33902" w:rsidRPr="00D33902" w14:paraId="5725FDEF" w14:textId="77777777" w:rsidTr="00F111D1">
        <w:trPr>
          <w:jc w:val="center"/>
        </w:trPr>
        <w:tc>
          <w:tcPr>
            <w:tcW w:w="4680" w:type="dxa"/>
            <w:shd w:val="clear" w:color="auto" w:fill="F9FAFB"/>
            <w:tcMar>
              <w:top w:w="50" w:type="dxa"/>
              <w:left w:w="100" w:type="dxa"/>
              <w:bottom w:w="50" w:type="dxa"/>
              <w:right w:w="100" w:type="dxa"/>
            </w:tcMar>
          </w:tcPr>
          <w:p w14:paraId="5FA1565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B7B603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2,76 saat</w:t>
            </w:r>
          </w:p>
        </w:tc>
      </w:tr>
      <w:tr w:rsidR="00D33902" w:rsidRPr="00D33902" w14:paraId="1E794E7A" w14:textId="77777777" w:rsidTr="00F111D1">
        <w:trPr>
          <w:jc w:val="center"/>
        </w:trPr>
        <w:tc>
          <w:tcPr>
            <w:tcW w:w="4680" w:type="dxa"/>
            <w:shd w:val="clear" w:color="auto" w:fill="FFFFFF"/>
            <w:tcMar>
              <w:top w:w="50" w:type="dxa"/>
              <w:left w:w="100" w:type="dxa"/>
              <w:bottom w:w="50" w:type="dxa"/>
              <w:right w:w="100" w:type="dxa"/>
            </w:tcMar>
          </w:tcPr>
          <w:p w14:paraId="678B944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70C3B16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2,18 saat</w:t>
            </w:r>
          </w:p>
        </w:tc>
      </w:tr>
      <w:tr w:rsidR="00D33902" w:rsidRPr="00D33902" w14:paraId="73090287" w14:textId="77777777" w:rsidTr="00F111D1">
        <w:trPr>
          <w:jc w:val="center"/>
        </w:trPr>
        <w:tc>
          <w:tcPr>
            <w:tcW w:w="4680" w:type="dxa"/>
            <w:shd w:val="clear" w:color="auto" w:fill="F9FAFB"/>
            <w:tcMar>
              <w:top w:w="50" w:type="dxa"/>
              <w:left w:w="100" w:type="dxa"/>
              <w:bottom w:w="50" w:type="dxa"/>
              <w:right w:w="100" w:type="dxa"/>
            </w:tcMar>
          </w:tcPr>
          <w:p w14:paraId="2EC46F9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40FADD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13,94 saat</w:t>
            </w:r>
          </w:p>
        </w:tc>
      </w:tr>
      <w:tr w:rsidR="00D33902" w:rsidRPr="00D33902" w14:paraId="48D7435E" w14:textId="77777777" w:rsidTr="00F111D1">
        <w:trPr>
          <w:jc w:val="center"/>
        </w:trPr>
        <w:tc>
          <w:tcPr>
            <w:tcW w:w="4680" w:type="dxa"/>
            <w:shd w:val="clear" w:color="auto" w:fill="FFFFFF"/>
            <w:tcMar>
              <w:top w:w="50" w:type="dxa"/>
              <w:left w:w="100" w:type="dxa"/>
              <w:bottom w:w="50" w:type="dxa"/>
              <w:right w:w="100" w:type="dxa"/>
            </w:tcMar>
          </w:tcPr>
          <w:p w14:paraId="3BB2E54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5912FF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2,41 saat</w:t>
            </w:r>
          </w:p>
        </w:tc>
      </w:tr>
      <w:tr w:rsidR="00D33902" w:rsidRPr="00D33902" w14:paraId="0E214800" w14:textId="77777777" w:rsidTr="00F111D1">
        <w:trPr>
          <w:jc w:val="center"/>
        </w:trPr>
        <w:tc>
          <w:tcPr>
            <w:tcW w:w="4680" w:type="dxa"/>
            <w:shd w:val="clear" w:color="auto" w:fill="F9FAFB"/>
            <w:tcMar>
              <w:top w:w="50" w:type="dxa"/>
              <w:left w:w="100" w:type="dxa"/>
              <w:bottom w:w="50" w:type="dxa"/>
              <w:right w:w="100" w:type="dxa"/>
            </w:tcMar>
          </w:tcPr>
          <w:p w14:paraId="0540566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10404EF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 saat</w:t>
            </w:r>
          </w:p>
        </w:tc>
      </w:tr>
      <w:tr w:rsidR="00D33902" w:rsidRPr="00D33902" w14:paraId="2D3F4FF5" w14:textId="77777777" w:rsidTr="00F111D1">
        <w:trPr>
          <w:jc w:val="center"/>
        </w:trPr>
        <w:tc>
          <w:tcPr>
            <w:tcW w:w="4680" w:type="dxa"/>
            <w:shd w:val="clear" w:color="auto" w:fill="FFFFFF"/>
            <w:tcMar>
              <w:top w:w="50" w:type="dxa"/>
              <w:left w:w="100" w:type="dxa"/>
              <w:bottom w:w="50" w:type="dxa"/>
              <w:right w:w="100" w:type="dxa"/>
            </w:tcMar>
          </w:tcPr>
          <w:p w14:paraId="2DD3D05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31EB5C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19,76 saat</w:t>
            </w:r>
          </w:p>
        </w:tc>
      </w:tr>
    </w:tbl>
    <w:p w14:paraId="70EB26C5" w14:textId="77777777" w:rsidR="00D33902" w:rsidRPr="00D33902" w:rsidRDefault="00D33902" w:rsidP="00D33902">
      <w:pPr>
        <w:spacing w:after="0" w:line="240" w:lineRule="auto"/>
        <w:rPr>
          <w:rFonts w:ascii="Times New Roman" w:hAnsi="Times New Roman" w:cs="Times New Roman"/>
        </w:rPr>
      </w:pPr>
    </w:p>
    <w:p w14:paraId="083B39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D679CAD" w14:textId="77777777" w:rsidTr="00F111D1">
        <w:trPr>
          <w:jc w:val="center"/>
        </w:trPr>
        <w:tc>
          <w:tcPr>
            <w:tcW w:w="3120" w:type="dxa"/>
            <w:shd w:val="clear" w:color="auto" w:fill="1F4E79"/>
            <w:tcMar>
              <w:top w:w="70" w:type="dxa"/>
              <w:left w:w="100" w:type="dxa"/>
              <w:bottom w:w="70" w:type="dxa"/>
              <w:right w:w="100" w:type="dxa"/>
            </w:tcMar>
          </w:tcPr>
          <w:p w14:paraId="6312CC0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32A7FE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07902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0D2906D" w14:textId="77777777" w:rsidTr="00F111D1">
        <w:trPr>
          <w:jc w:val="center"/>
        </w:trPr>
        <w:tc>
          <w:tcPr>
            <w:tcW w:w="3120" w:type="dxa"/>
            <w:shd w:val="clear" w:color="auto" w:fill="F9FAFB"/>
            <w:tcMar>
              <w:top w:w="50" w:type="dxa"/>
              <w:left w:w="100" w:type="dxa"/>
              <w:bottom w:w="50" w:type="dxa"/>
              <w:right w:w="100" w:type="dxa"/>
            </w:tcMar>
          </w:tcPr>
          <w:p w14:paraId="3AF29B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836D5D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3AB6C5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2,41</w:t>
            </w:r>
          </w:p>
        </w:tc>
      </w:tr>
      <w:tr w:rsidR="00D33902" w:rsidRPr="00D33902" w14:paraId="59604858" w14:textId="77777777" w:rsidTr="00F111D1">
        <w:trPr>
          <w:jc w:val="center"/>
        </w:trPr>
        <w:tc>
          <w:tcPr>
            <w:tcW w:w="3120" w:type="dxa"/>
            <w:shd w:val="clear" w:color="auto" w:fill="FFFFFF"/>
            <w:tcMar>
              <w:top w:w="50" w:type="dxa"/>
              <w:left w:w="100" w:type="dxa"/>
              <w:bottom w:w="50" w:type="dxa"/>
              <w:right w:w="100" w:type="dxa"/>
            </w:tcMar>
          </w:tcPr>
          <w:p w14:paraId="78FB5B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DFF5AC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284AD1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3,35</w:t>
            </w:r>
          </w:p>
        </w:tc>
      </w:tr>
      <w:tr w:rsidR="00D33902" w:rsidRPr="00D33902" w14:paraId="0D359A07" w14:textId="77777777" w:rsidTr="00F111D1">
        <w:trPr>
          <w:jc w:val="center"/>
        </w:trPr>
        <w:tc>
          <w:tcPr>
            <w:tcW w:w="3120" w:type="dxa"/>
            <w:shd w:val="clear" w:color="auto" w:fill="F9FAFB"/>
            <w:tcMar>
              <w:top w:w="50" w:type="dxa"/>
              <w:left w:w="100" w:type="dxa"/>
              <w:bottom w:w="50" w:type="dxa"/>
              <w:right w:w="100" w:type="dxa"/>
            </w:tcMar>
          </w:tcPr>
          <w:p w14:paraId="5DC436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B755B5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703DC8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3,82</w:t>
            </w:r>
          </w:p>
        </w:tc>
      </w:tr>
      <w:tr w:rsidR="00D33902" w:rsidRPr="00D33902" w14:paraId="058A59B8" w14:textId="77777777" w:rsidTr="00F111D1">
        <w:trPr>
          <w:jc w:val="center"/>
        </w:trPr>
        <w:tc>
          <w:tcPr>
            <w:tcW w:w="3120" w:type="dxa"/>
            <w:shd w:val="clear" w:color="auto" w:fill="FFFFFF"/>
            <w:tcMar>
              <w:top w:w="50" w:type="dxa"/>
              <w:left w:w="100" w:type="dxa"/>
              <w:bottom w:w="50" w:type="dxa"/>
              <w:right w:w="100" w:type="dxa"/>
            </w:tcMar>
          </w:tcPr>
          <w:p w14:paraId="5C62C83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4A7153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28E573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3,18</w:t>
            </w:r>
          </w:p>
        </w:tc>
      </w:tr>
      <w:tr w:rsidR="00D33902" w:rsidRPr="00D33902" w14:paraId="7C98440D" w14:textId="77777777" w:rsidTr="00F111D1">
        <w:trPr>
          <w:jc w:val="center"/>
        </w:trPr>
        <w:tc>
          <w:tcPr>
            <w:tcW w:w="3120" w:type="dxa"/>
            <w:shd w:val="clear" w:color="auto" w:fill="F9FAFB"/>
            <w:tcMar>
              <w:top w:w="50" w:type="dxa"/>
              <w:left w:w="100" w:type="dxa"/>
              <w:bottom w:w="50" w:type="dxa"/>
              <w:right w:w="100" w:type="dxa"/>
            </w:tcMar>
          </w:tcPr>
          <w:p w14:paraId="27A0AD0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A19CBF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AB1A8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3,53</w:t>
            </w:r>
          </w:p>
        </w:tc>
      </w:tr>
      <w:tr w:rsidR="00D33902" w:rsidRPr="00D33902" w14:paraId="15C7ECC0" w14:textId="77777777" w:rsidTr="00F111D1">
        <w:trPr>
          <w:jc w:val="center"/>
        </w:trPr>
        <w:tc>
          <w:tcPr>
            <w:tcW w:w="3120" w:type="dxa"/>
            <w:shd w:val="clear" w:color="auto" w:fill="FFFFFF"/>
            <w:tcMar>
              <w:top w:w="50" w:type="dxa"/>
              <w:left w:w="100" w:type="dxa"/>
              <w:bottom w:w="50" w:type="dxa"/>
              <w:right w:w="100" w:type="dxa"/>
            </w:tcMar>
          </w:tcPr>
          <w:p w14:paraId="7877A5B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211DA5E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0972D7A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3,76</w:t>
            </w:r>
          </w:p>
        </w:tc>
      </w:tr>
      <w:tr w:rsidR="00D33902" w:rsidRPr="00D33902" w14:paraId="26443624" w14:textId="77777777" w:rsidTr="00F111D1">
        <w:trPr>
          <w:jc w:val="center"/>
        </w:trPr>
        <w:tc>
          <w:tcPr>
            <w:tcW w:w="3120" w:type="dxa"/>
            <w:shd w:val="clear" w:color="auto" w:fill="F9FAFB"/>
            <w:tcMar>
              <w:top w:w="50" w:type="dxa"/>
              <w:left w:w="100" w:type="dxa"/>
              <w:bottom w:w="50" w:type="dxa"/>
              <w:right w:w="100" w:type="dxa"/>
            </w:tcMar>
          </w:tcPr>
          <w:p w14:paraId="31D235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6856837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9FEFD3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3,53</w:t>
            </w:r>
          </w:p>
        </w:tc>
      </w:tr>
      <w:tr w:rsidR="00D33902" w:rsidRPr="00D33902" w14:paraId="4BBACB02" w14:textId="77777777" w:rsidTr="00F111D1">
        <w:trPr>
          <w:jc w:val="center"/>
        </w:trPr>
        <w:tc>
          <w:tcPr>
            <w:tcW w:w="3120" w:type="dxa"/>
            <w:shd w:val="clear" w:color="auto" w:fill="FFFFFF"/>
            <w:tcMar>
              <w:top w:w="50" w:type="dxa"/>
              <w:left w:w="100" w:type="dxa"/>
              <w:bottom w:w="50" w:type="dxa"/>
              <w:right w:w="100" w:type="dxa"/>
            </w:tcMar>
          </w:tcPr>
          <w:p w14:paraId="21DDC7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446598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29E4DB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3,71</w:t>
            </w:r>
          </w:p>
        </w:tc>
      </w:tr>
      <w:tr w:rsidR="00D33902" w:rsidRPr="00D33902" w14:paraId="018B555F" w14:textId="77777777" w:rsidTr="00F111D1">
        <w:trPr>
          <w:jc w:val="center"/>
        </w:trPr>
        <w:tc>
          <w:tcPr>
            <w:tcW w:w="3120" w:type="dxa"/>
            <w:shd w:val="clear" w:color="auto" w:fill="F9FAFB"/>
            <w:tcMar>
              <w:top w:w="50" w:type="dxa"/>
              <w:left w:w="100" w:type="dxa"/>
              <w:bottom w:w="50" w:type="dxa"/>
              <w:right w:w="100" w:type="dxa"/>
            </w:tcMar>
          </w:tcPr>
          <w:p w14:paraId="580AF9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38125A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3337DF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3,35</w:t>
            </w:r>
          </w:p>
        </w:tc>
      </w:tr>
      <w:tr w:rsidR="00D33902" w:rsidRPr="00D33902" w14:paraId="712E3B0E" w14:textId="77777777" w:rsidTr="00F111D1">
        <w:trPr>
          <w:jc w:val="center"/>
        </w:trPr>
        <w:tc>
          <w:tcPr>
            <w:tcW w:w="3120" w:type="dxa"/>
            <w:shd w:val="clear" w:color="auto" w:fill="FFFFFF"/>
            <w:tcMar>
              <w:top w:w="50" w:type="dxa"/>
              <w:left w:w="100" w:type="dxa"/>
              <w:bottom w:w="50" w:type="dxa"/>
              <w:right w:w="100" w:type="dxa"/>
            </w:tcMar>
          </w:tcPr>
          <w:p w14:paraId="5956D93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73D87D5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534DF7F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3,29</w:t>
            </w:r>
          </w:p>
        </w:tc>
      </w:tr>
      <w:tr w:rsidR="00D33902" w:rsidRPr="00D33902" w14:paraId="5E74832B" w14:textId="77777777" w:rsidTr="00F111D1">
        <w:trPr>
          <w:jc w:val="center"/>
        </w:trPr>
        <w:tc>
          <w:tcPr>
            <w:tcW w:w="3120" w:type="dxa"/>
            <w:shd w:val="clear" w:color="auto" w:fill="F9FAFB"/>
            <w:tcMar>
              <w:top w:w="50" w:type="dxa"/>
              <w:left w:w="100" w:type="dxa"/>
              <w:bottom w:w="50" w:type="dxa"/>
              <w:right w:w="100" w:type="dxa"/>
            </w:tcMar>
          </w:tcPr>
          <w:p w14:paraId="159C8C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31B7EA1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779D09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3,59</w:t>
            </w:r>
          </w:p>
        </w:tc>
      </w:tr>
      <w:tr w:rsidR="00D33902" w:rsidRPr="00D33902" w14:paraId="5A6B7511" w14:textId="77777777" w:rsidTr="00F111D1">
        <w:trPr>
          <w:jc w:val="center"/>
        </w:trPr>
        <w:tc>
          <w:tcPr>
            <w:tcW w:w="3120" w:type="dxa"/>
            <w:shd w:val="clear" w:color="auto" w:fill="FFFFFF"/>
            <w:tcMar>
              <w:top w:w="50" w:type="dxa"/>
              <w:left w:w="100" w:type="dxa"/>
              <w:bottom w:w="50" w:type="dxa"/>
              <w:right w:w="100" w:type="dxa"/>
            </w:tcMar>
          </w:tcPr>
          <w:p w14:paraId="36D8E16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394C5C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417FAF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4DC1B629" w14:textId="77777777" w:rsidTr="00F111D1">
        <w:trPr>
          <w:jc w:val="center"/>
        </w:trPr>
        <w:tc>
          <w:tcPr>
            <w:tcW w:w="3120" w:type="dxa"/>
            <w:shd w:val="clear" w:color="auto" w:fill="F9FAFB"/>
            <w:tcMar>
              <w:top w:w="50" w:type="dxa"/>
              <w:left w:w="100" w:type="dxa"/>
              <w:bottom w:w="50" w:type="dxa"/>
              <w:right w:w="100" w:type="dxa"/>
            </w:tcMar>
          </w:tcPr>
          <w:p w14:paraId="6776E3D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57109B8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332C839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3,29</w:t>
            </w:r>
          </w:p>
        </w:tc>
      </w:tr>
      <w:tr w:rsidR="00D33902" w:rsidRPr="00D33902" w14:paraId="5D68FDF6" w14:textId="77777777" w:rsidTr="00F111D1">
        <w:trPr>
          <w:jc w:val="center"/>
        </w:trPr>
        <w:tc>
          <w:tcPr>
            <w:tcW w:w="3120" w:type="dxa"/>
            <w:shd w:val="clear" w:color="auto" w:fill="FFFFFF"/>
            <w:tcMar>
              <w:top w:w="50" w:type="dxa"/>
              <w:left w:w="100" w:type="dxa"/>
              <w:bottom w:w="50" w:type="dxa"/>
              <w:right w:w="100" w:type="dxa"/>
            </w:tcMar>
          </w:tcPr>
          <w:p w14:paraId="1B762F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007C9A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65CF51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3,29</w:t>
            </w:r>
          </w:p>
        </w:tc>
      </w:tr>
    </w:tbl>
    <w:p w14:paraId="1FE3BA6F" w14:textId="77777777" w:rsidR="00D33902" w:rsidRPr="00D33902" w:rsidRDefault="00D33902" w:rsidP="00D33902">
      <w:pPr>
        <w:spacing w:after="0" w:line="240" w:lineRule="auto"/>
        <w:rPr>
          <w:rFonts w:ascii="Times New Roman" w:hAnsi="Times New Roman" w:cs="Times New Roman"/>
        </w:rPr>
      </w:pPr>
    </w:p>
    <w:p w14:paraId="7E73F5A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FDA1537" w14:textId="77777777" w:rsidTr="00F111D1">
        <w:trPr>
          <w:jc w:val="center"/>
        </w:trPr>
        <w:tc>
          <w:tcPr>
            <w:tcW w:w="3120" w:type="dxa"/>
            <w:shd w:val="clear" w:color="auto" w:fill="1F4E79"/>
            <w:tcMar>
              <w:top w:w="70" w:type="dxa"/>
              <w:left w:w="100" w:type="dxa"/>
              <w:bottom w:w="70" w:type="dxa"/>
              <w:right w:w="100" w:type="dxa"/>
            </w:tcMar>
          </w:tcPr>
          <w:p w14:paraId="41A43D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4CD6B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67A8BF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003350C" w14:textId="77777777" w:rsidTr="00F111D1">
        <w:trPr>
          <w:jc w:val="center"/>
        </w:trPr>
        <w:tc>
          <w:tcPr>
            <w:tcW w:w="3120" w:type="dxa"/>
            <w:shd w:val="clear" w:color="auto" w:fill="F9FAFB"/>
            <w:tcMar>
              <w:top w:w="50" w:type="dxa"/>
              <w:left w:w="100" w:type="dxa"/>
              <w:bottom w:w="50" w:type="dxa"/>
              <w:right w:w="100" w:type="dxa"/>
            </w:tcMar>
          </w:tcPr>
          <w:p w14:paraId="7C6CC3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39BEF3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4034AD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4,06</w:t>
            </w:r>
          </w:p>
        </w:tc>
      </w:tr>
      <w:tr w:rsidR="00D33902" w:rsidRPr="00D33902" w14:paraId="79CC30C1" w14:textId="77777777" w:rsidTr="00F111D1">
        <w:trPr>
          <w:jc w:val="center"/>
        </w:trPr>
        <w:tc>
          <w:tcPr>
            <w:tcW w:w="3120" w:type="dxa"/>
            <w:shd w:val="clear" w:color="auto" w:fill="FFFFFF"/>
            <w:tcMar>
              <w:top w:w="50" w:type="dxa"/>
              <w:left w:w="100" w:type="dxa"/>
              <w:bottom w:w="50" w:type="dxa"/>
              <w:right w:w="100" w:type="dxa"/>
            </w:tcMar>
          </w:tcPr>
          <w:p w14:paraId="5616F6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49F7E6F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4663B2B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3,94</w:t>
            </w:r>
          </w:p>
        </w:tc>
      </w:tr>
      <w:tr w:rsidR="00D33902" w:rsidRPr="00D33902" w14:paraId="21A4D4C3" w14:textId="77777777" w:rsidTr="00F111D1">
        <w:trPr>
          <w:jc w:val="center"/>
        </w:trPr>
        <w:tc>
          <w:tcPr>
            <w:tcW w:w="3120" w:type="dxa"/>
            <w:shd w:val="clear" w:color="auto" w:fill="F9FAFB"/>
            <w:tcMar>
              <w:top w:w="50" w:type="dxa"/>
              <w:left w:w="100" w:type="dxa"/>
              <w:bottom w:w="50" w:type="dxa"/>
              <w:right w:w="100" w:type="dxa"/>
            </w:tcMar>
          </w:tcPr>
          <w:p w14:paraId="29775C3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31A816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0AE22B5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3,88</w:t>
            </w:r>
          </w:p>
        </w:tc>
      </w:tr>
      <w:tr w:rsidR="00D33902" w:rsidRPr="00D33902" w14:paraId="62D19296" w14:textId="77777777" w:rsidTr="00F111D1">
        <w:trPr>
          <w:jc w:val="center"/>
        </w:trPr>
        <w:tc>
          <w:tcPr>
            <w:tcW w:w="3120" w:type="dxa"/>
            <w:shd w:val="clear" w:color="auto" w:fill="FFFFFF"/>
            <w:tcMar>
              <w:top w:w="50" w:type="dxa"/>
              <w:left w:w="100" w:type="dxa"/>
              <w:bottom w:w="50" w:type="dxa"/>
              <w:right w:w="100" w:type="dxa"/>
            </w:tcMar>
          </w:tcPr>
          <w:p w14:paraId="4B830C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D9153D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4B49A1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3,24</w:t>
            </w:r>
          </w:p>
        </w:tc>
      </w:tr>
      <w:tr w:rsidR="00D33902" w:rsidRPr="00D33902" w14:paraId="58ECED7D" w14:textId="77777777" w:rsidTr="00F111D1">
        <w:trPr>
          <w:jc w:val="center"/>
        </w:trPr>
        <w:tc>
          <w:tcPr>
            <w:tcW w:w="3120" w:type="dxa"/>
            <w:shd w:val="clear" w:color="auto" w:fill="F9FAFB"/>
            <w:tcMar>
              <w:top w:w="50" w:type="dxa"/>
              <w:left w:w="100" w:type="dxa"/>
              <w:bottom w:w="50" w:type="dxa"/>
              <w:right w:w="100" w:type="dxa"/>
            </w:tcMar>
          </w:tcPr>
          <w:p w14:paraId="1CF15F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2DC532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096DEB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bl>
    <w:p w14:paraId="145FC627" w14:textId="77777777" w:rsidR="00D33902" w:rsidRPr="00D33902" w:rsidRDefault="00D33902" w:rsidP="00D33902">
      <w:pPr>
        <w:spacing w:after="0" w:line="240" w:lineRule="auto"/>
        <w:rPr>
          <w:rFonts w:ascii="Times New Roman" w:hAnsi="Times New Roman" w:cs="Times New Roman"/>
        </w:rPr>
      </w:pPr>
    </w:p>
    <w:p w14:paraId="394195A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15. Ders: BES304 Yetişkin Hastalıklarında Beslenme-II</w:t>
      </w:r>
    </w:p>
    <w:p w14:paraId="2417903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CDA7DD8" w14:textId="77777777" w:rsidTr="00F111D1">
        <w:trPr>
          <w:jc w:val="center"/>
        </w:trPr>
        <w:tc>
          <w:tcPr>
            <w:tcW w:w="3120" w:type="dxa"/>
            <w:shd w:val="clear" w:color="auto" w:fill="1F4E79"/>
            <w:tcMar>
              <w:top w:w="70" w:type="dxa"/>
              <w:left w:w="100" w:type="dxa"/>
              <w:bottom w:w="70" w:type="dxa"/>
              <w:right w:w="100" w:type="dxa"/>
            </w:tcMar>
          </w:tcPr>
          <w:p w14:paraId="370593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BF9AF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64D4A5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FE8234A" w14:textId="77777777" w:rsidTr="00F111D1">
        <w:trPr>
          <w:jc w:val="center"/>
        </w:trPr>
        <w:tc>
          <w:tcPr>
            <w:tcW w:w="3120" w:type="dxa"/>
            <w:shd w:val="clear" w:color="auto" w:fill="F9FAFB"/>
            <w:tcMar>
              <w:top w:w="50" w:type="dxa"/>
              <w:left w:w="100" w:type="dxa"/>
              <w:bottom w:w="50" w:type="dxa"/>
              <w:right w:w="100" w:type="dxa"/>
            </w:tcMar>
          </w:tcPr>
          <w:p w14:paraId="751A92F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7861E1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0F3C85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4,77</w:t>
            </w:r>
          </w:p>
        </w:tc>
      </w:tr>
      <w:tr w:rsidR="00D33902" w:rsidRPr="00D33902" w14:paraId="431B087B" w14:textId="77777777" w:rsidTr="00F111D1">
        <w:trPr>
          <w:jc w:val="center"/>
        </w:trPr>
        <w:tc>
          <w:tcPr>
            <w:tcW w:w="3120" w:type="dxa"/>
            <w:shd w:val="clear" w:color="auto" w:fill="FFFFFF"/>
            <w:tcMar>
              <w:top w:w="50" w:type="dxa"/>
              <w:left w:w="100" w:type="dxa"/>
              <w:bottom w:w="50" w:type="dxa"/>
              <w:right w:w="100" w:type="dxa"/>
            </w:tcMar>
          </w:tcPr>
          <w:p w14:paraId="279E839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72BB43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32AD72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4,69</w:t>
            </w:r>
          </w:p>
        </w:tc>
      </w:tr>
      <w:tr w:rsidR="00D33902" w:rsidRPr="00D33902" w14:paraId="39B271A6" w14:textId="77777777" w:rsidTr="00F111D1">
        <w:trPr>
          <w:jc w:val="center"/>
        </w:trPr>
        <w:tc>
          <w:tcPr>
            <w:tcW w:w="3120" w:type="dxa"/>
            <w:shd w:val="clear" w:color="auto" w:fill="F9FAFB"/>
            <w:tcMar>
              <w:top w:w="50" w:type="dxa"/>
              <w:left w:w="100" w:type="dxa"/>
              <w:bottom w:w="50" w:type="dxa"/>
              <w:right w:w="100" w:type="dxa"/>
            </w:tcMar>
          </w:tcPr>
          <w:p w14:paraId="7F212BE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69D1E5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44A2EE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4,77</w:t>
            </w:r>
          </w:p>
        </w:tc>
      </w:tr>
      <w:tr w:rsidR="00D33902" w:rsidRPr="00D33902" w14:paraId="10D6A12B" w14:textId="77777777" w:rsidTr="00F111D1">
        <w:trPr>
          <w:jc w:val="center"/>
        </w:trPr>
        <w:tc>
          <w:tcPr>
            <w:tcW w:w="3120" w:type="dxa"/>
            <w:shd w:val="clear" w:color="auto" w:fill="FFFFFF"/>
            <w:tcMar>
              <w:top w:w="50" w:type="dxa"/>
              <w:left w:w="100" w:type="dxa"/>
              <w:bottom w:w="50" w:type="dxa"/>
              <w:right w:w="100" w:type="dxa"/>
            </w:tcMar>
          </w:tcPr>
          <w:p w14:paraId="0DBEAD3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70814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3C151B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4,54</w:t>
            </w:r>
          </w:p>
        </w:tc>
      </w:tr>
    </w:tbl>
    <w:p w14:paraId="14F1B1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65B370C" w14:textId="77777777" w:rsidTr="00F111D1">
        <w:trPr>
          <w:jc w:val="center"/>
        </w:trPr>
        <w:tc>
          <w:tcPr>
            <w:tcW w:w="4680" w:type="dxa"/>
            <w:shd w:val="clear" w:color="auto" w:fill="1F4E79"/>
            <w:tcMar>
              <w:top w:w="70" w:type="dxa"/>
              <w:left w:w="100" w:type="dxa"/>
              <w:bottom w:w="70" w:type="dxa"/>
              <w:right w:w="100" w:type="dxa"/>
            </w:tcMar>
          </w:tcPr>
          <w:p w14:paraId="172910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1D6FD56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4C7CCBE3" w14:textId="77777777" w:rsidTr="00F111D1">
        <w:trPr>
          <w:jc w:val="center"/>
        </w:trPr>
        <w:tc>
          <w:tcPr>
            <w:tcW w:w="4680" w:type="dxa"/>
            <w:shd w:val="clear" w:color="auto" w:fill="F9FAFB"/>
            <w:tcMar>
              <w:top w:w="50" w:type="dxa"/>
              <w:left w:w="100" w:type="dxa"/>
              <w:bottom w:w="50" w:type="dxa"/>
              <w:right w:w="100" w:type="dxa"/>
            </w:tcMar>
          </w:tcPr>
          <w:p w14:paraId="545BA4A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5AC82D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 saat</w:t>
            </w:r>
          </w:p>
        </w:tc>
      </w:tr>
      <w:tr w:rsidR="00D33902" w:rsidRPr="00D33902" w14:paraId="469BAAEA" w14:textId="77777777" w:rsidTr="00F111D1">
        <w:trPr>
          <w:jc w:val="center"/>
        </w:trPr>
        <w:tc>
          <w:tcPr>
            <w:tcW w:w="4680" w:type="dxa"/>
            <w:shd w:val="clear" w:color="auto" w:fill="FFFFFF"/>
            <w:tcMar>
              <w:top w:w="50" w:type="dxa"/>
              <w:left w:w="100" w:type="dxa"/>
              <w:bottom w:w="50" w:type="dxa"/>
              <w:right w:w="100" w:type="dxa"/>
            </w:tcMar>
          </w:tcPr>
          <w:p w14:paraId="6AA6A2E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15C5215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5,58 saat</w:t>
            </w:r>
          </w:p>
        </w:tc>
      </w:tr>
      <w:tr w:rsidR="00D33902" w:rsidRPr="00D33902" w14:paraId="641A7832" w14:textId="77777777" w:rsidTr="00F111D1">
        <w:trPr>
          <w:jc w:val="center"/>
        </w:trPr>
        <w:tc>
          <w:tcPr>
            <w:tcW w:w="4680" w:type="dxa"/>
            <w:shd w:val="clear" w:color="auto" w:fill="F9FAFB"/>
            <w:tcMar>
              <w:top w:w="50" w:type="dxa"/>
              <w:left w:w="100" w:type="dxa"/>
              <w:bottom w:w="50" w:type="dxa"/>
              <w:right w:w="100" w:type="dxa"/>
            </w:tcMar>
          </w:tcPr>
          <w:p w14:paraId="5CF8BD5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D8436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7,58 saat</w:t>
            </w:r>
          </w:p>
        </w:tc>
      </w:tr>
      <w:tr w:rsidR="00D33902" w:rsidRPr="00D33902" w14:paraId="5AE2D551" w14:textId="77777777" w:rsidTr="00F111D1">
        <w:trPr>
          <w:jc w:val="center"/>
        </w:trPr>
        <w:tc>
          <w:tcPr>
            <w:tcW w:w="4680" w:type="dxa"/>
            <w:shd w:val="clear" w:color="auto" w:fill="FFFFFF"/>
            <w:tcMar>
              <w:top w:w="50" w:type="dxa"/>
              <w:left w:w="100" w:type="dxa"/>
              <w:bottom w:w="50" w:type="dxa"/>
              <w:right w:w="100" w:type="dxa"/>
            </w:tcMar>
          </w:tcPr>
          <w:p w14:paraId="6682107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26BDD00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2,38 saat</w:t>
            </w:r>
          </w:p>
        </w:tc>
      </w:tr>
      <w:tr w:rsidR="00D33902" w:rsidRPr="00D33902" w14:paraId="068D0C6C" w14:textId="77777777" w:rsidTr="00F111D1">
        <w:trPr>
          <w:jc w:val="center"/>
        </w:trPr>
        <w:tc>
          <w:tcPr>
            <w:tcW w:w="4680" w:type="dxa"/>
            <w:shd w:val="clear" w:color="auto" w:fill="F9FAFB"/>
            <w:tcMar>
              <w:top w:w="50" w:type="dxa"/>
              <w:left w:w="100" w:type="dxa"/>
              <w:bottom w:w="50" w:type="dxa"/>
              <w:right w:w="100" w:type="dxa"/>
            </w:tcMar>
          </w:tcPr>
          <w:p w14:paraId="4B1E5B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66A5ED4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15,67 saat</w:t>
            </w:r>
          </w:p>
        </w:tc>
      </w:tr>
      <w:tr w:rsidR="00D33902" w:rsidRPr="00D33902" w14:paraId="4CBD3B96" w14:textId="77777777" w:rsidTr="00F111D1">
        <w:trPr>
          <w:jc w:val="center"/>
        </w:trPr>
        <w:tc>
          <w:tcPr>
            <w:tcW w:w="4680" w:type="dxa"/>
            <w:shd w:val="clear" w:color="auto" w:fill="FFFFFF"/>
            <w:tcMar>
              <w:top w:w="50" w:type="dxa"/>
              <w:left w:w="100" w:type="dxa"/>
              <w:bottom w:w="50" w:type="dxa"/>
              <w:right w:w="100" w:type="dxa"/>
            </w:tcMar>
          </w:tcPr>
          <w:p w14:paraId="6C224B3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7AACA83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4,31 saat</w:t>
            </w:r>
          </w:p>
        </w:tc>
      </w:tr>
      <w:tr w:rsidR="00D33902" w:rsidRPr="00D33902" w14:paraId="211A0AF8" w14:textId="77777777" w:rsidTr="00F111D1">
        <w:trPr>
          <w:jc w:val="center"/>
        </w:trPr>
        <w:tc>
          <w:tcPr>
            <w:tcW w:w="4680" w:type="dxa"/>
            <w:shd w:val="clear" w:color="auto" w:fill="F9FAFB"/>
            <w:tcMar>
              <w:top w:w="50" w:type="dxa"/>
              <w:left w:w="100" w:type="dxa"/>
              <w:bottom w:w="50" w:type="dxa"/>
              <w:right w:w="100" w:type="dxa"/>
            </w:tcMar>
          </w:tcPr>
          <w:p w14:paraId="12A3D6F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327A83A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 saat</w:t>
            </w:r>
          </w:p>
        </w:tc>
      </w:tr>
      <w:tr w:rsidR="00D33902" w:rsidRPr="00D33902" w14:paraId="53D8B042" w14:textId="77777777" w:rsidTr="00F111D1">
        <w:trPr>
          <w:jc w:val="center"/>
        </w:trPr>
        <w:tc>
          <w:tcPr>
            <w:tcW w:w="4680" w:type="dxa"/>
            <w:shd w:val="clear" w:color="auto" w:fill="FFFFFF"/>
            <w:tcMar>
              <w:top w:w="50" w:type="dxa"/>
              <w:left w:w="100" w:type="dxa"/>
              <w:bottom w:w="50" w:type="dxa"/>
              <w:right w:w="100" w:type="dxa"/>
            </w:tcMar>
          </w:tcPr>
          <w:p w14:paraId="7F23896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115A64C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22,83 saat</w:t>
            </w:r>
          </w:p>
        </w:tc>
      </w:tr>
    </w:tbl>
    <w:p w14:paraId="3AEEB3E3" w14:textId="77777777" w:rsidR="00D33902" w:rsidRPr="00D33902" w:rsidRDefault="00D33902" w:rsidP="00D33902">
      <w:pPr>
        <w:spacing w:after="0" w:line="240" w:lineRule="auto"/>
        <w:rPr>
          <w:rFonts w:ascii="Times New Roman" w:hAnsi="Times New Roman" w:cs="Times New Roman"/>
        </w:rPr>
      </w:pPr>
    </w:p>
    <w:p w14:paraId="7277D2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2DF13A91" w14:textId="77777777" w:rsidTr="00F111D1">
        <w:trPr>
          <w:jc w:val="center"/>
        </w:trPr>
        <w:tc>
          <w:tcPr>
            <w:tcW w:w="3120" w:type="dxa"/>
            <w:shd w:val="clear" w:color="auto" w:fill="1F4E79"/>
            <w:tcMar>
              <w:top w:w="70" w:type="dxa"/>
              <w:left w:w="100" w:type="dxa"/>
              <w:bottom w:w="70" w:type="dxa"/>
              <w:right w:w="100" w:type="dxa"/>
            </w:tcMar>
          </w:tcPr>
          <w:p w14:paraId="79C4D4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F0A494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8A932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0B3C174" w14:textId="77777777" w:rsidTr="00F111D1">
        <w:trPr>
          <w:jc w:val="center"/>
        </w:trPr>
        <w:tc>
          <w:tcPr>
            <w:tcW w:w="3120" w:type="dxa"/>
            <w:shd w:val="clear" w:color="auto" w:fill="F9FAFB"/>
            <w:tcMar>
              <w:top w:w="50" w:type="dxa"/>
              <w:left w:w="100" w:type="dxa"/>
              <w:bottom w:w="50" w:type="dxa"/>
              <w:right w:w="100" w:type="dxa"/>
            </w:tcMar>
          </w:tcPr>
          <w:p w14:paraId="1A60A8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92BA44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6A497FA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5CD8223C" w14:textId="77777777" w:rsidTr="00F111D1">
        <w:trPr>
          <w:jc w:val="center"/>
        </w:trPr>
        <w:tc>
          <w:tcPr>
            <w:tcW w:w="3120" w:type="dxa"/>
            <w:shd w:val="clear" w:color="auto" w:fill="FFFFFF"/>
            <w:tcMar>
              <w:top w:w="50" w:type="dxa"/>
              <w:left w:w="100" w:type="dxa"/>
              <w:bottom w:w="50" w:type="dxa"/>
              <w:right w:w="100" w:type="dxa"/>
            </w:tcMar>
          </w:tcPr>
          <w:p w14:paraId="2B113C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F39D8C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793E0F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4,54</w:t>
            </w:r>
          </w:p>
        </w:tc>
      </w:tr>
      <w:tr w:rsidR="00D33902" w:rsidRPr="00D33902" w14:paraId="4647D315" w14:textId="77777777" w:rsidTr="00F111D1">
        <w:trPr>
          <w:jc w:val="center"/>
        </w:trPr>
        <w:tc>
          <w:tcPr>
            <w:tcW w:w="3120" w:type="dxa"/>
            <w:shd w:val="clear" w:color="auto" w:fill="F9FAFB"/>
            <w:tcMar>
              <w:top w:w="50" w:type="dxa"/>
              <w:left w:w="100" w:type="dxa"/>
              <w:bottom w:w="50" w:type="dxa"/>
              <w:right w:w="100" w:type="dxa"/>
            </w:tcMar>
          </w:tcPr>
          <w:p w14:paraId="6AA6345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53287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7E7AC0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4,77</w:t>
            </w:r>
          </w:p>
        </w:tc>
      </w:tr>
      <w:tr w:rsidR="00D33902" w:rsidRPr="00D33902" w14:paraId="5D97DE15" w14:textId="77777777" w:rsidTr="00F111D1">
        <w:trPr>
          <w:jc w:val="center"/>
        </w:trPr>
        <w:tc>
          <w:tcPr>
            <w:tcW w:w="3120" w:type="dxa"/>
            <w:shd w:val="clear" w:color="auto" w:fill="FFFFFF"/>
            <w:tcMar>
              <w:top w:w="50" w:type="dxa"/>
              <w:left w:w="100" w:type="dxa"/>
              <w:bottom w:w="50" w:type="dxa"/>
              <w:right w:w="100" w:type="dxa"/>
            </w:tcMar>
          </w:tcPr>
          <w:p w14:paraId="4C79B3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73D7058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1AFC56B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4,31</w:t>
            </w:r>
          </w:p>
        </w:tc>
      </w:tr>
      <w:tr w:rsidR="00D33902" w:rsidRPr="00D33902" w14:paraId="67342FB3" w14:textId="77777777" w:rsidTr="00F111D1">
        <w:trPr>
          <w:jc w:val="center"/>
        </w:trPr>
        <w:tc>
          <w:tcPr>
            <w:tcW w:w="3120" w:type="dxa"/>
            <w:shd w:val="clear" w:color="auto" w:fill="F9FAFB"/>
            <w:tcMar>
              <w:top w:w="50" w:type="dxa"/>
              <w:left w:w="100" w:type="dxa"/>
              <w:bottom w:w="50" w:type="dxa"/>
              <w:right w:w="100" w:type="dxa"/>
            </w:tcMar>
          </w:tcPr>
          <w:p w14:paraId="262FB48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F2D844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03834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4,31</w:t>
            </w:r>
          </w:p>
        </w:tc>
      </w:tr>
      <w:tr w:rsidR="00D33902" w:rsidRPr="00D33902" w14:paraId="13378DF2" w14:textId="77777777" w:rsidTr="00F111D1">
        <w:trPr>
          <w:jc w:val="center"/>
        </w:trPr>
        <w:tc>
          <w:tcPr>
            <w:tcW w:w="3120" w:type="dxa"/>
            <w:shd w:val="clear" w:color="auto" w:fill="FFFFFF"/>
            <w:tcMar>
              <w:top w:w="50" w:type="dxa"/>
              <w:left w:w="100" w:type="dxa"/>
              <w:bottom w:w="50" w:type="dxa"/>
              <w:right w:w="100" w:type="dxa"/>
            </w:tcMar>
          </w:tcPr>
          <w:p w14:paraId="5816C6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7CD6CD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578E900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4,23</w:t>
            </w:r>
          </w:p>
        </w:tc>
      </w:tr>
      <w:tr w:rsidR="00D33902" w:rsidRPr="00D33902" w14:paraId="67F6ED34" w14:textId="77777777" w:rsidTr="00F111D1">
        <w:trPr>
          <w:jc w:val="center"/>
        </w:trPr>
        <w:tc>
          <w:tcPr>
            <w:tcW w:w="3120" w:type="dxa"/>
            <w:shd w:val="clear" w:color="auto" w:fill="F9FAFB"/>
            <w:tcMar>
              <w:top w:w="50" w:type="dxa"/>
              <w:left w:w="100" w:type="dxa"/>
              <w:bottom w:w="50" w:type="dxa"/>
              <w:right w:w="100" w:type="dxa"/>
            </w:tcMar>
          </w:tcPr>
          <w:p w14:paraId="554D41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0FE9BF9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156893B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4,23</w:t>
            </w:r>
          </w:p>
        </w:tc>
      </w:tr>
      <w:tr w:rsidR="00D33902" w:rsidRPr="00D33902" w14:paraId="4897BE8A" w14:textId="77777777" w:rsidTr="00F111D1">
        <w:trPr>
          <w:jc w:val="center"/>
        </w:trPr>
        <w:tc>
          <w:tcPr>
            <w:tcW w:w="3120" w:type="dxa"/>
            <w:shd w:val="clear" w:color="auto" w:fill="FFFFFF"/>
            <w:tcMar>
              <w:top w:w="50" w:type="dxa"/>
              <w:left w:w="100" w:type="dxa"/>
              <w:bottom w:w="50" w:type="dxa"/>
              <w:right w:w="100" w:type="dxa"/>
            </w:tcMar>
          </w:tcPr>
          <w:p w14:paraId="06F6C0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43329C9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07AE665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4,31</w:t>
            </w:r>
          </w:p>
        </w:tc>
      </w:tr>
      <w:tr w:rsidR="00D33902" w:rsidRPr="00D33902" w14:paraId="78206ED3" w14:textId="77777777" w:rsidTr="00F111D1">
        <w:trPr>
          <w:jc w:val="center"/>
        </w:trPr>
        <w:tc>
          <w:tcPr>
            <w:tcW w:w="3120" w:type="dxa"/>
            <w:shd w:val="clear" w:color="auto" w:fill="F9FAFB"/>
            <w:tcMar>
              <w:top w:w="50" w:type="dxa"/>
              <w:left w:w="100" w:type="dxa"/>
              <w:bottom w:w="50" w:type="dxa"/>
              <w:right w:w="100" w:type="dxa"/>
            </w:tcMar>
          </w:tcPr>
          <w:p w14:paraId="007585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379B093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51BDC44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4,46</w:t>
            </w:r>
          </w:p>
        </w:tc>
      </w:tr>
      <w:tr w:rsidR="00D33902" w:rsidRPr="00D33902" w14:paraId="769F2AB5" w14:textId="77777777" w:rsidTr="00F111D1">
        <w:trPr>
          <w:jc w:val="center"/>
        </w:trPr>
        <w:tc>
          <w:tcPr>
            <w:tcW w:w="3120" w:type="dxa"/>
            <w:shd w:val="clear" w:color="auto" w:fill="FFFFFF"/>
            <w:tcMar>
              <w:top w:w="50" w:type="dxa"/>
              <w:left w:w="100" w:type="dxa"/>
              <w:bottom w:w="50" w:type="dxa"/>
              <w:right w:w="100" w:type="dxa"/>
            </w:tcMar>
          </w:tcPr>
          <w:p w14:paraId="0F487E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6B3C0D1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79CE339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3,92</w:t>
            </w:r>
          </w:p>
        </w:tc>
      </w:tr>
      <w:tr w:rsidR="00D33902" w:rsidRPr="00D33902" w14:paraId="5D5BE3CF" w14:textId="77777777" w:rsidTr="00F111D1">
        <w:trPr>
          <w:jc w:val="center"/>
        </w:trPr>
        <w:tc>
          <w:tcPr>
            <w:tcW w:w="3120" w:type="dxa"/>
            <w:shd w:val="clear" w:color="auto" w:fill="F9FAFB"/>
            <w:tcMar>
              <w:top w:w="50" w:type="dxa"/>
              <w:left w:w="100" w:type="dxa"/>
              <w:bottom w:w="50" w:type="dxa"/>
              <w:right w:w="100" w:type="dxa"/>
            </w:tcMar>
          </w:tcPr>
          <w:p w14:paraId="53365AC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6744D22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563F819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3,69</w:t>
            </w:r>
          </w:p>
        </w:tc>
      </w:tr>
      <w:tr w:rsidR="00D33902" w:rsidRPr="00D33902" w14:paraId="0254B90C" w14:textId="77777777" w:rsidTr="00F111D1">
        <w:trPr>
          <w:jc w:val="center"/>
        </w:trPr>
        <w:tc>
          <w:tcPr>
            <w:tcW w:w="3120" w:type="dxa"/>
            <w:shd w:val="clear" w:color="auto" w:fill="FFFFFF"/>
            <w:tcMar>
              <w:top w:w="50" w:type="dxa"/>
              <w:left w:w="100" w:type="dxa"/>
              <w:bottom w:w="50" w:type="dxa"/>
              <w:right w:w="100" w:type="dxa"/>
            </w:tcMar>
          </w:tcPr>
          <w:p w14:paraId="293F67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0072512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3CA0DD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4,38</w:t>
            </w:r>
          </w:p>
        </w:tc>
      </w:tr>
      <w:tr w:rsidR="00D33902" w:rsidRPr="00D33902" w14:paraId="3401C0C5" w14:textId="77777777" w:rsidTr="00F111D1">
        <w:trPr>
          <w:jc w:val="center"/>
        </w:trPr>
        <w:tc>
          <w:tcPr>
            <w:tcW w:w="3120" w:type="dxa"/>
            <w:shd w:val="clear" w:color="auto" w:fill="F9FAFB"/>
            <w:tcMar>
              <w:top w:w="50" w:type="dxa"/>
              <w:left w:w="100" w:type="dxa"/>
              <w:bottom w:w="50" w:type="dxa"/>
              <w:right w:w="100" w:type="dxa"/>
            </w:tcMar>
          </w:tcPr>
          <w:p w14:paraId="074BA3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7BC4A5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4214D37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4,23</w:t>
            </w:r>
          </w:p>
        </w:tc>
      </w:tr>
      <w:tr w:rsidR="00D33902" w:rsidRPr="00D33902" w14:paraId="78FACED7" w14:textId="77777777" w:rsidTr="00F111D1">
        <w:trPr>
          <w:jc w:val="center"/>
        </w:trPr>
        <w:tc>
          <w:tcPr>
            <w:tcW w:w="3120" w:type="dxa"/>
            <w:shd w:val="clear" w:color="auto" w:fill="FFFFFF"/>
            <w:tcMar>
              <w:top w:w="50" w:type="dxa"/>
              <w:left w:w="100" w:type="dxa"/>
              <w:bottom w:w="50" w:type="dxa"/>
              <w:right w:w="100" w:type="dxa"/>
            </w:tcMar>
          </w:tcPr>
          <w:p w14:paraId="424D0A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20876F5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06C61A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3,77</w:t>
            </w:r>
          </w:p>
        </w:tc>
      </w:tr>
    </w:tbl>
    <w:p w14:paraId="48DE0671" w14:textId="77777777" w:rsidR="00D33902" w:rsidRPr="00D33902" w:rsidRDefault="00D33902" w:rsidP="00D33902">
      <w:pPr>
        <w:spacing w:after="0" w:line="240" w:lineRule="auto"/>
        <w:rPr>
          <w:rFonts w:ascii="Times New Roman" w:hAnsi="Times New Roman" w:cs="Times New Roman"/>
        </w:rPr>
      </w:pPr>
    </w:p>
    <w:p w14:paraId="08A9EC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9765594" w14:textId="77777777" w:rsidTr="00F111D1">
        <w:trPr>
          <w:jc w:val="center"/>
        </w:trPr>
        <w:tc>
          <w:tcPr>
            <w:tcW w:w="3120" w:type="dxa"/>
            <w:shd w:val="clear" w:color="auto" w:fill="1F4E79"/>
            <w:tcMar>
              <w:top w:w="70" w:type="dxa"/>
              <w:left w:w="100" w:type="dxa"/>
              <w:bottom w:w="70" w:type="dxa"/>
              <w:right w:w="100" w:type="dxa"/>
            </w:tcMar>
          </w:tcPr>
          <w:p w14:paraId="79D36D1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3F0E29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D6010E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EA869D5" w14:textId="77777777" w:rsidTr="00F111D1">
        <w:trPr>
          <w:jc w:val="center"/>
        </w:trPr>
        <w:tc>
          <w:tcPr>
            <w:tcW w:w="3120" w:type="dxa"/>
            <w:shd w:val="clear" w:color="auto" w:fill="F9FAFB"/>
            <w:tcMar>
              <w:top w:w="50" w:type="dxa"/>
              <w:left w:w="100" w:type="dxa"/>
              <w:bottom w:w="50" w:type="dxa"/>
              <w:right w:w="100" w:type="dxa"/>
            </w:tcMar>
          </w:tcPr>
          <w:p w14:paraId="1BBDBD7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9199E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46E15C8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4,08</w:t>
            </w:r>
          </w:p>
        </w:tc>
      </w:tr>
      <w:tr w:rsidR="00D33902" w:rsidRPr="00D33902" w14:paraId="78870369" w14:textId="77777777" w:rsidTr="00F111D1">
        <w:trPr>
          <w:jc w:val="center"/>
        </w:trPr>
        <w:tc>
          <w:tcPr>
            <w:tcW w:w="3120" w:type="dxa"/>
            <w:shd w:val="clear" w:color="auto" w:fill="FFFFFF"/>
            <w:tcMar>
              <w:top w:w="50" w:type="dxa"/>
              <w:left w:w="100" w:type="dxa"/>
              <w:bottom w:w="50" w:type="dxa"/>
              <w:right w:w="100" w:type="dxa"/>
            </w:tcMar>
          </w:tcPr>
          <w:p w14:paraId="2DF0FDB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141966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1C33566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352F95C5" w14:textId="77777777" w:rsidTr="00F111D1">
        <w:trPr>
          <w:jc w:val="center"/>
        </w:trPr>
        <w:tc>
          <w:tcPr>
            <w:tcW w:w="3120" w:type="dxa"/>
            <w:shd w:val="clear" w:color="auto" w:fill="F9FAFB"/>
            <w:tcMar>
              <w:top w:w="50" w:type="dxa"/>
              <w:left w:w="100" w:type="dxa"/>
              <w:bottom w:w="50" w:type="dxa"/>
              <w:right w:w="100" w:type="dxa"/>
            </w:tcMar>
          </w:tcPr>
          <w:p w14:paraId="6E9ACA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351DE9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36D56F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357DEEFF" w14:textId="77777777" w:rsidTr="00F111D1">
        <w:trPr>
          <w:jc w:val="center"/>
        </w:trPr>
        <w:tc>
          <w:tcPr>
            <w:tcW w:w="3120" w:type="dxa"/>
            <w:shd w:val="clear" w:color="auto" w:fill="FFFFFF"/>
            <w:tcMar>
              <w:top w:w="50" w:type="dxa"/>
              <w:left w:w="100" w:type="dxa"/>
              <w:bottom w:w="50" w:type="dxa"/>
              <w:right w:w="100" w:type="dxa"/>
            </w:tcMar>
          </w:tcPr>
          <w:p w14:paraId="7D916F2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F62C53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1B3403A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3,62</w:t>
            </w:r>
          </w:p>
        </w:tc>
      </w:tr>
      <w:tr w:rsidR="00D33902" w:rsidRPr="00D33902" w14:paraId="796A719F" w14:textId="77777777" w:rsidTr="00F111D1">
        <w:trPr>
          <w:jc w:val="center"/>
        </w:trPr>
        <w:tc>
          <w:tcPr>
            <w:tcW w:w="3120" w:type="dxa"/>
            <w:shd w:val="clear" w:color="auto" w:fill="F9FAFB"/>
            <w:tcMar>
              <w:top w:w="50" w:type="dxa"/>
              <w:left w:w="100" w:type="dxa"/>
              <w:bottom w:w="50" w:type="dxa"/>
              <w:right w:w="100" w:type="dxa"/>
            </w:tcMar>
          </w:tcPr>
          <w:p w14:paraId="3B467CB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A2C18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28C06E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bl>
    <w:p w14:paraId="0395D055" w14:textId="77777777" w:rsidR="00D33902" w:rsidRPr="00D33902" w:rsidRDefault="00D33902" w:rsidP="00D33902">
      <w:pPr>
        <w:spacing w:after="0" w:line="240" w:lineRule="auto"/>
        <w:rPr>
          <w:rFonts w:ascii="Times New Roman" w:hAnsi="Times New Roman" w:cs="Times New Roman"/>
        </w:rPr>
      </w:pPr>
    </w:p>
    <w:p w14:paraId="2566123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16. Ders: BES307 Toplu Beslenme Sistemleri-II</w:t>
      </w:r>
    </w:p>
    <w:p w14:paraId="57D495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CF950FD" w14:textId="77777777" w:rsidTr="00F111D1">
        <w:trPr>
          <w:jc w:val="center"/>
        </w:trPr>
        <w:tc>
          <w:tcPr>
            <w:tcW w:w="3120" w:type="dxa"/>
            <w:shd w:val="clear" w:color="auto" w:fill="1F4E79"/>
            <w:tcMar>
              <w:top w:w="70" w:type="dxa"/>
              <w:left w:w="100" w:type="dxa"/>
              <w:bottom w:w="70" w:type="dxa"/>
              <w:right w:w="100" w:type="dxa"/>
            </w:tcMar>
          </w:tcPr>
          <w:p w14:paraId="1189754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6165E5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D276F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2A3A255" w14:textId="77777777" w:rsidTr="00F111D1">
        <w:trPr>
          <w:jc w:val="center"/>
        </w:trPr>
        <w:tc>
          <w:tcPr>
            <w:tcW w:w="3120" w:type="dxa"/>
            <w:shd w:val="clear" w:color="auto" w:fill="F9FAFB"/>
            <w:tcMar>
              <w:top w:w="50" w:type="dxa"/>
              <w:left w:w="100" w:type="dxa"/>
              <w:bottom w:w="50" w:type="dxa"/>
              <w:right w:w="100" w:type="dxa"/>
            </w:tcMar>
          </w:tcPr>
          <w:p w14:paraId="53A4A5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E7D0D9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4E7E69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4,71</w:t>
            </w:r>
          </w:p>
        </w:tc>
      </w:tr>
      <w:tr w:rsidR="00D33902" w:rsidRPr="00D33902" w14:paraId="48F53E96" w14:textId="77777777" w:rsidTr="00F111D1">
        <w:trPr>
          <w:jc w:val="center"/>
        </w:trPr>
        <w:tc>
          <w:tcPr>
            <w:tcW w:w="3120" w:type="dxa"/>
            <w:shd w:val="clear" w:color="auto" w:fill="FFFFFF"/>
            <w:tcMar>
              <w:top w:w="50" w:type="dxa"/>
              <w:left w:w="100" w:type="dxa"/>
              <w:bottom w:w="50" w:type="dxa"/>
              <w:right w:w="100" w:type="dxa"/>
            </w:tcMar>
          </w:tcPr>
          <w:p w14:paraId="3A97707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EC374E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0B68A7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56F62DBB" w14:textId="77777777" w:rsidTr="00F111D1">
        <w:trPr>
          <w:jc w:val="center"/>
        </w:trPr>
        <w:tc>
          <w:tcPr>
            <w:tcW w:w="3120" w:type="dxa"/>
            <w:shd w:val="clear" w:color="auto" w:fill="F9FAFB"/>
            <w:tcMar>
              <w:top w:w="50" w:type="dxa"/>
              <w:left w:w="100" w:type="dxa"/>
              <w:bottom w:w="50" w:type="dxa"/>
              <w:right w:w="100" w:type="dxa"/>
            </w:tcMar>
          </w:tcPr>
          <w:p w14:paraId="036ED6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E33A6A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2E8C49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4,29</w:t>
            </w:r>
          </w:p>
        </w:tc>
      </w:tr>
      <w:tr w:rsidR="00D33902" w:rsidRPr="00D33902" w14:paraId="570791FE" w14:textId="77777777" w:rsidTr="00F111D1">
        <w:trPr>
          <w:jc w:val="center"/>
        </w:trPr>
        <w:tc>
          <w:tcPr>
            <w:tcW w:w="3120" w:type="dxa"/>
            <w:shd w:val="clear" w:color="auto" w:fill="FFFFFF"/>
            <w:tcMar>
              <w:top w:w="50" w:type="dxa"/>
              <w:left w:w="100" w:type="dxa"/>
              <w:bottom w:w="50" w:type="dxa"/>
              <w:right w:w="100" w:type="dxa"/>
            </w:tcMar>
          </w:tcPr>
          <w:p w14:paraId="3D4536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352391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2465234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bl>
    <w:p w14:paraId="58789B6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B7BB2B9" w14:textId="77777777" w:rsidTr="00F111D1">
        <w:trPr>
          <w:jc w:val="center"/>
        </w:trPr>
        <w:tc>
          <w:tcPr>
            <w:tcW w:w="4680" w:type="dxa"/>
            <w:shd w:val="clear" w:color="auto" w:fill="1F4E79"/>
            <w:tcMar>
              <w:top w:w="70" w:type="dxa"/>
              <w:left w:w="100" w:type="dxa"/>
              <w:bottom w:w="70" w:type="dxa"/>
              <w:right w:w="100" w:type="dxa"/>
            </w:tcMar>
          </w:tcPr>
          <w:p w14:paraId="25EDDD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31642F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501122E2" w14:textId="77777777" w:rsidTr="00F111D1">
        <w:trPr>
          <w:jc w:val="center"/>
        </w:trPr>
        <w:tc>
          <w:tcPr>
            <w:tcW w:w="4680" w:type="dxa"/>
            <w:shd w:val="clear" w:color="auto" w:fill="F9FAFB"/>
            <w:tcMar>
              <w:top w:w="50" w:type="dxa"/>
              <w:left w:w="100" w:type="dxa"/>
              <w:bottom w:w="50" w:type="dxa"/>
              <w:right w:w="100" w:type="dxa"/>
            </w:tcMar>
          </w:tcPr>
          <w:p w14:paraId="03844C6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05740C8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3,08 saat</w:t>
            </w:r>
          </w:p>
        </w:tc>
      </w:tr>
      <w:tr w:rsidR="00D33902" w:rsidRPr="00D33902" w14:paraId="3FA8DCEF" w14:textId="77777777" w:rsidTr="00F111D1">
        <w:trPr>
          <w:jc w:val="center"/>
        </w:trPr>
        <w:tc>
          <w:tcPr>
            <w:tcW w:w="4680" w:type="dxa"/>
            <w:shd w:val="clear" w:color="auto" w:fill="FFFFFF"/>
            <w:tcMar>
              <w:top w:w="50" w:type="dxa"/>
              <w:left w:w="100" w:type="dxa"/>
              <w:bottom w:w="50" w:type="dxa"/>
              <w:right w:w="100" w:type="dxa"/>
            </w:tcMar>
          </w:tcPr>
          <w:p w14:paraId="3C74066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4A2670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5,62 saat</w:t>
            </w:r>
          </w:p>
        </w:tc>
      </w:tr>
      <w:tr w:rsidR="00D33902" w:rsidRPr="00D33902" w14:paraId="67474D86" w14:textId="77777777" w:rsidTr="00F111D1">
        <w:trPr>
          <w:jc w:val="center"/>
        </w:trPr>
        <w:tc>
          <w:tcPr>
            <w:tcW w:w="4680" w:type="dxa"/>
            <w:shd w:val="clear" w:color="auto" w:fill="F9FAFB"/>
            <w:tcMar>
              <w:top w:w="50" w:type="dxa"/>
              <w:left w:w="100" w:type="dxa"/>
              <w:bottom w:w="50" w:type="dxa"/>
              <w:right w:w="100" w:type="dxa"/>
            </w:tcMar>
          </w:tcPr>
          <w:p w14:paraId="4C309E1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002D5CA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7,00 saat</w:t>
            </w:r>
          </w:p>
        </w:tc>
      </w:tr>
      <w:tr w:rsidR="00D33902" w:rsidRPr="00D33902" w14:paraId="283C0F4C" w14:textId="77777777" w:rsidTr="00F111D1">
        <w:trPr>
          <w:jc w:val="center"/>
        </w:trPr>
        <w:tc>
          <w:tcPr>
            <w:tcW w:w="4680" w:type="dxa"/>
            <w:shd w:val="clear" w:color="auto" w:fill="FFFFFF"/>
            <w:tcMar>
              <w:top w:w="50" w:type="dxa"/>
              <w:left w:w="100" w:type="dxa"/>
              <w:bottom w:w="50" w:type="dxa"/>
              <w:right w:w="100" w:type="dxa"/>
            </w:tcMar>
          </w:tcPr>
          <w:p w14:paraId="357600F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0B110D6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1,21 saat</w:t>
            </w:r>
          </w:p>
        </w:tc>
      </w:tr>
      <w:tr w:rsidR="00D33902" w:rsidRPr="00D33902" w14:paraId="33615A2C" w14:textId="77777777" w:rsidTr="00F111D1">
        <w:trPr>
          <w:jc w:val="center"/>
        </w:trPr>
        <w:tc>
          <w:tcPr>
            <w:tcW w:w="4680" w:type="dxa"/>
            <w:shd w:val="clear" w:color="auto" w:fill="F9FAFB"/>
            <w:tcMar>
              <w:top w:w="50" w:type="dxa"/>
              <w:left w:w="100" w:type="dxa"/>
              <w:bottom w:w="50" w:type="dxa"/>
              <w:right w:w="100" w:type="dxa"/>
            </w:tcMar>
          </w:tcPr>
          <w:p w14:paraId="2323992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27B705A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14,00 saat</w:t>
            </w:r>
          </w:p>
        </w:tc>
      </w:tr>
      <w:tr w:rsidR="00D33902" w:rsidRPr="00D33902" w14:paraId="47E97B91" w14:textId="77777777" w:rsidTr="00F111D1">
        <w:trPr>
          <w:jc w:val="center"/>
        </w:trPr>
        <w:tc>
          <w:tcPr>
            <w:tcW w:w="4680" w:type="dxa"/>
            <w:shd w:val="clear" w:color="auto" w:fill="FFFFFF"/>
            <w:tcMar>
              <w:top w:w="50" w:type="dxa"/>
              <w:left w:w="100" w:type="dxa"/>
              <w:bottom w:w="50" w:type="dxa"/>
              <w:right w:w="100" w:type="dxa"/>
            </w:tcMar>
          </w:tcPr>
          <w:p w14:paraId="38CD16C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2EEFFD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2,62 saat</w:t>
            </w:r>
          </w:p>
        </w:tc>
      </w:tr>
      <w:tr w:rsidR="00D33902" w:rsidRPr="00D33902" w14:paraId="507D99A0" w14:textId="77777777" w:rsidTr="00F111D1">
        <w:trPr>
          <w:jc w:val="center"/>
        </w:trPr>
        <w:tc>
          <w:tcPr>
            <w:tcW w:w="4680" w:type="dxa"/>
            <w:shd w:val="clear" w:color="auto" w:fill="F9FAFB"/>
            <w:tcMar>
              <w:top w:w="50" w:type="dxa"/>
              <w:left w:w="100" w:type="dxa"/>
              <w:bottom w:w="50" w:type="dxa"/>
              <w:right w:w="100" w:type="dxa"/>
            </w:tcMar>
          </w:tcPr>
          <w:p w14:paraId="633643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33C610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0,14 saat</w:t>
            </w:r>
          </w:p>
        </w:tc>
      </w:tr>
      <w:tr w:rsidR="00D33902" w:rsidRPr="00D33902" w14:paraId="2F7F2374" w14:textId="77777777" w:rsidTr="00F111D1">
        <w:trPr>
          <w:jc w:val="center"/>
        </w:trPr>
        <w:tc>
          <w:tcPr>
            <w:tcW w:w="4680" w:type="dxa"/>
            <w:shd w:val="clear" w:color="auto" w:fill="FFFFFF"/>
            <w:tcMar>
              <w:top w:w="50" w:type="dxa"/>
              <w:left w:w="100" w:type="dxa"/>
              <w:bottom w:w="50" w:type="dxa"/>
              <w:right w:w="100" w:type="dxa"/>
            </w:tcMar>
          </w:tcPr>
          <w:p w14:paraId="7D7B5CF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00AAB21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20,15 saat</w:t>
            </w:r>
          </w:p>
        </w:tc>
      </w:tr>
    </w:tbl>
    <w:p w14:paraId="3B7FDFBA" w14:textId="77777777" w:rsidR="00D33902" w:rsidRPr="00D33902" w:rsidRDefault="00D33902" w:rsidP="00D33902">
      <w:pPr>
        <w:spacing w:after="0" w:line="240" w:lineRule="auto"/>
        <w:rPr>
          <w:rFonts w:ascii="Times New Roman" w:hAnsi="Times New Roman" w:cs="Times New Roman"/>
        </w:rPr>
      </w:pPr>
    </w:p>
    <w:p w14:paraId="33B6A59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7486720" w14:textId="77777777" w:rsidTr="00F111D1">
        <w:trPr>
          <w:jc w:val="center"/>
        </w:trPr>
        <w:tc>
          <w:tcPr>
            <w:tcW w:w="3120" w:type="dxa"/>
            <w:shd w:val="clear" w:color="auto" w:fill="1F4E79"/>
            <w:tcMar>
              <w:top w:w="70" w:type="dxa"/>
              <w:left w:w="100" w:type="dxa"/>
              <w:bottom w:w="70" w:type="dxa"/>
              <w:right w:w="100" w:type="dxa"/>
            </w:tcMar>
          </w:tcPr>
          <w:p w14:paraId="00FB91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DFF7C8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D59C0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3B9A12F0" w14:textId="77777777" w:rsidTr="00F111D1">
        <w:trPr>
          <w:jc w:val="center"/>
        </w:trPr>
        <w:tc>
          <w:tcPr>
            <w:tcW w:w="3120" w:type="dxa"/>
            <w:shd w:val="clear" w:color="auto" w:fill="F9FAFB"/>
            <w:tcMar>
              <w:top w:w="50" w:type="dxa"/>
              <w:left w:w="100" w:type="dxa"/>
              <w:bottom w:w="50" w:type="dxa"/>
              <w:right w:w="100" w:type="dxa"/>
            </w:tcMar>
          </w:tcPr>
          <w:p w14:paraId="0FA9211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6679A3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2F9329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30FB3519" w14:textId="77777777" w:rsidTr="00F111D1">
        <w:trPr>
          <w:jc w:val="center"/>
        </w:trPr>
        <w:tc>
          <w:tcPr>
            <w:tcW w:w="3120" w:type="dxa"/>
            <w:shd w:val="clear" w:color="auto" w:fill="FFFFFF"/>
            <w:tcMar>
              <w:top w:w="50" w:type="dxa"/>
              <w:left w:w="100" w:type="dxa"/>
              <w:bottom w:w="50" w:type="dxa"/>
              <w:right w:w="100" w:type="dxa"/>
            </w:tcMar>
          </w:tcPr>
          <w:p w14:paraId="20D564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5879C6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2E87F6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22FD9DFC" w14:textId="77777777" w:rsidTr="00F111D1">
        <w:trPr>
          <w:jc w:val="center"/>
        </w:trPr>
        <w:tc>
          <w:tcPr>
            <w:tcW w:w="3120" w:type="dxa"/>
            <w:shd w:val="clear" w:color="auto" w:fill="F9FAFB"/>
            <w:tcMar>
              <w:top w:w="50" w:type="dxa"/>
              <w:left w:w="100" w:type="dxa"/>
              <w:bottom w:w="50" w:type="dxa"/>
              <w:right w:w="100" w:type="dxa"/>
            </w:tcMar>
          </w:tcPr>
          <w:p w14:paraId="3030CE6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B6A585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19CB30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7BC3DB9B" w14:textId="77777777" w:rsidTr="00F111D1">
        <w:trPr>
          <w:jc w:val="center"/>
        </w:trPr>
        <w:tc>
          <w:tcPr>
            <w:tcW w:w="3120" w:type="dxa"/>
            <w:shd w:val="clear" w:color="auto" w:fill="FFFFFF"/>
            <w:tcMar>
              <w:top w:w="50" w:type="dxa"/>
              <w:left w:w="100" w:type="dxa"/>
              <w:bottom w:w="50" w:type="dxa"/>
              <w:right w:w="100" w:type="dxa"/>
            </w:tcMar>
          </w:tcPr>
          <w:p w14:paraId="76A29D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782C4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4EC8788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282D157E" w14:textId="77777777" w:rsidTr="00F111D1">
        <w:trPr>
          <w:jc w:val="center"/>
        </w:trPr>
        <w:tc>
          <w:tcPr>
            <w:tcW w:w="3120" w:type="dxa"/>
            <w:shd w:val="clear" w:color="auto" w:fill="F9FAFB"/>
            <w:tcMar>
              <w:top w:w="50" w:type="dxa"/>
              <w:left w:w="100" w:type="dxa"/>
              <w:bottom w:w="50" w:type="dxa"/>
              <w:right w:w="100" w:type="dxa"/>
            </w:tcMar>
          </w:tcPr>
          <w:p w14:paraId="23CCB4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F47DBC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02C7059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1B2AC9D0" w14:textId="77777777" w:rsidTr="00F111D1">
        <w:trPr>
          <w:jc w:val="center"/>
        </w:trPr>
        <w:tc>
          <w:tcPr>
            <w:tcW w:w="3120" w:type="dxa"/>
            <w:shd w:val="clear" w:color="auto" w:fill="FFFFFF"/>
            <w:tcMar>
              <w:top w:w="50" w:type="dxa"/>
              <w:left w:w="100" w:type="dxa"/>
              <w:bottom w:w="50" w:type="dxa"/>
              <w:right w:w="100" w:type="dxa"/>
            </w:tcMar>
          </w:tcPr>
          <w:p w14:paraId="649E54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292609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333F36E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4,43</w:t>
            </w:r>
          </w:p>
        </w:tc>
      </w:tr>
      <w:tr w:rsidR="00D33902" w:rsidRPr="00D33902" w14:paraId="3D76BBC7" w14:textId="77777777" w:rsidTr="00F111D1">
        <w:trPr>
          <w:jc w:val="center"/>
        </w:trPr>
        <w:tc>
          <w:tcPr>
            <w:tcW w:w="3120" w:type="dxa"/>
            <w:shd w:val="clear" w:color="auto" w:fill="F9FAFB"/>
            <w:tcMar>
              <w:top w:w="50" w:type="dxa"/>
              <w:left w:w="100" w:type="dxa"/>
              <w:bottom w:w="50" w:type="dxa"/>
              <w:right w:w="100" w:type="dxa"/>
            </w:tcMar>
          </w:tcPr>
          <w:p w14:paraId="538CEE6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60A1D3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3B3A0FA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4,29</w:t>
            </w:r>
          </w:p>
        </w:tc>
      </w:tr>
      <w:tr w:rsidR="00D33902" w:rsidRPr="00D33902" w14:paraId="44512F9D" w14:textId="77777777" w:rsidTr="00F111D1">
        <w:trPr>
          <w:jc w:val="center"/>
        </w:trPr>
        <w:tc>
          <w:tcPr>
            <w:tcW w:w="3120" w:type="dxa"/>
            <w:shd w:val="clear" w:color="auto" w:fill="FFFFFF"/>
            <w:tcMar>
              <w:top w:w="50" w:type="dxa"/>
              <w:left w:w="100" w:type="dxa"/>
              <w:bottom w:w="50" w:type="dxa"/>
              <w:right w:w="100" w:type="dxa"/>
            </w:tcMar>
          </w:tcPr>
          <w:p w14:paraId="0F0E99C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3E2E7B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183F02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4,36</w:t>
            </w:r>
          </w:p>
        </w:tc>
      </w:tr>
      <w:tr w:rsidR="00D33902" w:rsidRPr="00D33902" w14:paraId="53E83C94" w14:textId="77777777" w:rsidTr="00F111D1">
        <w:trPr>
          <w:jc w:val="center"/>
        </w:trPr>
        <w:tc>
          <w:tcPr>
            <w:tcW w:w="3120" w:type="dxa"/>
            <w:shd w:val="clear" w:color="auto" w:fill="F9FAFB"/>
            <w:tcMar>
              <w:top w:w="50" w:type="dxa"/>
              <w:left w:w="100" w:type="dxa"/>
              <w:bottom w:w="50" w:type="dxa"/>
              <w:right w:w="100" w:type="dxa"/>
            </w:tcMar>
          </w:tcPr>
          <w:p w14:paraId="799C7E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03B9D7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0B804BC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4,29</w:t>
            </w:r>
          </w:p>
        </w:tc>
      </w:tr>
      <w:tr w:rsidR="00D33902" w:rsidRPr="00D33902" w14:paraId="3A786D8E" w14:textId="77777777" w:rsidTr="00F111D1">
        <w:trPr>
          <w:jc w:val="center"/>
        </w:trPr>
        <w:tc>
          <w:tcPr>
            <w:tcW w:w="3120" w:type="dxa"/>
            <w:shd w:val="clear" w:color="auto" w:fill="FFFFFF"/>
            <w:tcMar>
              <w:top w:w="50" w:type="dxa"/>
              <w:left w:w="100" w:type="dxa"/>
              <w:bottom w:w="50" w:type="dxa"/>
              <w:right w:w="100" w:type="dxa"/>
            </w:tcMar>
          </w:tcPr>
          <w:p w14:paraId="0F68DC7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44DDE3B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0F75EF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4,29</w:t>
            </w:r>
          </w:p>
        </w:tc>
      </w:tr>
      <w:tr w:rsidR="00D33902" w:rsidRPr="00D33902" w14:paraId="3090130C" w14:textId="77777777" w:rsidTr="00F111D1">
        <w:trPr>
          <w:jc w:val="center"/>
        </w:trPr>
        <w:tc>
          <w:tcPr>
            <w:tcW w:w="3120" w:type="dxa"/>
            <w:shd w:val="clear" w:color="auto" w:fill="F9FAFB"/>
            <w:tcMar>
              <w:top w:w="50" w:type="dxa"/>
              <w:left w:w="100" w:type="dxa"/>
              <w:bottom w:w="50" w:type="dxa"/>
              <w:right w:w="100" w:type="dxa"/>
            </w:tcMar>
          </w:tcPr>
          <w:p w14:paraId="390FB2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2A4A86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081534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4,36</w:t>
            </w:r>
          </w:p>
        </w:tc>
      </w:tr>
      <w:tr w:rsidR="00D33902" w:rsidRPr="00D33902" w14:paraId="26033531" w14:textId="77777777" w:rsidTr="00F111D1">
        <w:trPr>
          <w:jc w:val="center"/>
        </w:trPr>
        <w:tc>
          <w:tcPr>
            <w:tcW w:w="3120" w:type="dxa"/>
            <w:shd w:val="clear" w:color="auto" w:fill="FFFFFF"/>
            <w:tcMar>
              <w:top w:w="50" w:type="dxa"/>
              <w:left w:w="100" w:type="dxa"/>
              <w:bottom w:w="50" w:type="dxa"/>
              <w:right w:w="100" w:type="dxa"/>
            </w:tcMar>
          </w:tcPr>
          <w:p w14:paraId="22378D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482AEF7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32313D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7B7225BD" w14:textId="77777777" w:rsidTr="00F111D1">
        <w:trPr>
          <w:jc w:val="center"/>
        </w:trPr>
        <w:tc>
          <w:tcPr>
            <w:tcW w:w="3120" w:type="dxa"/>
            <w:shd w:val="clear" w:color="auto" w:fill="F9FAFB"/>
            <w:tcMar>
              <w:top w:w="50" w:type="dxa"/>
              <w:left w:w="100" w:type="dxa"/>
              <w:bottom w:w="50" w:type="dxa"/>
              <w:right w:w="100" w:type="dxa"/>
            </w:tcMar>
          </w:tcPr>
          <w:p w14:paraId="641C6B9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31589B6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2F4EC1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4,57</w:t>
            </w:r>
          </w:p>
        </w:tc>
      </w:tr>
      <w:tr w:rsidR="00D33902" w:rsidRPr="00D33902" w14:paraId="4C2B1BFA" w14:textId="77777777" w:rsidTr="00F111D1">
        <w:trPr>
          <w:jc w:val="center"/>
        </w:trPr>
        <w:tc>
          <w:tcPr>
            <w:tcW w:w="3120" w:type="dxa"/>
            <w:shd w:val="clear" w:color="auto" w:fill="FFFFFF"/>
            <w:tcMar>
              <w:top w:w="50" w:type="dxa"/>
              <w:left w:w="100" w:type="dxa"/>
              <w:bottom w:w="50" w:type="dxa"/>
              <w:right w:w="100" w:type="dxa"/>
            </w:tcMar>
          </w:tcPr>
          <w:p w14:paraId="651ECD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69CDF5B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1D57CB9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4,36</w:t>
            </w:r>
          </w:p>
        </w:tc>
      </w:tr>
    </w:tbl>
    <w:p w14:paraId="2CDD2CC6" w14:textId="77777777" w:rsidR="00D33902" w:rsidRPr="00D33902" w:rsidRDefault="00D33902" w:rsidP="00D33902">
      <w:pPr>
        <w:spacing w:after="0" w:line="240" w:lineRule="auto"/>
        <w:rPr>
          <w:rFonts w:ascii="Times New Roman" w:hAnsi="Times New Roman" w:cs="Times New Roman"/>
        </w:rPr>
      </w:pPr>
    </w:p>
    <w:p w14:paraId="3C0B716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5181D17" w14:textId="77777777" w:rsidTr="00F111D1">
        <w:trPr>
          <w:jc w:val="center"/>
        </w:trPr>
        <w:tc>
          <w:tcPr>
            <w:tcW w:w="3120" w:type="dxa"/>
            <w:shd w:val="clear" w:color="auto" w:fill="1F4E79"/>
            <w:tcMar>
              <w:top w:w="70" w:type="dxa"/>
              <w:left w:w="100" w:type="dxa"/>
              <w:bottom w:w="70" w:type="dxa"/>
              <w:right w:w="100" w:type="dxa"/>
            </w:tcMar>
          </w:tcPr>
          <w:p w14:paraId="1E0B906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3CB0B56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622B603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029C957" w14:textId="77777777" w:rsidTr="00F111D1">
        <w:trPr>
          <w:jc w:val="center"/>
        </w:trPr>
        <w:tc>
          <w:tcPr>
            <w:tcW w:w="3120" w:type="dxa"/>
            <w:shd w:val="clear" w:color="auto" w:fill="F9FAFB"/>
            <w:tcMar>
              <w:top w:w="50" w:type="dxa"/>
              <w:left w:w="100" w:type="dxa"/>
              <w:bottom w:w="50" w:type="dxa"/>
              <w:right w:w="100" w:type="dxa"/>
            </w:tcMar>
          </w:tcPr>
          <w:p w14:paraId="7920CA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A1022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58145C6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13F32E58" w14:textId="77777777" w:rsidTr="00F111D1">
        <w:trPr>
          <w:jc w:val="center"/>
        </w:trPr>
        <w:tc>
          <w:tcPr>
            <w:tcW w:w="3120" w:type="dxa"/>
            <w:shd w:val="clear" w:color="auto" w:fill="FFFFFF"/>
            <w:tcMar>
              <w:top w:w="50" w:type="dxa"/>
              <w:left w:w="100" w:type="dxa"/>
              <w:bottom w:w="50" w:type="dxa"/>
              <w:right w:w="100" w:type="dxa"/>
            </w:tcMar>
          </w:tcPr>
          <w:p w14:paraId="7E1DD3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595A726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7DE34C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3,79</w:t>
            </w:r>
          </w:p>
        </w:tc>
      </w:tr>
      <w:tr w:rsidR="00D33902" w:rsidRPr="00D33902" w14:paraId="24D40766" w14:textId="77777777" w:rsidTr="00F111D1">
        <w:trPr>
          <w:jc w:val="center"/>
        </w:trPr>
        <w:tc>
          <w:tcPr>
            <w:tcW w:w="3120" w:type="dxa"/>
            <w:shd w:val="clear" w:color="auto" w:fill="F9FAFB"/>
            <w:tcMar>
              <w:top w:w="50" w:type="dxa"/>
              <w:left w:w="100" w:type="dxa"/>
              <w:bottom w:w="50" w:type="dxa"/>
              <w:right w:w="100" w:type="dxa"/>
            </w:tcMar>
          </w:tcPr>
          <w:p w14:paraId="7345AFE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37AD54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A5548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3,93</w:t>
            </w:r>
          </w:p>
        </w:tc>
      </w:tr>
      <w:tr w:rsidR="00D33902" w:rsidRPr="00D33902" w14:paraId="4B2B1C80" w14:textId="77777777" w:rsidTr="00F111D1">
        <w:trPr>
          <w:jc w:val="center"/>
        </w:trPr>
        <w:tc>
          <w:tcPr>
            <w:tcW w:w="3120" w:type="dxa"/>
            <w:shd w:val="clear" w:color="auto" w:fill="FFFFFF"/>
            <w:tcMar>
              <w:top w:w="50" w:type="dxa"/>
              <w:left w:w="100" w:type="dxa"/>
              <w:bottom w:w="50" w:type="dxa"/>
              <w:right w:w="100" w:type="dxa"/>
            </w:tcMar>
          </w:tcPr>
          <w:p w14:paraId="752CA93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D65C3E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541881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3,57</w:t>
            </w:r>
          </w:p>
        </w:tc>
      </w:tr>
      <w:tr w:rsidR="00D33902" w:rsidRPr="00D33902" w14:paraId="31F83B09" w14:textId="77777777" w:rsidTr="00F111D1">
        <w:trPr>
          <w:jc w:val="center"/>
        </w:trPr>
        <w:tc>
          <w:tcPr>
            <w:tcW w:w="3120" w:type="dxa"/>
            <w:shd w:val="clear" w:color="auto" w:fill="F9FAFB"/>
            <w:tcMar>
              <w:top w:w="50" w:type="dxa"/>
              <w:left w:w="100" w:type="dxa"/>
              <w:bottom w:w="50" w:type="dxa"/>
              <w:right w:w="100" w:type="dxa"/>
            </w:tcMar>
          </w:tcPr>
          <w:p w14:paraId="4FF140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54EE9C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6F6C8A0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2,86</w:t>
            </w:r>
          </w:p>
        </w:tc>
      </w:tr>
    </w:tbl>
    <w:p w14:paraId="1AFD91ED" w14:textId="77777777" w:rsidR="00D33902" w:rsidRPr="00D33902" w:rsidRDefault="00D33902" w:rsidP="00D33902">
      <w:pPr>
        <w:spacing w:after="0" w:line="240" w:lineRule="auto"/>
        <w:rPr>
          <w:rFonts w:ascii="Times New Roman" w:hAnsi="Times New Roman" w:cs="Times New Roman"/>
        </w:rPr>
      </w:pPr>
    </w:p>
    <w:p w14:paraId="0CD3F9C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17. Ders: BES362 Sağlıklı Yaşam ve Beslenme İlkeleri</w:t>
      </w:r>
    </w:p>
    <w:p w14:paraId="3B22287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1587B9F" w14:textId="77777777" w:rsidTr="00F111D1">
        <w:trPr>
          <w:jc w:val="center"/>
        </w:trPr>
        <w:tc>
          <w:tcPr>
            <w:tcW w:w="3120" w:type="dxa"/>
            <w:shd w:val="clear" w:color="auto" w:fill="1F4E79"/>
            <w:tcMar>
              <w:top w:w="70" w:type="dxa"/>
              <w:left w:w="100" w:type="dxa"/>
              <w:bottom w:w="70" w:type="dxa"/>
              <w:right w:w="100" w:type="dxa"/>
            </w:tcMar>
          </w:tcPr>
          <w:p w14:paraId="28779A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F6933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1F7252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0D842FE" w14:textId="77777777" w:rsidTr="00F111D1">
        <w:trPr>
          <w:jc w:val="center"/>
        </w:trPr>
        <w:tc>
          <w:tcPr>
            <w:tcW w:w="3120" w:type="dxa"/>
            <w:shd w:val="clear" w:color="auto" w:fill="F9FAFB"/>
            <w:tcMar>
              <w:top w:w="50" w:type="dxa"/>
              <w:left w:w="100" w:type="dxa"/>
              <w:bottom w:w="50" w:type="dxa"/>
              <w:right w:w="100" w:type="dxa"/>
            </w:tcMar>
          </w:tcPr>
          <w:p w14:paraId="0A8B365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9AF73B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AF695A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5EF4709C" w14:textId="77777777" w:rsidTr="00F111D1">
        <w:trPr>
          <w:jc w:val="center"/>
        </w:trPr>
        <w:tc>
          <w:tcPr>
            <w:tcW w:w="3120" w:type="dxa"/>
            <w:shd w:val="clear" w:color="auto" w:fill="FFFFFF"/>
            <w:tcMar>
              <w:top w:w="50" w:type="dxa"/>
              <w:left w:w="100" w:type="dxa"/>
              <w:bottom w:w="50" w:type="dxa"/>
              <w:right w:w="100" w:type="dxa"/>
            </w:tcMar>
          </w:tcPr>
          <w:p w14:paraId="638EF8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EF11A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02890E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18A5734A" w14:textId="77777777" w:rsidTr="00F111D1">
        <w:trPr>
          <w:jc w:val="center"/>
        </w:trPr>
        <w:tc>
          <w:tcPr>
            <w:tcW w:w="3120" w:type="dxa"/>
            <w:shd w:val="clear" w:color="auto" w:fill="F9FAFB"/>
            <w:tcMar>
              <w:top w:w="50" w:type="dxa"/>
              <w:left w:w="100" w:type="dxa"/>
              <w:bottom w:w="50" w:type="dxa"/>
              <w:right w:w="100" w:type="dxa"/>
            </w:tcMar>
          </w:tcPr>
          <w:p w14:paraId="6290F5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E3398B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4C7752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2,17</w:t>
            </w:r>
          </w:p>
        </w:tc>
      </w:tr>
      <w:tr w:rsidR="00D33902" w:rsidRPr="00D33902" w14:paraId="4B741D54" w14:textId="77777777" w:rsidTr="00F111D1">
        <w:trPr>
          <w:jc w:val="center"/>
        </w:trPr>
        <w:tc>
          <w:tcPr>
            <w:tcW w:w="3120" w:type="dxa"/>
            <w:shd w:val="clear" w:color="auto" w:fill="FFFFFF"/>
            <w:tcMar>
              <w:top w:w="50" w:type="dxa"/>
              <w:left w:w="100" w:type="dxa"/>
              <w:bottom w:w="50" w:type="dxa"/>
              <w:right w:w="100" w:type="dxa"/>
            </w:tcMar>
          </w:tcPr>
          <w:p w14:paraId="1E448F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7416B5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33BF42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bl>
    <w:p w14:paraId="4095F69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13E39AE1" w14:textId="77777777" w:rsidTr="00F111D1">
        <w:trPr>
          <w:jc w:val="center"/>
        </w:trPr>
        <w:tc>
          <w:tcPr>
            <w:tcW w:w="4680" w:type="dxa"/>
            <w:shd w:val="clear" w:color="auto" w:fill="1F4E79"/>
            <w:tcMar>
              <w:top w:w="70" w:type="dxa"/>
              <w:left w:w="100" w:type="dxa"/>
              <w:bottom w:w="70" w:type="dxa"/>
              <w:right w:w="100" w:type="dxa"/>
            </w:tcMar>
          </w:tcPr>
          <w:p w14:paraId="54218E8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2665365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1B598C6C" w14:textId="77777777" w:rsidTr="00F111D1">
        <w:trPr>
          <w:jc w:val="center"/>
        </w:trPr>
        <w:tc>
          <w:tcPr>
            <w:tcW w:w="4680" w:type="dxa"/>
            <w:shd w:val="clear" w:color="auto" w:fill="F9FAFB"/>
            <w:tcMar>
              <w:top w:w="50" w:type="dxa"/>
              <w:left w:w="100" w:type="dxa"/>
              <w:bottom w:w="50" w:type="dxa"/>
              <w:right w:w="100" w:type="dxa"/>
            </w:tcMar>
          </w:tcPr>
          <w:p w14:paraId="1DB95E5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6B64F6B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2,75 saat</w:t>
            </w:r>
          </w:p>
        </w:tc>
      </w:tr>
      <w:tr w:rsidR="00D33902" w:rsidRPr="00D33902" w14:paraId="12CB9086" w14:textId="77777777" w:rsidTr="00F111D1">
        <w:trPr>
          <w:jc w:val="center"/>
        </w:trPr>
        <w:tc>
          <w:tcPr>
            <w:tcW w:w="4680" w:type="dxa"/>
            <w:shd w:val="clear" w:color="auto" w:fill="FFFFFF"/>
            <w:tcMar>
              <w:top w:w="50" w:type="dxa"/>
              <w:left w:w="100" w:type="dxa"/>
              <w:bottom w:w="50" w:type="dxa"/>
              <w:right w:w="100" w:type="dxa"/>
            </w:tcMar>
          </w:tcPr>
          <w:p w14:paraId="556CB8B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46F728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7,17 saat</w:t>
            </w:r>
          </w:p>
        </w:tc>
      </w:tr>
      <w:tr w:rsidR="00D33902" w:rsidRPr="00D33902" w14:paraId="04D542FC" w14:textId="77777777" w:rsidTr="00F111D1">
        <w:trPr>
          <w:jc w:val="center"/>
        </w:trPr>
        <w:tc>
          <w:tcPr>
            <w:tcW w:w="4680" w:type="dxa"/>
            <w:shd w:val="clear" w:color="auto" w:fill="F9FAFB"/>
            <w:tcMar>
              <w:top w:w="50" w:type="dxa"/>
              <w:left w:w="100" w:type="dxa"/>
              <w:bottom w:w="50" w:type="dxa"/>
              <w:right w:w="100" w:type="dxa"/>
            </w:tcMar>
          </w:tcPr>
          <w:p w14:paraId="267414E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E53EDC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2,60 saat</w:t>
            </w:r>
          </w:p>
        </w:tc>
      </w:tr>
      <w:tr w:rsidR="00D33902" w:rsidRPr="00D33902" w14:paraId="22967510" w14:textId="77777777" w:rsidTr="00F111D1">
        <w:trPr>
          <w:jc w:val="center"/>
        </w:trPr>
        <w:tc>
          <w:tcPr>
            <w:tcW w:w="4680" w:type="dxa"/>
            <w:shd w:val="clear" w:color="auto" w:fill="FFFFFF"/>
            <w:tcMar>
              <w:top w:w="50" w:type="dxa"/>
              <w:left w:w="100" w:type="dxa"/>
              <w:bottom w:w="50" w:type="dxa"/>
              <w:right w:w="100" w:type="dxa"/>
            </w:tcMar>
          </w:tcPr>
          <w:p w14:paraId="04777BA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76CFF2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0,80 saat</w:t>
            </w:r>
          </w:p>
        </w:tc>
      </w:tr>
      <w:tr w:rsidR="00D33902" w:rsidRPr="00D33902" w14:paraId="2603862B" w14:textId="77777777" w:rsidTr="00F111D1">
        <w:trPr>
          <w:jc w:val="center"/>
        </w:trPr>
        <w:tc>
          <w:tcPr>
            <w:tcW w:w="4680" w:type="dxa"/>
            <w:shd w:val="clear" w:color="auto" w:fill="F9FAFB"/>
            <w:tcMar>
              <w:top w:w="50" w:type="dxa"/>
              <w:left w:w="100" w:type="dxa"/>
              <w:bottom w:w="50" w:type="dxa"/>
              <w:right w:w="100" w:type="dxa"/>
            </w:tcMar>
          </w:tcPr>
          <w:p w14:paraId="01159D9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354B54D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 saat</w:t>
            </w:r>
          </w:p>
        </w:tc>
      </w:tr>
      <w:tr w:rsidR="00D33902" w:rsidRPr="00D33902" w14:paraId="74C221B9" w14:textId="77777777" w:rsidTr="00F111D1">
        <w:trPr>
          <w:jc w:val="center"/>
        </w:trPr>
        <w:tc>
          <w:tcPr>
            <w:tcW w:w="4680" w:type="dxa"/>
            <w:shd w:val="clear" w:color="auto" w:fill="FFFFFF"/>
            <w:tcMar>
              <w:top w:w="50" w:type="dxa"/>
              <w:left w:w="100" w:type="dxa"/>
              <w:bottom w:w="50" w:type="dxa"/>
              <w:right w:w="100" w:type="dxa"/>
            </w:tcMar>
          </w:tcPr>
          <w:p w14:paraId="703EE37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37A94B7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 saat</w:t>
            </w:r>
          </w:p>
        </w:tc>
      </w:tr>
      <w:tr w:rsidR="00D33902" w:rsidRPr="00D33902" w14:paraId="4EC45283" w14:textId="77777777" w:rsidTr="00F111D1">
        <w:trPr>
          <w:jc w:val="center"/>
        </w:trPr>
        <w:tc>
          <w:tcPr>
            <w:tcW w:w="4680" w:type="dxa"/>
            <w:shd w:val="clear" w:color="auto" w:fill="F9FAFB"/>
            <w:tcMar>
              <w:top w:w="50" w:type="dxa"/>
              <w:left w:w="100" w:type="dxa"/>
              <w:bottom w:w="50" w:type="dxa"/>
              <w:right w:w="100" w:type="dxa"/>
            </w:tcMar>
          </w:tcPr>
          <w:p w14:paraId="5694A73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1FDF26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7644E234" w14:textId="77777777" w:rsidTr="00F111D1">
        <w:trPr>
          <w:jc w:val="center"/>
        </w:trPr>
        <w:tc>
          <w:tcPr>
            <w:tcW w:w="4680" w:type="dxa"/>
            <w:shd w:val="clear" w:color="auto" w:fill="FFFFFF"/>
            <w:tcMar>
              <w:top w:w="50" w:type="dxa"/>
              <w:left w:w="100" w:type="dxa"/>
              <w:bottom w:w="50" w:type="dxa"/>
              <w:right w:w="100" w:type="dxa"/>
            </w:tcMar>
          </w:tcPr>
          <w:p w14:paraId="5C9E3A7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3D36B1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5,33 saat</w:t>
            </w:r>
          </w:p>
        </w:tc>
      </w:tr>
    </w:tbl>
    <w:p w14:paraId="4BA6C925" w14:textId="77777777" w:rsidR="00D33902" w:rsidRPr="00D33902" w:rsidRDefault="00D33902" w:rsidP="00D33902">
      <w:pPr>
        <w:spacing w:after="0" w:line="240" w:lineRule="auto"/>
        <w:rPr>
          <w:rFonts w:ascii="Times New Roman" w:hAnsi="Times New Roman" w:cs="Times New Roman"/>
        </w:rPr>
      </w:pPr>
    </w:p>
    <w:p w14:paraId="587F6B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5ADDEDC" w14:textId="77777777" w:rsidTr="00F111D1">
        <w:trPr>
          <w:jc w:val="center"/>
        </w:trPr>
        <w:tc>
          <w:tcPr>
            <w:tcW w:w="3120" w:type="dxa"/>
            <w:shd w:val="clear" w:color="auto" w:fill="1F4E79"/>
            <w:tcMar>
              <w:top w:w="70" w:type="dxa"/>
              <w:left w:w="100" w:type="dxa"/>
              <w:bottom w:w="70" w:type="dxa"/>
              <w:right w:w="100" w:type="dxa"/>
            </w:tcMar>
          </w:tcPr>
          <w:p w14:paraId="2B569B3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348E6D3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700D31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A234FAA" w14:textId="77777777" w:rsidTr="00F111D1">
        <w:trPr>
          <w:jc w:val="center"/>
        </w:trPr>
        <w:tc>
          <w:tcPr>
            <w:tcW w:w="3120" w:type="dxa"/>
            <w:shd w:val="clear" w:color="auto" w:fill="F9FAFB"/>
            <w:tcMar>
              <w:top w:w="50" w:type="dxa"/>
              <w:left w:w="100" w:type="dxa"/>
              <w:bottom w:w="50" w:type="dxa"/>
              <w:right w:w="100" w:type="dxa"/>
            </w:tcMar>
          </w:tcPr>
          <w:p w14:paraId="0A4B73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BA5EC5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77699F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11A3B0AF" w14:textId="77777777" w:rsidTr="00F111D1">
        <w:trPr>
          <w:jc w:val="center"/>
        </w:trPr>
        <w:tc>
          <w:tcPr>
            <w:tcW w:w="3120" w:type="dxa"/>
            <w:shd w:val="clear" w:color="auto" w:fill="FFFFFF"/>
            <w:tcMar>
              <w:top w:w="50" w:type="dxa"/>
              <w:left w:w="100" w:type="dxa"/>
              <w:bottom w:w="50" w:type="dxa"/>
              <w:right w:w="100" w:type="dxa"/>
            </w:tcMar>
          </w:tcPr>
          <w:p w14:paraId="27B3F36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D8E0E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0DC9CB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679102A4" w14:textId="77777777" w:rsidTr="00F111D1">
        <w:trPr>
          <w:jc w:val="center"/>
        </w:trPr>
        <w:tc>
          <w:tcPr>
            <w:tcW w:w="3120" w:type="dxa"/>
            <w:shd w:val="clear" w:color="auto" w:fill="F9FAFB"/>
            <w:tcMar>
              <w:top w:w="50" w:type="dxa"/>
              <w:left w:w="100" w:type="dxa"/>
              <w:bottom w:w="50" w:type="dxa"/>
              <w:right w:w="100" w:type="dxa"/>
            </w:tcMar>
          </w:tcPr>
          <w:p w14:paraId="4FBDE2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299849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1680D5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0764413F" w14:textId="77777777" w:rsidTr="00F111D1">
        <w:trPr>
          <w:jc w:val="center"/>
        </w:trPr>
        <w:tc>
          <w:tcPr>
            <w:tcW w:w="3120" w:type="dxa"/>
            <w:shd w:val="clear" w:color="auto" w:fill="FFFFFF"/>
            <w:tcMar>
              <w:top w:w="50" w:type="dxa"/>
              <w:left w:w="100" w:type="dxa"/>
              <w:bottom w:w="50" w:type="dxa"/>
              <w:right w:w="100" w:type="dxa"/>
            </w:tcMar>
          </w:tcPr>
          <w:p w14:paraId="411F366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576EB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1E3C39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B6786CE" w14:textId="77777777" w:rsidTr="00F111D1">
        <w:trPr>
          <w:jc w:val="center"/>
        </w:trPr>
        <w:tc>
          <w:tcPr>
            <w:tcW w:w="3120" w:type="dxa"/>
            <w:shd w:val="clear" w:color="auto" w:fill="F9FAFB"/>
            <w:tcMar>
              <w:top w:w="50" w:type="dxa"/>
              <w:left w:w="100" w:type="dxa"/>
              <w:bottom w:w="50" w:type="dxa"/>
              <w:right w:w="100" w:type="dxa"/>
            </w:tcMar>
          </w:tcPr>
          <w:p w14:paraId="2C27CB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0DC44C5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3EB1F09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DF14E45" w14:textId="77777777" w:rsidTr="00F111D1">
        <w:trPr>
          <w:jc w:val="center"/>
        </w:trPr>
        <w:tc>
          <w:tcPr>
            <w:tcW w:w="3120" w:type="dxa"/>
            <w:shd w:val="clear" w:color="auto" w:fill="FFFFFF"/>
            <w:tcMar>
              <w:top w:w="50" w:type="dxa"/>
              <w:left w:w="100" w:type="dxa"/>
              <w:bottom w:w="50" w:type="dxa"/>
              <w:right w:w="100" w:type="dxa"/>
            </w:tcMar>
          </w:tcPr>
          <w:p w14:paraId="5DAB5E4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124CDB0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297A8FF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2535549" w14:textId="77777777" w:rsidTr="00F111D1">
        <w:trPr>
          <w:jc w:val="center"/>
        </w:trPr>
        <w:tc>
          <w:tcPr>
            <w:tcW w:w="3120" w:type="dxa"/>
            <w:shd w:val="clear" w:color="auto" w:fill="F9FAFB"/>
            <w:tcMar>
              <w:top w:w="50" w:type="dxa"/>
              <w:left w:w="100" w:type="dxa"/>
              <w:bottom w:w="50" w:type="dxa"/>
              <w:right w:w="100" w:type="dxa"/>
            </w:tcMar>
          </w:tcPr>
          <w:p w14:paraId="0D5483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7E49C9A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6FC98D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46BC4564" w14:textId="77777777" w:rsidTr="00F111D1">
        <w:trPr>
          <w:jc w:val="center"/>
        </w:trPr>
        <w:tc>
          <w:tcPr>
            <w:tcW w:w="3120" w:type="dxa"/>
            <w:shd w:val="clear" w:color="auto" w:fill="FFFFFF"/>
            <w:tcMar>
              <w:top w:w="50" w:type="dxa"/>
              <w:left w:w="100" w:type="dxa"/>
              <w:bottom w:w="50" w:type="dxa"/>
              <w:right w:w="100" w:type="dxa"/>
            </w:tcMar>
          </w:tcPr>
          <w:p w14:paraId="71FBA5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E1503A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673A683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14EEA3A5" w14:textId="77777777" w:rsidTr="00F111D1">
        <w:trPr>
          <w:jc w:val="center"/>
        </w:trPr>
        <w:tc>
          <w:tcPr>
            <w:tcW w:w="3120" w:type="dxa"/>
            <w:shd w:val="clear" w:color="auto" w:fill="F9FAFB"/>
            <w:tcMar>
              <w:top w:w="50" w:type="dxa"/>
              <w:left w:w="100" w:type="dxa"/>
              <w:bottom w:w="50" w:type="dxa"/>
              <w:right w:w="100" w:type="dxa"/>
            </w:tcMar>
          </w:tcPr>
          <w:p w14:paraId="3FBEF7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1C29D21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0B6DF8C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1C8AA2B" w14:textId="77777777" w:rsidTr="00F111D1">
        <w:trPr>
          <w:jc w:val="center"/>
        </w:trPr>
        <w:tc>
          <w:tcPr>
            <w:tcW w:w="3120" w:type="dxa"/>
            <w:shd w:val="clear" w:color="auto" w:fill="FFFFFF"/>
            <w:tcMar>
              <w:top w:w="50" w:type="dxa"/>
              <w:left w:w="100" w:type="dxa"/>
              <w:bottom w:w="50" w:type="dxa"/>
              <w:right w:w="100" w:type="dxa"/>
            </w:tcMar>
          </w:tcPr>
          <w:p w14:paraId="2208BC3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442A85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2E4D2D1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655B7CBA" w14:textId="77777777" w:rsidTr="00F111D1">
        <w:trPr>
          <w:jc w:val="center"/>
        </w:trPr>
        <w:tc>
          <w:tcPr>
            <w:tcW w:w="3120" w:type="dxa"/>
            <w:shd w:val="clear" w:color="auto" w:fill="F9FAFB"/>
            <w:tcMar>
              <w:top w:w="50" w:type="dxa"/>
              <w:left w:w="100" w:type="dxa"/>
              <w:bottom w:w="50" w:type="dxa"/>
              <w:right w:w="100" w:type="dxa"/>
            </w:tcMar>
          </w:tcPr>
          <w:p w14:paraId="6A351E6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2DBDC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179FB7D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44871B5" w14:textId="77777777" w:rsidTr="00F111D1">
        <w:trPr>
          <w:jc w:val="center"/>
        </w:trPr>
        <w:tc>
          <w:tcPr>
            <w:tcW w:w="3120" w:type="dxa"/>
            <w:shd w:val="clear" w:color="auto" w:fill="FFFFFF"/>
            <w:tcMar>
              <w:top w:w="50" w:type="dxa"/>
              <w:left w:w="100" w:type="dxa"/>
              <w:bottom w:w="50" w:type="dxa"/>
              <w:right w:w="100" w:type="dxa"/>
            </w:tcMar>
          </w:tcPr>
          <w:p w14:paraId="01CCE76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2CD724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5490DB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4,67</w:t>
            </w:r>
          </w:p>
        </w:tc>
      </w:tr>
      <w:tr w:rsidR="00D33902" w:rsidRPr="00D33902" w14:paraId="46D99743" w14:textId="77777777" w:rsidTr="00F111D1">
        <w:trPr>
          <w:jc w:val="center"/>
        </w:trPr>
        <w:tc>
          <w:tcPr>
            <w:tcW w:w="3120" w:type="dxa"/>
            <w:shd w:val="clear" w:color="auto" w:fill="F9FAFB"/>
            <w:tcMar>
              <w:top w:w="50" w:type="dxa"/>
              <w:left w:w="100" w:type="dxa"/>
              <w:bottom w:w="50" w:type="dxa"/>
              <w:right w:w="100" w:type="dxa"/>
            </w:tcMar>
          </w:tcPr>
          <w:p w14:paraId="7A3F22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631177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301593F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72232367" w14:textId="77777777" w:rsidTr="00F111D1">
        <w:trPr>
          <w:jc w:val="center"/>
        </w:trPr>
        <w:tc>
          <w:tcPr>
            <w:tcW w:w="3120" w:type="dxa"/>
            <w:shd w:val="clear" w:color="auto" w:fill="FFFFFF"/>
            <w:tcMar>
              <w:top w:w="50" w:type="dxa"/>
              <w:left w:w="100" w:type="dxa"/>
              <w:bottom w:w="50" w:type="dxa"/>
              <w:right w:w="100" w:type="dxa"/>
            </w:tcMar>
          </w:tcPr>
          <w:p w14:paraId="248CB1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448F706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4DD7FD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bl>
    <w:p w14:paraId="49122592" w14:textId="77777777" w:rsidR="00D33902" w:rsidRPr="00D33902" w:rsidRDefault="00D33902" w:rsidP="00D33902">
      <w:pPr>
        <w:spacing w:after="0" w:line="240" w:lineRule="auto"/>
        <w:rPr>
          <w:rFonts w:ascii="Times New Roman" w:hAnsi="Times New Roman" w:cs="Times New Roman"/>
        </w:rPr>
      </w:pPr>
    </w:p>
    <w:p w14:paraId="583835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7A488D5" w14:textId="77777777" w:rsidTr="00F111D1">
        <w:trPr>
          <w:jc w:val="center"/>
        </w:trPr>
        <w:tc>
          <w:tcPr>
            <w:tcW w:w="3120" w:type="dxa"/>
            <w:shd w:val="clear" w:color="auto" w:fill="1F4E79"/>
            <w:tcMar>
              <w:top w:w="70" w:type="dxa"/>
              <w:left w:w="100" w:type="dxa"/>
              <w:bottom w:w="70" w:type="dxa"/>
              <w:right w:w="100" w:type="dxa"/>
            </w:tcMar>
          </w:tcPr>
          <w:p w14:paraId="7F6258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ADB3BC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790589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1B5D69BC" w14:textId="77777777" w:rsidTr="00F111D1">
        <w:trPr>
          <w:jc w:val="center"/>
        </w:trPr>
        <w:tc>
          <w:tcPr>
            <w:tcW w:w="3120" w:type="dxa"/>
            <w:shd w:val="clear" w:color="auto" w:fill="F9FAFB"/>
            <w:tcMar>
              <w:top w:w="50" w:type="dxa"/>
              <w:left w:w="100" w:type="dxa"/>
              <w:bottom w:w="50" w:type="dxa"/>
              <w:right w:w="100" w:type="dxa"/>
            </w:tcMar>
          </w:tcPr>
          <w:p w14:paraId="4E22084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AA46E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613A79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3,83</w:t>
            </w:r>
          </w:p>
        </w:tc>
      </w:tr>
      <w:tr w:rsidR="00D33902" w:rsidRPr="00D33902" w14:paraId="558227E9" w14:textId="77777777" w:rsidTr="00F111D1">
        <w:trPr>
          <w:jc w:val="center"/>
        </w:trPr>
        <w:tc>
          <w:tcPr>
            <w:tcW w:w="3120" w:type="dxa"/>
            <w:shd w:val="clear" w:color="auto" w:fill="FFFFFF"/>
            <w:tcMar>
              <w:top w:w="50" w:type="dxa"/>
              <w:left w:w="100" w:type="dxa"/>
              <w:bottom w:w="50" w:type="dxa"/>
              <w:right w:w="100" w:type="dxa"/>
            </w:tcMar>
          </w:tcPr>
          <w:p w14:paraId="69AE00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535618F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2908E6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1B350AE8" w14:textId="77777777" w:rsidTr="00F111D1">
        <w:trPr>
          <w:jc w:val="center"/>
        </w:trPr>
        <w:tc>
          <w:tcPr>
            <w:tcW w:w="3120" w:type="dxa"/>
            <w:shd w:val="clear" w:color="auto" w:fill="F9FAFB"/>
            <w:tcMar>
              <w:top w:w="50" w:type="dxa"/>
              <w:left w:w="100" w:type="dxa"/>
              <w:bottom w:w="50" w:type="dxa"/>
              <w:right w:w="100" w:type="dxa"/>
            </w:tcMar>
          </w:tcPr>
          <w:p w14:paraId="7D41EA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4C6E2A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3CF196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206CBDCB" w14:textId="77777777" w:rsidTr="00F111D1">
        <w:trPr>
          <w:jc w:val="center"/>
        </w:trPr>
        <w:tc>
          <w:tcPr>
            <w:tcW w:w="3120" w:type="dxa"/>
            <w:shd w:val="clear" w:color="auto" w:fill="FFFFFF"/>
            <w:tcMar>
              <w:top w:w="50" w:type="dxa"/>
              <w:left w:w="100" w:type="dxa"/>
              <w:bottom w:w="50" w:type="dxa"/>
              <w:right w:w="100" w:type="dxa"/>
            </w:tcMar>
          </w:tcPr>
          <w:p w14:paraId="5CF0145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14A027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F4D381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r w:rsidR="00D33902" w:rsidRPr="00D33902" w14:paraId="226E9CFC" w14:textId="77777777" w:rsidTr="00F111D1">
        <w:trPr>
          <w:jc w:val="center"/>
        </w:trPr>
        <w:tc>
          <w:tcPr>
            <w:tcW w:w="3120" w:type="dxa"/>
            <w:shd w:val="clear" w:color="auto" w:fill="F9FAFB"/>
            <w:tcMar>
              <w:top w:w="50" w:type="dxa"/>
              <w:left w:w="100" w:type="dxa"/>
              <w:bottom w:w="50" w:type="dxa"/>
              <w:right w:w="100" w:type="dxa"/>
            </w:tcMar>
          </w:tcPr>
          <w:p w14:paraId="06B9DD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2360B07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4F5F9F4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w:t>
            </w:r>
          </w:p>
        </w:tc>
      </w:tr>
    </w:tbl>
    <w:p w14:paraId="08892918" w14:textId="77777777" w:rsidR="00D33902" w:rsidRPr="00D33902" w:rsidRDefault="00D33902" w:rsidP="00D33902">
      <w:pPr>
        <w:spacing w:after="0" w:line="240" w:lineRule="auto"/>
        <w:rPr>
          <w:rFonts w:ascii="Times New Roman" w:hAnsi="Times New Roman" w:cs="Times New Roman"/>
        </w:rPr>
      </w:pPr>
    </w:p>
    <w:p w14:paraId="10FA446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18. Ders: BES405 Beslenme ve Diyetetik Uygulamaları-III</w:t>
      </w:r>
    </w:p>
    <w:p w14:paraId="6C1DFB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7A18A3C" w14:textId="77777777" w:rsidTr="00F111D1">
        <w:trPr>
          <w:jc w:val="center"/>
        </w:trPr>
        <w:tc>
          <w:tcPr>
            <w:tcW w:w="3120" w:type="dxa"/>
            <w:shd w:val="clear" w:color="auto" w:fill="1F4E79"/>
            <w:tcMar>
              <w:top w:w="70" w:type="dxa"/>
              <w:left w:w="100" w:type="dxa"/>
              <w:bottom w:w="70" w:type="dxa"/>
              <w:right w:w="100" w:type="dxa"/>
            </w:tcMar>
          </w:tcPr>
          <w:p w14:paraId="554EFB2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5205758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67BD4D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10543F4" w14:textId="77777777" w:rsidTr="00F111D1">
        <w:trPr>
          <w:jc w:val="center"/>
        </w:trPr>
        <w:tc>
          <w:tcPr>
            <w:tcW w:w="3120" w:type="dxa"/>
            <w:shd w:val="clear" w:color="auto" w:fill="F9FAFB"/>
            <w:tcMar>
              <w:top w:w="50" w:type="dxa"/>
              <w:left w:w="100" w:type="dxa"/>
              <w:bottom w:w="50" w:type="dxa"/>
              <w:right w:w="100" w:type="dxa"/>
            </w:tcMar>
          </w:tcPr>
          <w:p w14:paraId="1B40EDE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4F2683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0293F40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3D05277A" w14:textId="77777777" w:rsidTr="00F111D1">
        <w:trPr>
          <w:jc w:val="center"/>
        </w:trPr>
        <w:tc>
          <w:tcPr>
            <w:tcW w:w="3120" w:type="dxa"/>
            <w:shd w:val="clear" w:color="auto" w:fill="FFFFFF"/>
            <w:tcMar>
              <w:top w:w="50" w:type="dxa"/>
              <w:left w:w="100" w:type="dxa"/>
              <w:bottom w:w="50" w:type="dxa"/>
              <w:right w:w="100" w:type="dxa"/>
            </w:tcMar>
          </w:tcPr>
          <w:p w14:paraId="420C9C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8E9D39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3D673F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73BFAC46" w14:textId="77777777" w:rsidTr="00F111D1">
        <w:trPr>
          <w:jc w:val="center"/>
        </w:trPr>
        <w:tc>
          <w:tcPr>
            <w:tcW w:w="3120" w:type="dxa"/>
            <w:shd w:val="clear" w:color="auto" w:fill="F9FAFB"/>
            <w:tcMar>
              <w:top w:w="50" w:type="dxa"/>
              <w:left w:w="100" w:type="dxa"/>
              <w:bottom w:w="50" w:type="dxa"/>
              <w:right w:w="100" w:type="dxa"/>
            </w:tcMar>
          </w:tcPr>
          <w:p w14:paraId="09C849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3C3956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6146C9F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4,25</w:t>
            </w:r>
          </w:p>
        </w:tc>
      </w:tr>
      <w:tr w:rsidR="00D33902" w:rsidRPr="00D33902" w14:paraId="47799703" w14:textId="77777777" w:rsidTr="00F111D1">
        <w:trPr>
          <w:jc w:val="center"/>
        </w:trPr>
        <w:tc>
          <w:tcPr>
            <w:tcW w:w="3120" w:type="dxa"/>
            <w:shd w:val="clear" w:color="auto" w:fill="FFFFFF"/>
            <w:tcMar>
              <w:top w:w="50" w:type="dxa"/>
              <w:left w:w="100" w:type="dxa"/>
              <w:bottom w:w="50" w:type="dxa"/>
              <w:right w:w="100" w:type="dxa"/>
            </w:tcMar>
          </w:tcPr>
          <w:p w14:paraId="1B40F0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559BD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7EC0DA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bl>
    <w:p w14:paraId="1EA31EC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55ABA96" w14:textId="77777777" w:rsidTr="00F111D1">
        <w:trPr>
          <w:jc w:val="center"/>
        </w:trPr>
        <w:tc>
          <w:tcPr>
            <w:tcW w:w="4680" w:type="dxa"/>
            <w:shd w:val="clear" w:color="auto" w:fill="1F4E79"/>
            <w:tcMar>
              <w:top w:w="70" w:type="dxa"/>
              <w:left w:w="100" w:type="dxa"/>
              <w:bottom w:w="70" w:type="dxa"/>
              <w:right w:w="100" w:type="dxa"/>
            </w:tcMar>
          </w:tcPr>
          <w:p w14:paraId="72E0F6E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3B6D261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7C420BD8" w14:textId="77777777" w:rsidTr="00F111D1">
        <w:trPr>
          <w:jc w:val="center"/>
        </w:trPr>
        <w:tc>
          <w:tcPr>
            <w:tcW w:w="4680" w:type="dxa"/>
            <w:shd w:val="clear" w:color="auto" w:fill="F9FAFB"/>
            <w:tcMar>
              <w:top w:w="50" w:type="dxa"/>
              <w:left w:w="100" w:type="dxa"/>
              <w:bottom w:w="50" w:type="dxa"/>
              <w:right w:w="100" w:type="dxa"/>
            </w:tcMar>
          </w:tcPr>
          <w:p w14:paraId="64B4E6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0B093B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11,09 saat</w:t>
            </w:r>
          </w:p>
        </w:tc>
      </w:tr>
      <w:tr w:rsidR="00D33902" w:rsidRPr="00D33902" w14:paraId="0F9051EA" w14:textId="77777777" w:rsidTr="00F111D1">
        <w:trPr>
          <w:jc w:val="center"/>
        </w:trPr>
        <w:tc>
          <w:tcPr>
            <w:tcW w:w="4680" w:type="dxa"/>
            <w:shd w:val="clear" w:color="auto" w:fill="FFFFFF"/>
            <w:tcMar>
              <w:top w:w="50" w:type="dxa"/>
              <w:left w:w="100" w:type="dxa"/>
              <w:bottom w:w="50" w:type="dxa"/>
              <w:right w:w="100" w:type="dxa"/>
            </w:tcMar>
          </w:tcPr>
          <w:p w14:paraId="0CCD54A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3C3670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12,25 saat</w:t>
            </w:r>
          </w:p>
        </w:tc>
      </w:tr>
      <w:tr w:rsidR="00D33902" w:rsidRPr="00D33902" w14:paraId="75DF77D5" w14:textId="77777777" w:rsidTr="00F111D1">
        <w:trPr>
          <w:jc w:val="center"/>
        </w:trPr>
        <w:tc>
          <w:tcPr>
            <w:tcW w:w="4680" w:type="dxa"/>
            <w:shd w:val="clear" w:color="auto" w:fill="F9FAFB"/>
            <w:tcMar>
              <w:top w:w="50" w:type="dxa"/>
              <w:left w:w="100" w:type="dxa"/>
              <w:bottom w:w="50" w:type="dxa"/>
              <w:right w:w="100" w:type="dxa"/>
            </w:tcMar>
          </w:tcPr>
          <w:p w14:paraId="2EA3418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815580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10,42 saat</w:t>
            </w:r>
          </w:p>
        </w:tc>
      </w:tr>
      <w:tr w:rsidR="00D33902" w:rsidRPr="00D33902" w14:paraId="06918286" w14:textId="77777777" w:rsidTr="00F111D1">
        <w:trPr>
          <w:jc w:val="center"/>
        </w:trPr>
        <w:tc>
          <w:tcPr>
            <w:tcW w:w="4680" w:type="dxa"/>
            <w:shd w:val="clear" w:color="auto" w:fill="FFFFFF"/>
            <w:tcMar>
              <w:top w:w="50" w:type="dxa"/>
              <w:left w:w="100" w:type="dxa"/>
              <w:bottom w:w="50" w:type="dxa"/>
              <w:right w:w="100" w:type="dxa"/>
            </w:tcMar>
          </w:tcPr>
          <w:p w14:paraId="19051E6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746CA20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4,17 saat</w:t>
            </w:r>
          </w:p>
        </w:tc>
      </w:tr>
      <w:tr w:rsidR="00D33902" w:rsidRPr="00D33902" w14:paraId="74001EA9" w14:textId="77777777" w:rsidTr="00F111D1">
        <w:trPr>
          <w:jc w:val="center"/>
        </w:trPr>
        <w:tc>
          <w:tcPr>
            <w:tcW w:w="4680" w:type="dxa"/>
            <w:shd w:val="clear" w:color="auto" w:fill="F9FAFB"/>
            <w:tcMar>
              <w:top w:w="50" w:type="dxa"/>
              <w:left w:w="100" w:type="dxa"/>
              <w:bottom w:w="50" w:type="dxa"/>
              <w:right w:w="100" w:type="dxa"/>
            </w:tcMar>
          </w:tcPr>
          <w:p w14:paraId="1749125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69516E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31,42 saat</w:t>
            </w:r>
          </w:p>
        </w:tc>
      </w:tr>
      <w:tr w:rsidR="00D33902" w:rsidRPr="00D33902" w14:paraId="3F00C7D4" w14:textId="77777777" w:rsidTr="00F111D1">
        <w:trPr>
          <w:jc w:val="center"/>
        </w:trPr>
        <w:tc>
          <w:tcPr>
            <w:tcW w:w="4680" w:type="dxa"/>
            <w:shd w:val="clear" w:color="auto" w:fill="FFFFFF"/>
            <w:tcMar>
              <w:top w:w="50" w:type="dxa"/>
              <w:left w:w="100" w:type="dxa"/>
              <w:bottom w:w="50" w:type="dxa"/>
              <w:right w:w="100" w:type="dxa"/>
            </w:tcMar>
          </w:tcPr>
          <w:p w14:paraId="43A5322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3382E1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5,83 saat</w:t>
            </w:r>
          </w:p>
        </w:tc>
      </w:tr>
      <w:tr w:rsidR="00D33902" w:rsidRPr="00D33902" w14:paraId="5310C3E9" w14:textId="77777777" w:rsidTr="00F111D1">
        <w:trPr>
          <w:jc w:val="center"/>
        </w:trPr>
        <w:tc>
          <w:tcPr>
            <w:tcW w:w="4680" w:type="dxa"/>
            <w:shd w:val="clear" w:color="auto" w:fill="F9FAFB"/>
            <w:tcMar>
              <w:top w:w="50" w:type="dxa"/>
              <w:left w:w="100" w:type="dxa"/>
              <w:bottom w:w="50" w:type="dxa"/>
              <w:right w:w="100" w:type="dxa"/>
            </w:tcMar>
          </w:tcPr>
          <w:p w14:paraId="1BFEDF8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1BD19A1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0,67 saat</w:t>
            </w:r>
          </w:p>
        </w:tc>
      </w:tr>
      <w:tr w:rsidR="00D33902" w:rsidRPr="00D33902" w14:paraId="02D137AA" w14:textId="77777777" w:rsidTr="00F111D1">
        <w:trPr>
          <w:jc w:val="center"/>
        </w:trPr>
        <w:tc>
          <w:tcPr>
            <w:tcW w:w="4680" w:type="dxa"/>
            <w:shd w:val="clear" w:color="auto" w:fill="FFFFFF"/>
            <w:tcMar>
              <w:top w:w="50" w:type="dxa"/>
              <w:left w:w="100" w:type="dxa"/>
              <w:bottom w:w="50" w:type="dxa"/>
              <w:right w:w="100" w:type="dxa"/>
            </w:tcMar>
          </w:tcPr>
          <w:p w14:paraId="4538A8E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29B43E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31,92 saat</w:t>
            </w:r>
          </w:p>
        </w:tc>
      </w:tr>
    </w:tbl>
    <w:p w14:paraId="2F513952" w14:textId="77777777" w:rsidR="00D33902" w:rsidRPr="00D33902" w:rsidRDefault="00D33902" w:rsidP="00D33902">
      <w:pPr>
        <w:spacing w:after="0" w:line="240" w:lineRule="auto"/>
        <w:rPr>
          <w:rFonts w:ascii="Times New Roman" w:hAnsi="Times New Roman" w:cs="Times New Roman"/>
        </w:rPr>
      </w:pPr>
    </w:p>
    <w:p w14:paraId="5A10B9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96A0978" w14:textId="77777777" w:rsidTr="00F111D1">
        <w:trPr>
          <w:jc w:val="center"/>
        </w:trPr>
        <w:tc>
          <w:tcPr>
            <w:tcW w:w="3120" w:type="dxa"/>
            <w:shd w:val="clear" w:color="auto" w:fill="1F4E79"/>
            <w:tcMar>
              <w:top w:w="70" w:type="dxa"/>
              <w:left w:w="100" w:type="dxa"/>
              <w:bottom w:w="70" w:type="dxa"/>
              <w:right w:w="100" w:type="dxa"/>
            </w:tcMar>
          </w:tcPr>
          <w:p w14:paraId="4EBBD60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70FCB4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3F7183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FC515C3" w14:textId="77777777" w:rsidTr="00F111D1">
        <w:trPr>
          <w:jc w:val="center"/>
        </w:trPr>
        <w:tc>
          <w:tcPr>
            <w:tcW w:w="3120" w:type="dxa"/>
            <w:shd w:val="clear" w:color="auto" w:fill="F9FAFB"/>
            <w:tcMar>
              <w:top w:w="50" w:type="dxa"/>
              <w:left w:w="100" w:type="dxa"/>
              <w:bottom w:w="50" w:type="dxa"/>
              <w:right w:w="100" w:type="dxa"/>
            </w:tcMar>
          </w:tcPr>
          <w:p w14:paraId="03FA1F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D9B3D1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3782CB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15563535" w14:textId="77777777" w:rsidTr="00F111D1">
        <w:trPr>
          <w:jc w:val="center"/>
        </w:trPr>
        <w:tc>
          <w:tcPr>
            <w:tcW w:w="3120" w:type="dxa"/>
            <w:shd w:val="clear" w:color="auto" w:fill="FFFFFF"/>
            <w:tcMar>
              <w:top w:w="50" w:type="dxa"/>
              <w:left w:w="100" w:type="dxa"/>
              <w:bottom w:w="50" w:type="dxa"/>
              <w:right w:w="100" w:type="dxa"/>
            </w:tcMar>
          </w:tcPr>
          <w:p w14:paraId="36E098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151FA4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20FC97B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23D61D70" w14:textId="77777777" w:rsidTr="00F111D1">
        <w:trPr>
          <w:jc w:val="center"/>
        </w:trPr>
        <w:tc>
          <w:tcPr>
            <w:tcW w:w="3120" w:type="dxa"/>
            <w:shd w:val="clear" w:color="auto" w:fill="F9FAFB"/>
            <w:tcMar>
              <w:top w:w="50" w:type="dxa"/>
              <w:left w:w="100" w:type="dxa"/>
              <w:bottom w:w="50" w:type="dxa"/>
              <w:right w:w="100" w:type="dxa"/>
            </w:tcMar>
          </w:tcPr>
          <w:p w14:paraId="2743FC4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63241A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010E7C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44D0A97D" w14:textId="77777777" w:rsidTr="00F111D1">
        <w:trPr>
          <w:jc w:val="center"/>
        </w:trPr>
        <w:tc>
          <w:tcPr>
            <w:tcW w:w="3120" w:type="dxa"/>
            <w:shd w:val="clear" w:color="auto" w:fill="FFFFFF"/>
            <w:tcMar>
              <w:top w:w="50" w:type="dxa"/>
              <w:left w:w="100" w:type="dxa"/>
              <w:bottom w:w="50" w:type="dxa"/>
              <w:right w:w="100" w:type="dxa"/>
            </w:tcMar>
          </w:tcPr>
          <w:p w14:paraId="6834132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30D081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49FB32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086439A3" w14:textId="77777777" w:rsidTr="00F111D1">
        <w:trPr>
          <w:jc w:val="center"/>
        </w:trPr>
        <w:tc>
          <w:tcPr>
            <w:tcW w:w="3120" w:type="dxa"/>
            <w:shd w:val="clear" w:color="auto" w:fill="F9FAFB"/>
            <w:tcMar>
              <w:top w:w="50" w:type="dxa"/>
              <w:left w:w="100" w:type="dxa"/>
              <w:bottom w:w="50" w:type="dxa"/>
              <w:right w:w="100" w:type="dxa"/>
            </w:tcMar>
          </w:tcPr>
          <w:p w14:paraId="14030A1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3A5BFA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18B5900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4,75</w:t>
            </w:r>
          </w:p>
        </w:tc>
      </w:tr>
      <w:tr w:rsidR="00D33902" w:rsidRPr="00D33902" w14:paraId="2753FB6F" w14:textId="77777777" w:rsidTr="00F111D1">
        <w:trPr>
          <w:jc w:val="center"/>
        </w:trPr>
        <w:tc>
          <w:tcPr>
            <w:tcW w:w="3120" w:type="dxa"/>
            <w:shd w:val="clear" w:color="auto" w:fill="FFFFFF"/>
            <w:tcMar>
              <w:top w:w="50" w:type="dxa"/>
              <w:left w:w="100" w:type="dxa"/>
              <w:bottom w:w="50" w:type="dxa"/>
              <w:right w:w="100" w:type="dxa"/>
            </w:tcMar>
          </w:tcPr>
          <w:p w14:paraId="0803DF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17ADC78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00CBD9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173072B3" w14:textId="77777777" w:rsidTr="00F111D1">
        <w:trPr>
          <w:jc w:val="center"/>
        </w:trPr>
        <w:tc>
          <w:tcPr>
            <w:tcW w:w="3120" w:type="dxa"/>
            <w:shd w:val="clear" w:color="auto" w:fill="F9FAFB"/>
            <w:tcMar>
              <w:top w:w="50" w:type="dxa"/>
              <w:left w:w="100" w:type="dxa"/>
              <w:bottom w:w="50" w:type="dxa"/>
              <w:right w:w="100" w:type="dxa"/>
            </w:tcMar>
          </w:tcPr>
          <w:p w14:paraId="5BE18E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771219B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0C72479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4,83</w:t>
            </w:r>
          </w:p>
        </w:tc>
      </w:tr>
      <w:tr w:rsidR="00D33902" w:rsidRPr="00D33902" w14:paraId="3897C3ED" w14:textId="77777777" w:rsidTr="00F111D1">
        <w:trPr>
          <w:jc w:val="center"/>
        </w:trPr>
        <w:tc>
          <w:tcPr>
            <w:tcW w:w="3120" w:type="dxa"/>
            <w:shd w:val="clear" w:color="auto" w:fill="FFFFFF"/>
            <w:tcMar>
              <w:top w:w="50" w:type="dxa"/>
              <w:left w:w="100" w:type="dxa"/>
              <w:bottom w:w="50" w:type="dxa"/>
              <w:right w:w="100" w:type="dxa"/>
            </w:tcMar>
          </w:tcPr>
          <w:p w14:paraId="38ACFB8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5F39E38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4ADA6D1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61D802AF" w14:textId="77777777" w:rsidTr="00F111D1">
        <w:trPr>
          <w:jc w:val="center"/>
        </w:trPr>
        <w:tc>
          <w:tcPr>
            <w:tcW w:w="3120" w:type="dxa"/>
            <w:shd w:val="clear" w:color="auto" w:fill="F9FAFB"/>
            <w:tcMar>
              <w:top w:w="50" w:type="dxa"/>
              <w:left w:w="100" w:type="dxa"/>
              <w:bottom w:w="50" w:type="dxa"/>
              <w:right w:w="100" w:type="dxa"/>
            </w:tcMar>
          </w:tcPr>
          <w:p w14:paraId="31443A4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217BC3A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240EAB8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2A378AA3" w14:textId="77777777" w:rsidTr="00F111D1">
        <w:trPr>
          <w:jc w:val="center"/>
        </w:trPr>
        <w:tc>
          <w:tcPr>
            <w:tcW w:w="3120" w:type="dxa"/>
            <w:shd w:val="clear" w:color="auto" w:fill="FFFFFF"/>
            <w:tcMar>
              <w:top w:w="50" w:type="dxa"/>
              <w:left w:w="100" w:type="dxa"/>
              <w:bottom w:w="50" w:type="dxa"/>
              <w:right w:w="100" w:type="dxa"/>
            </w:tcMar>
          </w:tcPr>
          <w:p w14:paraId="36EBD1D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0FDDC5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49F07E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1B489791" w14:textId="77777777" w:rsidTr="00F111D1">
        <w:trPr>
          <w:jc w:val="center"/>
        </w:trPr>
        <w:tc>
          <w:tcPr>
            <w:tcW w:w="3120" w:type="dxa"/>
            <w:shd w:val="clear" w:color="auto" w:fill="F9FAFB"/>
            <w:tcMar>
              <w:top w:w="50" w:type="dxa"/>
              <w:left w:w="100" w:type="dxa"/>
              <w:bottom w:w="50" w:type="dxa"/>
              <w:right w:w="100" w:type="dxa"/>
            </w:tcMar>
          </w:tcPr>
          <w:p w14:paraId="2FCE4B0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820639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D9A80B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29BC3F64" w14:textId="77777777" w:rsidTr="00F111D1">
        <w:trPr>
          <w:jc w:val="center"/>
        </w:trPr>
        <w:tc>
          <w:tcPr>
            <w:tcW w:w="3120" w:type="dxa"/>
            <w:shd w:val="clear" w:color="auto" w:fill="FFFFFF"/>
            <w:tcMar>
              <w:top w:w="50" w:type="dxa"/>
              <w:left w:w="100" w:type="dxa"/>
              <w:bottom w:w="50" w:type="dxa"/>
              <w:right w:w="100" w:type="dxa"/>
            </w:tcMar>
          </w:tcPr>
          <w:p w14:paraId="4AEB5A2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41EEB17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7D1BACA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7F82DC59" w14:textId="77777777" w:rsidTr="00F111D1">
        <w:trPr>
          <w:jc w:val="center"/>
        </w:trPr>
        <w:tc>
          <w:tcPr>
            <w:tcW w:w="3120" w:type="dxa"/>
            <w:shd w:val="clear" w:color="auto" w:fill="F9FAFB"/>
            <w:tcMar>
              <w:top w:w="50" w:type="dxa"/>
              <w:left w:w="100" w:type="dxa"/>
              <w:bottom w:w="50" w:type="dxa"/>
              <w:right w:w="100" w:type="dxa"/>
            </w:tcMar>
          </w:tcPr>
          <w:p w14:paraId="35D8B1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551985B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4F2CAA0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r w:rsidR="00D33902" w:rsidRPr="00D33902" w14:paraId="0E43CCD3" w14:textId="77777777" w:rsidTr="00F111D1">
        <w:trPr>
          <w:jc w:val="center"/>
        </w:trPr>
        <w:tc>
          <w:tcPr>
            <w:tcW w:w="3120" w:type="dxa"/>
            <w:shd w:val="clear" w:color="auto" w:fill="FFFFFF"/>
            <w:tcMar>
              <w:top w:w="50" w:type="dxa"/>
              <w:left w:w="100" w:type="dxa"/>
              <w:bottom w:w="50" w:type="dxa"/>
              <w:right w:w="100" w:type="dxa"/>
            </w:tcMar>
          </w:tcPr>
          <w:p w14:paraId="5A4C496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3BA9C79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B5BDD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4,92</w:t>
            </w:r>
          </w:p>
        </w:tc>
      </w:tr>
    </w:tbl>
    <w:p w14:paraId="5A1575C5" w14:textId="77777777" w:rsidR="00D33902" w:rsidRPr="00D33902" w:rsidRDefault="00D33902" w:rsidP="00D33902">
      <w:pPr>
        <w:spacing w:after="0" w:line="240" w:lineRule="auto"/>
        <w:rPr>
          <w:rFonts w:ascii="Times New Roman" w:hAnsi="Times New Roman" w:cs="Times New Roman"/>
        </w:rPr>
      </w:pPr>
    </w:p>
    <w:p w14:paraId="0453EC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43FCE17" w14:textId="77777777" w:rsidTr="00F111D1">
        <w:trPr>
          <w:jc w:val="center"/>
        </w:trPr>
        <w:tc>
          <w:tcPr>
            <w:tcW w:w="3120" w:type="dxa"/>
            <w:shd w:val="clear" w:color="auto" w:fill="1F4E79"/>
            <w:tcMar>
              <w:top w:w="70" w:type="dxa"/>
              <w:left w:w="100" w:type="dxa"/>
              <w:bottom w:w="70" w:type="dxa"/>
              <w:right w:w="100" w:type="dxa"/>
            </w:tcMar>
          </w:tcPr>
          <w:p w14:paraId="22A392A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783D1EE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BD84E4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15AE285" w14:textId="77777777" w:rsidTr="00F111D1">
        <w:trPr>
          <w:jc w:val="center"/>
        </w:trPr>
        <w:tc>
          <w:tcPr>
            <w:tcW w:w="3120" w:type="dxa"/>
            <w:shd w:val="clear" w:color="auto" w:fill="F9FAFB"/>
            <w:tcMar>
              <w:top w:w="50" w:type="dxa"/>
              <w:left w:w="100" w:type="dxa"/>
              <w:bottom w:w="50" w:type="dxa"/>
              <w:right w:w="100" w:type="dxa"/>
            </w:tcMar>
          </w:tcPr>
          <w:p w14:paraId="6ED209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0AB3B52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2B39BED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739D633F" w14:textId="77777777" w:rsidTr="00F111D1">
        <w:trPr>
          <w:jc w:val="center"/>
        </w:trPr>
        <w:tc>
          <w:tcPr>
            <w:tcW w:w="3120" w:type="dxa"/>
            <w:shd w:val="clear" w:color="auto" w:fill="FFFFFF"/>
            <w:tcMar>
              <w:top w:w="50" w:type="dxa"/>
              <w:left w:w="100" w:type="dxa"/>
              <w:bottom w:w="50" w:type="dxa"/>
              <w:right w:w="100" w:type="dxa"/>
            </w:tcMar>
          </w:tcPr>
          <w:p w14:paraId="76B0EC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7C7917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4C9462C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4,33</w:t>
            </w:r>
          </w:p>
        </w:tc>
      </w:tr>
      <w:tr w:rsidR="00D33902" w:rsidRPr="00D33902" w14:paraId="2E1F88CA" w14:textId="77777777" w:rsidTr="00F111D1">
        <w:trPr>
          <w:jc w:val="center"/>
        </w:trPr>
        <w:tc>
          <w:tcPr>
            <w:tcW w:w="3120" w:type="dxa"/>
            <w:shd w:val="clear" w:color="auto" w:fill="F9FAFB"/>
            <w:tcMar>
              <w:top w:w="50" w:type="dxa"/>
              <w:left w:w="100" w:type="dxa"/>
              <w:bottom w:w="50" w:type="dxa"/>
              <w:right w:w="100" w:type="dxa"/>
            </w:tcMar>
          </w:tcPr>
          <w:p w14:paraId="77F55F9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B623AC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27644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43553F33" w14:textId="77777777" w:rsidTr="00F111D1">
        <w:trPr>
          <w:jc w:val="center"/>
        </w:trPr>
        <w:tc>
          <w:tcPr>
            <w:tcW w:w="3120" w:type="dxa"/>
            <w:shd w:val="clear" w:color="auto" w:fill="FFFFFF"/>
            <w:tcMar>
              <w:top w:w="50" w:type="dxa"/>
              <w:left w:w="100" w:type="dxa"/>
              <w:bottom w:w="50" w:type="dxa"/>
              <w:right w:w="100" w:type="dxa"/>
            </w:tcMar>
          </w:tcPr>
          <w:p w14:paraId="0ACF841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60AACC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72946E3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3B371DB8" w14:textId="77777777" w:rsidTr="00F111D1">
        <w:trPr>
          <w:jc w:val="center"/>
        </w:trPr>
        <w:tc>
          <w:tcPr>
            <w:tcW w:w="3120" w:type="dxa"/>
            <w:shd w:val="clear" w:color="auto" w:fill="F9FAFB"/>
            <w:tcMar>
              <w:top w:w="50" w:type="dxa"/>
              <w:left w:w="100" w:type="dxa"/>
              <w:bottom w:w="50" w:type="dxa"/>
              <w:right w:w="100" w:type="dxa"/>
            </w:tcMar>
          </w:tcPr>
          <w:p w14:paraId="38664D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47C6C67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2FB7DA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bl>
    <w:p w14:paraId="4C7BE280" w14:textId="77777777" w:rsidR="00D33902" w:rsidRPr="00D33902" w:rsidRDefault="00D33902" w:rsidP="00D33902">
      <w:pPr>
        <w:spacing w:after="0" w:line="240" w:lineRule="auto"/>
        <w:rPr>
          <w:rFonts w:ascii="Times New Roman" w:hAnsi="Times New Roman" w:cs="Times New Roman"/>
        </w:rPr>
      </w:pPr>
    </w:p>
    <w:p w14:paraId="47AD2D5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19. Ders: BES406 Beslenme ve Diyetetik Uygulamaları-IV</w:t>
      </w:r>
    </w:p>
    <w:p w14:paraId="59B1C24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5EB70ECB" w14:textId="77777777" w:rsidTr="00F111D1">
        <w:trPr>
          <w:jc w:val="center"/>
        </w:trPr>
        <w:tc>
          <w:tcPr>
            <w:tcW w:w="3120" w:type="dxa"/>
            <w:shd w:val="clear" w:color="auto" w:fill="1F4E79"/>
            <w:tcMar>
              <w:top w:w="70" w:type="dxa"/>
              <w:left w:w="100" w:type="dxa"/>
              <w:bottom w:w="70" w:type="dxa"/>
              <w:right w:w="100" w:type="dxa"/>
            </w:tcMar>
          </w:tcPr>
          <w:p w14:paraId="13768C1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5E9ED1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A3A03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B3F2B0B" w14:textId="77777777" w:rsidTr="00F111D1">
        <w:trPr>
          <w:jc w:val="center"/>
        </w:trPr>
        <w:tc>
          <w:tcPr>
            <w:tcW w:w="3120" w:type="dxa"/>
            <w:shd w:val="clear" w:color="auto" w:fill="F9FAFB"/>
            <w:tcMar>
              <w:top w:w="50" w:type="dxa"/>
              <w:left w:w="100" w:type="dxa"/>
              <w:bottom w:w="50" w:type="dxa"/>
              <w:right w:w="100" w:type="dxa"/>
            </w:tcMar>
          </w:tcPr>
          <w:p w14:paraId="2FBF697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D3D233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0D7DB96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6139F17C" w14:textId="77777777" w:rsidTr="00F111D1">
        <w:trPr>
          <w:jc w:val="center"/>
        </w:trPr>
        <w:tc>
          <w:tcPr>
            <w:tcW w:w="3120" w:type="dxa"/>
            <w:shd w:val="clear" w:color="auto" w:fill="FFFFFF"/>
            <w:tcMar>
              <w:top w:w="50" w:type="dxa"/>
              <w:left w:w="100" w:type="dxa"/>
              <w:bottom w:w="50" w:type="dxa"/>
              <w:right w:w="100" w:type="dxa"/>
            </w:tcMar>
          </w:tcPr>
          <w:p w14:paraId="3163116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0A0409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5ED9B6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29FD5BA" w14:textId="77777777" w:rsidTr="00F111D1">
        <w:trPr>
          <w:jc w:val="center"/>
        </w:trPr>
        <w:tc>
          <w:tcPr>
            <w:tcW w:w="3120" w:type="dxa"/>
            <w:shd w:val="clear" w:color="auto" w:fill="F9FAFB"/>
            <w:tcMar>
              <w:top w:w="50" w:type="dxa"/>
              <w:left w:w="100" w:type="dxa"/>
              <w:bottom w:w="50" w:type="dxa"/>
              <w:right w:w="100" w:type="dxa"/>
            </w:tcMar>
          </w:tcPr>
          <w:p w14:paraId="06F1FE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CB7E0D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053A8F8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4,18</w:t>
            </w:r>
          </w:p>
        </w:tc>
      </w:tr>
      <w:tr w:rsidR="00D33902" w:rsidRPr="00D33902" w14:paraId="120A2E7E" w14:textId="77777777" w:rsidTr="00F111D1">
        <w:trPr>
          <w:jc w:val="center"/>
        </w:trPr>
        <w:tc>
          <w:tcPr>
            <w:tcW w:w="3120" w:type="dxa"/>
            <w:shd w:val="clear" w:color="auto" w:fill="FFFFFF"/>
            <w:tcMar>
              <w:top w:w="50" w:type="dxa"/>
              <w:left w:w="100" w:type="dxa"/>
              <w:bottom w:w="50" w:type="dxa"/>
              <w:right w:w="100" w:type="dxa"/>
            </w:tcMar>
          </w:tcPr>
          <w:p w14:paraId="38D70B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CD57A1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14B8D68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bl>
    <w:p w14:paraId="2BA6558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64CD9FA1" w14:textId="77777777" w:rsidTr="00F111D1">
        <w:trPr>
          <w:jc w:val="center"/>
        </w:trPr>
        <w:tc>
          <w:tcPr>
            <w:tcW w:w="4680" w:type="dxa"/>
            <w:shd w:val="clear" w:color="auto" w:fill="1F4E79"/>
            <w:tcMar>
              <w:top w:w="70" w:type="dxa"/>
              <w:left w:w="100" w:type="dxa"/>
              <w:bottom w:w="70" w:type="dxa"/>
              <w:right w:w="100" w:type="dxa"/>
            </w:tcMar>
          </w:tcPr>
          <w:p w14:paraId="272B763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49628D2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028F36A9" w14:textId="77777777" w:rsidTr="00F111D1">
        <w:trPr>
          <w:jc w:val="center"/>
        </w:trPr>
        <w:tc>
          <w:tcPr>
            <w:tcW w:w="4680" w:type="dxa"/>
            <w:shd w:val="clear" w:color="auto" w:fill="F9FAFB"/>
            <w:tcMar>
              <w:top w:w="50" w:type="dxa"/>
              <w:left w:w="100" w:type="dxa"/>
              <w:bottom w:w="50" w:type="dxa"/>
              <w:right w:w="100" w:type="dxa"/>
            </w:tcMar>
          </w:tcPr>
          <w:p w14:paraId="3F71BF8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09CC6D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14,09 saat</w:t>
            </w:r>
          </w:p>
        </w:tc>
      </w:tr>
      <w:tr w:rsidR="00D33902" w:rsidRPr="00D33902" w14:paraId="575F970F" w14:textId="77777777" w:rsidTr="00F111D1">
        <w:trPr>
          <w:jc w:val="center"/>
        </w:trPr>
        <w:tc>
          <w:tcPr>
            <w:tcW w:w="4680" w:type="dxa"/>
            <w:shd w:val="clear" w:color="auto" w:fill="FFFFFF"/>
            <w:tcMar>
              <w:top w:w="50" w:type="dxa"/>
              <w:left w:w="100" w:type="dxa"/>
              <w:bottom w:w="50" w:type="dxa"/>
              <w:right w:w="100" w:type="dxa"/>
            </w:tcMar>
          </w:tcPr>
          <w:p w14:paraId="4B30A4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241511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6,45 saat</w:t>
            </w:r>
          </w:p>
        </w:tc>
      </w:tr>
      <w:tr w:rsidR="00D33902" w:rsidRPr="00D33902" w14:paraId="018FECA5" w14:textId="77777777" w:rsidTr="00F111D1">
        <w:trPr>
          <w:jc w:val="center"/>
        </w:trPr>
        <w:tc>
          <w:tcPr>
            <w:tcW w:w="4680" w:type="dxa"/>
            <w:shd w:val="clear" w:color="auto" w:fill="F9FAFB"/>
            <w:tcMar>
              <w:top w:w="50" w:type="dxa"/>
              <w:left w:w="100" w:type="dxa"/>
              <w:bottom w:w="50" w:type="dxa"/>
              <w:right w:w="100" w:type="dxa"/>
            </w:tcMar>
          </w:tcPr>
          <w:p w14:paraId="093302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04E9348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7,36 saat</w:t>
            </w:r>
          </w:p>
        </w:tc>
      </w:tr>
      <w:tr w:rsidR="00D33902" w:rsidRPr="00D33902" w14:paraId="3B871D9D" w14:textId="77777777" w:rsidTr="00F111D1">
        <w:trPr>
          <w:jc w:val="center"/>
        </w:trPr>
        <w:tc>
          <w:tcPr>
            <w:tcW w:w="4680" w:type="dxa"/>
            <w:shd w:val="clear" w:color="auto" w:fill="FFFFFF"/>
            <w:tcMar>
              <w:top w:w="50" w:type="dxa"/>
              <w:left w:w="100" w:type="dxa"/>
              <w:bottom w:w="50" w:type="dxa"/>
              <w:right w:w="100" w:type="dxa"/>
            </w:tcMar>
          </w:tcPr>
          <w:p w14:paraId="097616C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1253FFC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1,73 saat</w:t>
            </w:r>
          </w:p>
        </w:tc>
      </w:tr>
      <w:tr w:rsidR="00D33902" w:rsidRPr="00D33902" w14:paraId="06B1546C" w14:textId="77777777" w:rsidTr="00F111D1">
        <w:trPr>
          <w:jc w:val="center"/>
        </w:trPr>
        <w:tc>
          <w:tcPr>
            <w:tcW w:w="4680" w:type="dxa"/>
            <w:shd w:val="clear" w:color="auto" w:fill="F9FAFB"/>
            <w:tcMar>
              <w:top w:w="50" w:type="dxa"/>
              <w:left w:w="100" w:type="dxa"/>
              <w:bottom w:w="50" w:type="dxa"/>
              <w:right w:w="100" w:type="dxa"/>
            </w:tcMar>
          </w:tcPr>
          <w:p w14:paraId="4987DC5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7C1D2F6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30,09 saat</w:t>
            </w:r>
          </w:p>
        </w:tc>
      </w:tr>
      <w:tr w:rsidR="00D33902" w:rsidRPr="00D33902" w14:paraId="7BACA257" w14:textId="77777777" w:rsidTr="00F111D1">
        <w:trPr>
          <w:jc w:val="center"/>
        </w:trPr>
        <w:tc>
          <w:tcPr>
            <w:tcW w:w="4680" w:type="dxa"/>
            <w:shd w:val="clear" w:color="auto" w:fill="FFFFFF"/>
            <w:tcMar>
              <w:top w:w="50" w:type="dxa"/>
              <w:left w:w="100" w:type="dxa"/>
              <w:bottom w:w="50" w:type="dxa"/>
              <w:right w:w="100" w:type="dxa"/>
            </w:tcMar>
          </w:tcPr>
          <w:p w14:paraId="5C00756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18A48C7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6,36 saat</w:t>
            </w:r>
          </w:p>
        </w:tc>
      </w:tr>
      <w:tr w:rsidR="00D33902" w:rsidRPr="00D33902" w14:paraId="4927ED29" w14:textId="77777777" w:rsidTr="00F111D1">
        <w:trPr>
          <w:jc w:val="center"/>
        </w:trPr>
        <w:tc>
          <w:tcPr>
            <w:tcW w:w="4680" w:type="dxa"/>
            <w:shd w:val="clear" w:color="auto" w:fill="F9FAFB"/>
            <w:tcMar>
              <w:top w:w="50" w:type="dxa"/>
              <w:left w:w="100" w:type="dxa"/>
              <w:bottom w:w="50" w:type="dxa"/>
              <w:right w:w="100" w:type="dxa"/>
            </w:tcMar>
          </w:tcPr>
          <w:p w14:paraId="28DCD4E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3AE0479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0,55 saat</w:t>
            </w:r>
          </w:p>
        </w:tc>
      </w:tr>
      <w:tr w:rsidR="00D33902" w:rsidRPr="00D33902" w14:paraId="075ADD43" w14:textId="77777777" w:rsidTr="00F111D1">
        <w:trPr>
          <w:jc w:val="center"/>
        </w:trPr>
        <w:tc>
          <w:tcPr>
            <w:tcW w:w="4680" w:type="dxa"/>
            <w:shd w:val="clear" w:color="auto" w:fill="FFFFFF"/>
            <w:tcMar>
              <w:top w:w="50" w:type="dxa"/>
              <w:left w:w="100" w:type="dxa"/>
              <w:bottom w:w="50" w:type="dxa"/>
              <w:right w:w="100" w:type="dxa"/>
            </w:tcMar>
          </w:tcPr>
          <w:p w14:paraId="1BC20E4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7EAB29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32,45 saat</w:t>
            </w:r>
          </w:p>
        </w:tc>
      </w:tr>
    </w:tbl>
    <w:p w14:paraId="43E718CC" w14:textId="77777777" w:rsidR="00D33902" w:rsidRPr="00D33902" w:rsidRDefault="00D33902" w:rsidP="00D33902">
      <w:pPr>
        <w:spacing w:after="0" w:line="240" w:lineRule="auto"/>
        <w:rPr>
          <w:rFonts w:ascii="Times New Roman" w:hAnsi="Times New Roman" w:cs="Times New Roman"/>
        </w:rPr>
      </w:pPr>
    </w:p>
    <w:p w14:paraId="13AF329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62B7A09" w14:textId="77777777" w:rsidTr="00F111D1">
        <w:trPr>
          <w:jc w:val="center"/>
        </w:trPr>
        <w:tc>
          <w:tcPr>
            <w:tcW w:w="3120" w:type="dxa"/>
            <w:shd w:val="clear" w:color="auto" w:fill="1F4E79"/>
            <w:tcMar>
              <w:top w:w="70" w:type="dxa"/>
              <w:left w:w="100" w:type="dxa"/>
              <w:bottom w:w="70" w:type="dxa"/>
              <w:right w:w="100" w:type="dxa"/>
            </w:tcMar>
          </w:tcPr>
          <w:p w14:paraId="433379B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8D1D65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518DE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F0CBCA8" w14:textId="77777777" w:rsidTr="00F111D1">
        <w:trPr>
          <w:jc w:val="center"/>
        </w:trPr>
        <w:tc>
          <w:tcPr>
            <w:tcW w:w="3120" w:type="dxa"/>
            <w:shd w:val="clear" w:color="auto" w:fill="F9FAFB"/>
            <w:tcMar>
              <w:top w:w="50" w:type="dxa"/>
              <w:left w:w="100" w:type="dxa"/>
              <w:bottom w:w="50" w:type="dxa"/>
              <w:right w:w="100" w:type="dxa"/>
            </w:tcMar>
          </w:tcPr>
          <w:p w14:paraId="7CF5A7B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73059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14D9B5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88DA99C" w14:textId="77777777" w:rsidTr="00F111D1">
        <w:trPr>
          <w:jc w:val="center"/>
        </w:trPr>
        <w:tc>
          <w:tcPr>
            <w:tcW w:w="3120" w:type="dxa"/>
            <w:shd w:val="clear" w:color="auto" w:fill="FFFFFF"/>
            <w:tcMar>
              <w:top w:w="50" w:type="dxa"/>
              <w:left w:w="100" w:type="dxa"/>
              <w:bottom w:w="50" w:type="dxa"/>
              <w:right w:w="100" w:type="dxa"/>
            </w:tcMar>
          </w:tcPr>
          <w:p w14:paraId="26AE850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1031102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4545F9D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046B042" w14:textId="77777777" w:rsidTr="00F111D1">
        <w:trPr>
          <w:jc w:val="center"/>
        </w:trPr>
        <w:tc>
          <w:tcPr>
            <w:tcW w:w="3120" w:type="dxa"/>
            <w:shd w:val="clear" w:color="auto" w:fill="F9FAFB"/>
            <w:tcMar>
              <w:top w:w="50" w:type="dxa"/>
              <w:left w:w="100" w:type="dxa"/>
              <w:bottom w:w="50" w:type="dxa"/>
              <w:right w:w="100" w:type="dxa"/>
            </w:tcMar>
          </w:tcPr>
          <w:p w14:paraId="5DB0819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576949D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7D4377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4D047C09" w14:textId="77777777" w:rsidTr="00F111D1">
        <w:trPr>
          <w:jc w:val="center"/>
        </w:trPr>
        <w:tc>
          <w:tcPr>
            <w:tcW w:w="3120" w:type="dxa"/>
            <w:shd w:val="clear" w:color="auto" w:fill="FFFFFF"/>
            <w:tcMar>
              <w:top w:w="50" w:type="dxa"/>
              <w:left w:w="100" w:type="dxa"/>
              <w:bottom w:w="50" w:type="dxa"/>
              <w:right w:w="100" w:type="dxa"/>
            </w:tcMar>
          </w:tcPr>
          <w:p w14:paraId="52E4917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5AE6D7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2FAAF8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44B0999E" w14:textId="77777777" w:rsidTr="00F111D1">
        <w:trPr>
          <w:jc w:val="center"/>
        </w:trPr>
        <w:tc>
          <w:tcPr>
            <w:tcW w:w="3120" w:type="dxa"/>
            <w:shd w:val="clear" w:color="auto" w:fill="F9FAFB"/>
            <w:tcMar>
              <w:top w:w="50" w:type="dxa"/>
              <w:left w:w="100" w:type="dxa"/>
              <w:bottom w:w="50" w:type="dxa"/>
              <w:right w:w="100" w:type="dxa"/>
            </w:tcMar>
          </w:tcPr>
          <w:p w14:paraId="40174BD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58C590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E5317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ABAD3A2" w14:textId="77777777" w:rsidTr="00F111D1">
        <w:trPr>
          <w:jc w:val="center"/>
        </w:trPr>
        <w:tc>
          <w:tcPr>
            <w:tcW w:w="3120" w:type="dxa"/>
            <w:shd w:val="clear" w:color="auto" w:fill="FFFFFF"/>
            <w:tcMar>
              <w:top w:w="50" w:type="dxa"/>
              <w:left w:w="100" w:type="dxa"/>
              <w:bottom w:w="50" w:type="dxa"/>
              <w:right w:w="100" w:type="dxa"/>
            </w:tcMar>
          </w:tcPr>
          <w:p w14:paraId="46021D4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5A2A600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26B28C3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4,91</w:t>
            </w:r>
          </w:p>
        </w:tc>
      </w:tr>
      <w:tr w:rsidR="00D33902" w:rsidRPr="00D33902" w14:paraId="3D2EC655" w14:textId="77777777" w:rsidTr="00F111D1">
        <w:trPr>
          <w:jc w:val="center"/>
        </w:trPr>
        <w:tc>
          <w:tcPr>
            <w:tcW w:w="3120" w:type="dxa"/>
            <w:shd w:val="clear" w:color="auto" w:fill="F9FAFB"/>
            <w:tcMar>
              <w:top w:w="50" w:type="dxa"/>
              <w:left w:w="100" w:type="dxa"/>
              <w:bottom w:w="50" w:type="dxa"/>
              <w:right w:w="100" w:type="dxa"/>
            </w:tcMar>
          </w:tcPr>
          <w:p w14:paraId="5C55AEA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5E1A8E2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3BCCDC5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4,91</w:t>
            </w:r>
          </w:p>
        </w:tc>
      </w:tr>
      <w:tr w:rsidR="00D33902" w:rsidRPr="00D33902" w14:paraId="28A5919C" w14:textId="77777777" w:rsidTr="00F111D1">
        <w:trPr>
          <w:jc w:val="center"/>
        </w:trPr>
        <w:tc>
          <w:tcPr>
            <w:tcW w:w="3120" w:type="dxa"/>
            <w:shd w:val="clear" w:color="auto" w:fill="FFFFFF"/>
            <w:tcMar>
              <w:top w:w="50" w:type="dxa"/>
              <w:left w:w="100" w:type="dxa"/>
              <w:bottom w:w="50" w:type="dxa"/>
              <w:right w:w="100" w:type="dxa"/>
            </w:tcMar>
          </w:tcPr>
          <w:p w14:paraId="467B8F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0D4E85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1855A4F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4,91</w:t>
            </w:r>
          </w:p>
        </w:tc>
      </w:tr>
      <w:tr w:rsidR="00D33902" w:rsidRPr="00D33902" w14:paraId="0F362AF8" w14:textId="77777777" w:rsidTr="00F111D1">
        <w:trPr>
          <w:jc w:val="center"/>
        </w:trPr>
        <w:tc>
          <w:tcPr>
            <w:tcW w:w="3120" w:type="dxa"/>
            <w:shd w:val="clear" w:color="auto" w:fill="F9FAFB"/>
            <w:tcMar>
              <w:top w:w="50" w:type="dxa"/>
              <w:left w:w="100" w:type="dxa"/>
              <w:bottom w:w="50" w:type="dxa"/>
              <w:right w:w="100" w:type="dxa"/>
            </w:tcMar>
          </w:tcPr>
          <w:p w14:paraId="72CFE24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2C28275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1B79156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23A64F89" w14:textId="77777777" w:rsidTr="00F111D1">
        <w:trPr>
          <w:jc w:val="center"/>
        </w:trPr>
        <w:tc>
          <w:tcPr>
            <w:tcW w:w="3120" w:type="dxa"/>
            <w:shd w:val="clear" w:color="auto" w:fill="FFFFFF"/>
            <w:tcMar>
              <w:top w:w="50" w:type="dxa"/>
              <w:left w:w="100" w:type="dxa"/>
              <w:bottom w:w="50" w:type="dxa"/>
              <w:right w:w="100" w:type="dxa"/>
            </w:tcMar>
          </w:tcPr>
          <w:p w14:paraId="2C1B21D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27ED31D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519D893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4DBE1613" w14:textId="77777777" w:rsidTr="00F111D1">
        <w:trPr>
          <w:jc w:val="center"/>
        </w:trPr>
        <w:tc>
          <w:tcPr>
            <w:tcW w:w="3120" w:type="dxa"/>
            <w:shd w:val="clear" w:color="auto" w:fill="F9FAFB"/>
            <w:tcMar>
              <w:top w:w="50" w:type="dxa"/>
              <w:left w:w="100" w:type="dxa"/>
              <w:bottom w:w="50" w:type="dxa"/>
              <w:right w:w="100" w:type="dxa"/>
            </w:tcMar>
          </w:tcPr>
          <w:p w14:paraId="3E460FF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20DF3E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2F68422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324020F9" w14:textId="77777777" w:rsidTr="00F111D1">
        <w:trPr>
          <w:jc w:val="center"/>
        </w:trPr>
        <w:tc>
          <w:tcPr>
            <w:tcW w:w="3120" w:type="dxa"/>
            <w:shd w:val="clear" w:color="auto" w:fill="FFFFFF"/>
            <w:tcMar>
              <w:top w:w="50" w:type="dxa"/>
              <w:left w:w="100" w:type="dxa"/>
              <w:bottom w:w="50" w:type="dxa"/>
              <w:right w:w="100" w:type="dxa"/>
            </w:tcMar>
          </w:tcPr>
          <w:p w14:paraId="1061BD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10A365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676F41E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0A8703A" w14:textId="77777777" w:rsidTr="00F111D1">
        <w:trPr>
          <w:jc w:val="center"/>
        </w:trPr>
        <w:tc>
          <w:tcPr>
            <w:tcW w:w="3120" w:type="dxa"/>
            <w:shd w:val="clear" w:color="auto" w:fill="F9FAFB"/>
            <w:tcMar>
              <w:top w:w="50" w:type="dxa"/>
              <w:left w:w="100" w:type="dxa"/>
              <w:bottom w:w="50" w:type="dxa"/>
              <w:right w:w="100" w:type="dxa"/>
            </w:tcMar>
          </w:tcPr>
          <w:p w14:paraId="613DB31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170B7F6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2F2244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r w:rsidR="00D33902" w:rsidRPr="00D33902" w14:paraId="5273D37A" w14:textId="77777777" w:rsidTr="00F111D1">
        <w:trPr>
          <w:jc w:val="center"/>
        </w:trPr>
        <w:tc>
          <w:tcPr>
            <w:tcW w:w="3120" w:type="dxa"/>
            <w:shd w:val="clear" w:color="auto" w:fill="FFFFFF"/>
            <w:tcMar>
              <w:top w:w="50" w:type="dxa"/>
              <w:left w:w="100" w:type="dxa"/>
              <w:bottom w:w="50" w:type="dxa"/>
              <w:right w:w="100" w:type="dxa"/>
            </w:tcMar>
          </w:tcPr>
          <w:p w14:paraId="68E63E5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63F3085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D94D9C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5,00</w:t>
            </w:r>
          </w:p>
        </w:tc>
      </w:tr>
    </w:tbl>
    <w:p w14:paraId="4084D90B" w14:textId="77777777" w:rsidR="00D33902" w:rsidRPr="00D33902" w:rsidRDefault="00D33902" w:rsidP="00D33902">
      <w:pPr>
        <w:spacing w:after="0" w:line="240" w:lineRule="auto"/>
        <w:rPr>
          <w:rFonts w:ascii="Times New Roman" w:hAnsi="Times New Roman" w:cs="Times New Roman"/>
        </w:rPr>
      </w:pPr>
    </w:p>
    <w:p w14:paraId="4387602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391B421" w14:textId="77777777" w:rsidTr="00F111D1">
        <w:trPr>
          <w:jc w:val="center"/>
        </w:trPr>
        <w:tc>
          <w:tcPr>
            <w:tcW w:w="3120" w:type="dxa"/>
            <w:shd w:val="clear" w:color="auto" w:fill="1F4E79"/>
            <w:tcMar>
              <w:top w:w="70" w:type="dxa"/>
              <w:left w:w="100" w:type="dxa"/>
              <w:bottom w:w="70" w:type="dxa"/>
              <w:right w:w="100" w:type="dxa"/>
            </w:tcMar>
          </w:tcPr>
          <w:p w14:paraId="3B8073E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9EA9C6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487E62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CED3A8E" w14:textId="77777777" w:rsidTr="00F111D1">
        <w:trPr>
          <w:jc w:val="center"/>
        </w:trPr>
        <w:tc>
          <w:tcPr>
            <w:tcW w:w="3120" w:type="dxa"/>
            <w:shd w:val="clear" w:color="auto" w:fill="F9FAFB"/>
            <w:tcMar>
              <w:top w:w="50" w:type="dxa"/>
              <w:left w:w="100" w:type="dxa"/>
              <w:bottom w:w="50" w:type="dxa"/>
              <w:right w:w="100" w:type="dxa"/>
            </w:tcMar>
          </w:tcPr>
          <w:p w14:paraId="77B81DF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D63887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1E772C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4,45</w:t>
            </w:r>
          </w:p>
        </w:tc>
      </w:tr>
      <w:tr w:rsidR="00D33902" w:rsidRPr="00D33902" w14:paraId="1EDC9978" w14:textId="77777777" w:rsidTr="00F111D1">
        <w:trPr>
          <w:jc w:val="center"/>
        </w:trPr>
        <w:tc>
          <w:tcPr>
            <w:tcW w:w="3120" w:type="dxa"/>
            <w:shd w:val="clear" w:color="auto" w:fill="FFFFFF"/>
            <w:tcMar>
              <w:top w:w="50" w:type="dxa"/>
              <w:left w:w="100" w:type="dxa"/>
              <w:bottom w:w="50" w:type="dxa"/>
              <w:right w:w="100" w:type="dxa"/>
            </w:tcMar>
          </w:tcPr>
          <w:p w14:paraId="13EC4C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B4C226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62D19F6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4,45</w:t>
            </w:r>
          </w:p>
        </w:tc>
      </w:tr>
      <w:tr w:rsidR="00D33902" w:rsidRPr="00D33902" w14:paraId="71710547" w14:textId="77777777" w:rsidTr="00F111D1">
        <w:trPr>
          <w:jc w:val="center"/>
        </w:trPr>
        <w:tc>
          <w:tcPr>
            <w:tcW w:w="3120" w:type="dxa"/>
            <w:shd w:val="clear" w:color="auto" w:fill="F9FAFB"/>
            <w:tcMar>
              <w:top w:w="50" w:type="dxa"/>
              <w:left w:w="100" w:type="dxa"/>
              <w:bottom w:w="50" w:type="dxa"/>
              <w:right w:w="100" w:type="dxa"/>
            </w:tcMar>
          </w:tcPr>
          <w:p w14:paraId="0FF857C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54C363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17C812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4,55</w:t>
            </w:r>
          </w:p>
        </w:tc>
      </w:tr>
      <w:tr w:rsidR="00D33902" w:rsidRPr="00D33902" w14:paraId="2AF6CB71" w14:textId="77777777" w:rsidTr="00F111D1">
        <w:trPr>
          <w:jc w:val="center"/>
        </w:trPr>
        <w:tc>
          <w:tcPr>
            <w:tcW w:w="3120" w:type="dxa"/>
            <w:shd w:val="clear" w:color="auto" w:fill="FFFFFF"/>
            <w:tcMar>
              <w:top w:w="50" w:type="dxa"/>
              <w:left w:w="100" w:type="dxa"/>
              <w:bottom w:w="50" w:type="dxa"/>
              <w:right w:w="100" w:type="dxa"/>
            </w:tcMar>
          </w:tcPr>
          <w:p w14:paraId="17E4617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F7AEE3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1A11765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4,55</w:t>
            </w:r>
          </w:p>
        </w:tc>
      </w:tr>
      <w:tr w:rsidR="00D33902" w:rsidRPr="00D33902" w14:paraId="1576AAB5" w14:textId="77777777" w:rsidTr="00F111D1">
        <w:trPr>
          <w:jc w:val="center"/>
        </w:trPr>
        <w:tc>
          <w:tcPr>
            <w:tcW w:w="3120" w:type="dxa"/>
            <w:shd w:val="clear" w:color="auto" w:fill="F9FAFB"/>
            <w:tcMar>
              <w:top w:w="50" w:type="dxa"/>
              <w:left w:w="100" w:type="dxa"/>
              <w:bottom w:w="50" w:type="dxa"/>
              <w:right w:w="100" w:type="dxa"/>
            </w:tcMar>
          </w:tcPr>
          <w:p w14:paraId="58E778F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431901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315142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047F916A" w14:textId="77777777" w:rsidR="00D33902" w:rsidRPr="00D33902" w:rsidRDefault="00D33902" w:rsidP="00D33902">
      <w:pPr>
        <w:spacing w:after="0" w:line="240" w:lineRule="auto"/>
        <w:rPr>
          <w:rFonts w:ascii="Times New Roman" w:hAnsi="Times New Roman" w:cs="Times New Roman"/>
        </w:rPr>
      </w:pPr>
    </w:p>
    <w:p w14:paraId="2CFA30B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20. Ders: FZD108 Tıbbi Biyoloji &amp; Genetik</w:t>
      </w:r>
    </w:p>
    <w:p w14:paraId="152B2EC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C0D4321" w14:textId="77777777" w:rsidTr="00F111D1">
        <w:trPr>
          <w:jc w:val="center"/>
        </w:trPr>
        <w:tc>
          <w:tcPr>
            <w:tcW w:w="3120" w:type="dxa"/>
            <w:shd w:val="clear" w:color="auto" w:fill="1F4E79"/>
            <w:tcMar>
              <w:top w:w="70" w:type="dxa"/>
              <w:left w:w="100" w:type="dxa"/>
              <w:bottom w:w="70" w:type="dxa"/>
              <w:right w:w="100" w:type="dxa"/>
            </w:tcMar>
          </w:tcPr>
          <w:p w14:paraId="34AE43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C5CF90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35CB1C6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86BC5B9" w14:textId="77777777" w:rsidTr="00F111D1">
        <w:trPr>
          <w:jc w:val="center"/>
        </w:trPr>
        <w:tc>
          <w:tcPr>
            <w:tcW w:w="3120" w:type="dxa"/>
            <w:shd w:val="clear" w:color="auto" w:fill="F9FAFB"/>
            <w:tcMar>
              <w:top w:w="50" w:type="dxa"/>
              <w:left w:w="100" w:type="dxa"/>
              <w:bottom w:w="50" w:type="dxa"/>
              <w:right w:w="100" w:type="dxa"/>
            </w:tcMar>
          </w:tcPr>
          <w:p w14:paraId="33D52D2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4329ED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75047E3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2,78</w:t>
            </w:r>
          </w:p>
        </w:tc>
      </w:tr>
      <w:tr w:rsidR="00D33902" w:rsidRPr="00D33902" w14:paraId="3B374C97" w14:textId="77777777" w:rsidTr="00F111D1">
        <w:trPr>
          <w:jc w:val="center"/>
        </w:trPr>
        <w:tc>
          <w:tcPr>
            <w:tcW w:w="3120" w:type="dxa"/>
            <w:shd w:val="clear" w:color="auto" w:fill="FFFFFF"/>
            <w:tcMar>
              <w:top w:w="50" w:type="dxa"/>
              <w:left w:w="100" w:type="dxa"/>
              <w:bottom w:w="50" w:type="dxa"/>
              <w:right w:w="100" w:type="dxa"/>
            </w:tcMar>
          </w:tcPr>
          <w:p w14:paraId="698D22D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67EB41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25D0180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2,89</w:t>
            </w:r>
          </w:p>
        </w:tc>
      </w:tr>
      <w:tr w:rsidR="00D33902" w:rsidRPr="00D33902" w14:paraId="51A9079F" w14:textId="77777777" w:rsidTr="00F111D1">
        <w:trPr>
          <w:jc w:val="center"/>
        </w:trPr>
        <w:tc>
          <w:tcPr>
            <w:tcW w:w="3120" w:type="dxa"/>
            <w:shd w:val="clear" w:color="auto" w:fill="F9FAFB"/>
            <w:tcMar>
              <w:top w:w="50" w:type="dxa"/>
              <w:left w:w="100" w:type="dxa"/>
              <w:bottom w:w="50" w:type="dxa"/>
              <w:right w:w="100" w:type="dxa"/>
            </w:tcMar>
          </w:tcPr>
          <w:p w14:paraId="53821A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4142F5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40D54AF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72CC1802" w14:textId="77777777" w:rsidTr="00F111D1">
        <w:trPr>
          <w:jc w:val="center"/>
        </w:trPr>
        <w:tc>
          <w:tcPr>
            <w:tcW w:w="3120" w:type="dxa"/>
            <w:shd w:val="clear" w:color="auto" w:fill="FFFFFF"/>
            <w:tcMar>
              <w:top w:w="50" w:type="dxa"/>
              <w:left w:w="100" w:type="dxa"/>
              <w:bottom w:w="50" w:type="dxa"/>
              <w:right w:w="100" w:type="dxa"/>
            </w:tcMar>
          </w:tcPr>
          <w:p w14:paraId="5C96333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93746E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28A8E7A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3,11</w:t>
            </w:r>
          </w:p>
        </w:tc>
      </w:tr>
    </w:tbl>
    <w:p w14:paraId="1AC1E7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16981F78" w14:textId="77777777" w:rsidTr="00F111D1">
        <w:trPr>
          <w:jc w:val="center"/>
        </w:trPr>
        <w:tc>
          <w:tcPr>
            <w:tcW w:w="4680" w:type="dxa"/>
            <w:shd w:val="clear" w:color="auto" w:fill="1F4E79"/>
            <w:tcMar>
              <w:top w:w="70" w:type="dxa"/>
              <w:left w:w="100" w:type="dxa"/>
              <w:bottom w:w="70" w:type="dxa"/>
              <w:right w:w="100" w:type="dxa"/>
            </w:tcMar>
          </w:tcPr>
          <w:p w14:paraId="1BE8A26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46AA84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615FEA77" w14:textId="77777777" w:rsidTr="00F111D1">
        <w:trPr>
          <w:jc w:val="center"/>
        </w:trPr>
        <w:tc>
          <w:tcPr>
            <w:tcW w:w="4680" w:type="dxa"/>
            <w:shd w:val="clear" w:color="auto" w:fill="F9FAFB"/>
            <w:tcMar>
              <w:top w:w="50" w:type="dxa"/>
              <w:left w:w="100" w:type="dxa"/>
              <w:bottom w:w="50" w:type="dxa"/>
              <w:right w:w="100" w:type="dxa"/>
            </w:tcMar>
          </w:tcPr>
          <w:p w14:paraId="64FBFC0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3200BD0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1,78 saat</w:t>
            </w:r>
          </w:p>
        </w:tc>
      </w:tr>
      <w:tr w:rsidR="00D33902" w:rsidRPr="00D33902" w14:paraId="17BD0A3A" w14:textId="77777777" w:rsidTr="00F111D1">
        <w:trPr>
          <w:jc w:val="center"/>
        </w:trPr>
        <w:tc>
          <w:tcPr>
            <w:tcW w:w="4680" w:type="dxa"/>
            <w:shd w:val="clear" w:color="auto" w:fill="FFFFFF"/>
            <w:tcMar>
              <w:top w:w="50" w:type="dxa"/>
              <w:left w:w="100" w:type="dxa"/>
              <w:bottom w:w="50" w:type="dxa"/>
              <w:right w:w="100" w:type="dxa"/>
            </w:tcMar>
          </w:tcPr>
          <w:p w14:paraId="37B2B0E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5D3A11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0,88 saat</w:t>
            </w:r>
          </w:p>
        </w:tc>
      </w:tr>
      <w:tr w:rsidR="00D33902" w:rsidRPr="00D33902" w14:paraId="034294DC" w14:textId="77777777" w:rsidTr="00F111D1">
        <w:trPr>
          <w:jc w:val="center"/>
        </w:trPr>
        <w:tc>
          <w:tcPr>
            <w:tcW w:w="4680" w:type="dxa"/>
            <w:shd w:val="clear" w:color="auto" w:fill="F9FAFB"/>
            <w:tcMar>
              <w:top w:w="50" w:type="dxa"/>
              <w:left w:w="100" w:type="dxa"/>
              <w:bottom w:w="50" w:type="dxa"/>
              <w:right w:w="100" w:type="dxa"/>
            </w:tcMar>
          </w:tcPr>
          <w:p w14:paraId="4A3E208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4C736DA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 saat</w:t>
            </w:r>
          </w:p>
        </w:tc>
      </w:tr>
      <w:tr w:rsidR="00D33902" w:rsidRPr="00D33902" w14:paraId="475B9C27" w14:textId="77777777" w:rsidTr="00F111D1">
        <w:trPr>
          <w:jc w:val="center"/>
        </w:trPr>
        <w:tc>
          <w:tcPr>
            <w:tcW w:w="4680" w:type="dxa"/>
            <w:shd w:val="clear" w:color="auto" w:fill="FFFFFF"/>
            <w:tcMar>
              <w:top w:w="50" w:type="dxa"/>
              <w:left w:w="100" w:type="dxa"/>
              <w:bottom w:w="50" w:type="dxa"/>
              <w:right w:w="100" w:type="dxa"/>
            </w:tcMar>
          </w:tcPr>
          <w:p w14:paraId="2C5572B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51DE80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0,88 saat</w:t>
            </w:r>
          </w:p>
        </w:tc>
      </w:tr>
      <w:tr w:rsidR="00D33902" w:rsidRPr="00D33902" w14:paraId="29AEAC92" w14:textId="77777777" w:rsidTr="00F111D1">
        <w:trPr>
          <w:jc w:val="center"/>
        </w:trPr>
        <w:tc>
          <w:tcPr>
            <w:tcW w:w="4680" w:type="dxa"/>
            <w:shd w:val="clear" w:color="auto" w:fill="F9FAFB"/>
            <w:tcMar>
              <w:top w:w="50" w:type="dxa"/>
              <w:left w:w="100" w:type="dxa"/>
              <w:bottom w:w="50" w:type="dxa"/>
              <w:right w:w="100" w:type="dxa"/>
            </w:tcMar>
          </w:tcPr>
          <w:p w14:paraId="208259D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43BC4BA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2,56 saat</w:t>
            </w:r>
          </w:p>
        </w:tc>
      </w:tr>
      <w:tr w:rsidR="00D33902" w:rsidRPr="00D33902" w14:paraId="4413D218" w14:textId="77777777" w:rsidTr="00F111D1">
        <w:trPr>
          <w:jc w:val="center"/>
        </w:trPr>
        <w:tc>
          <w:tcPr>
            <w:tcW w:w="4680" w:type="dxa"/>
            <w:shd w:val="clear" w:color="auto" w:fill="FFFFFF"/>
            <w:tcMar>
              <w:top w:w="50" w:type="dxa"/>
              <w:left w:w="100" w:type="dxa"/>
              <w:bottom w:w="50" w:type="dxa"/>
              <w:right w:w="100" w:type="dxa"/>
            </w:tcMar>
          </w:tcPr>
          <w:p w14:paraId="2D1F164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1CA6BFA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0,88 saat</w:t>
            </w:r>
          </w:p>
        </w:tc>
      </w:tr>
      <w:tr w:rsidR="00D33902" w:rsidRPr="00D33902" w14:paraId="77B94F00" w14:textId="77777777" w:rsidTr="00F111D1">
        <w:trPr>
          <w:jc w:val="center"/>
        </w:trPr>
        <w:tc>
          <w:tcPr>
            <w:tcW w:w="4680" w:type="dxa"/>
            <w:shd w:val="clear" w:color="auto" w:fill="F9FAFB"/>
            <w:tcMar>
              <w:top w:w="50" w:type="dxa"/>
              <w:left w:w="100" w:type="dxa"/>
              <w:bottom w:w="50" w:type="dxa"/>
              <w:right w:w="100" w:type="dxa"/>
            </w:tcMar>
          </w:tcPr>
          <w:p w14:paraId="476FCDC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2736AD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0,62 saat</w:t>
            </w:r>
          </w:p>
        </w:tc>
      </w:tr>
      <w:tr w:rsidR="00D33902" w:rsidRPr="00D33902" w14:paraId="125E659E" w14:textId="77777777" w:rsidTr="00F111D1">
        <w:trPr>
          <w:jc w:val="center"/>
        </w:trPr>
        <w:tc>
          <w:tcPr>
            <w:tcW w:w="4680" w:type="dxa"/>
            <w:shd w:val="clear" w:color="auto" w:fill="FFFFFF"/>
            <w:tcMar>
              <w:top w:w="50" w:type="dxa"/>
              <w:left w:w="100" w:type="dxa"/>
              <w:bottom w:w="50" w:type="dxa"/>
              <w:right w:w="100" w:type="dxa"/>
            </w:tcMar>
          </w:tcPr>
          <w:p w14:paraId="1B18B10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1D4C47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3,22 saat</w:t>
            </w:r>
          </w:p>
        </w:tc>
      </w:tr>
    </w:tbl>
    <w:p w14:paraId="4A6D1984" w14:textId="77777777" w:rsidR="00D33902" w:rsidRPr="00D33902" w:rsidRDefault="00D33902" w:rsidP="00D33902">
      <w:pPr>
        <w:spacing w:after="0" w:line="240" w:lineRule="auto"/>
        <w:rPr>
          <w:rFonts w:ascii="Times New Roman" w:hAnsi="Times New Roman" w:cs="Times New Roman"/>
        </w:rPr>
      </w:pPr>
    </w:p>
    <w:p w14:paraId="5678C2D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C7A6994" w14:textId="77777777" w:rsidTr="00F111D1">
        <w:trPr>
          <w:jc w:val="center"/>
        </w:trPr>
        <w:tc>
          <w:tcPr>
            <w:tcW w:w="3120" w:type="dxa"/>
            <w:shd w:val="clear" w:color="auto" w:fill="1F4E79"/>
            <w:tcMar>
              <w:top w:w="70" w:type="dxa"/>
              <w:left w:w="100" w:type="dxa"/>
              <w:bottom w:w="70" w:type="dxa"/>
              <w:right w:w="100" w:type="dxa"/>
            </w:tcMar>
          </w:tcPr>
          <w:p w14:paraId="71D8269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C4D89A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5A6D6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2EFD0D5B" w14:textId="77777777" w:rsidTr="00F111D1">
        <w:trPr>
          <w:jc w:val="center"/>
        </w:trPr>
        <w:tc>
          <w:tcPr>
            <w:tcW w:w="3120" w:type="dxa"/>
            <w:shd w:val="clear" w:color="auto" w:fill="F9FAFB"/>
            <w:tcMar>
              <w:top w:w="50" w:type="dxa"/>
              <w:left w:w="100" w:type="dxa"/>
              <w:bottom w:w="50" w:type="dxa"/>
              <w:right w:w="100" w:type="dxa"/>
            </w:tcMar>
          </w:tcPr>
          <w:p w14:paraId="3F312AA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5C3E4B5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5CDD406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3,78</w:t>
            </w:r>
          </w:p>
        </w:tc>
      </w:tr>
      <w:tr w:rsidR="00D33902" w:rsidRPr="00D33902" w14:paraId="36A51B1F" w14:textId="77777777" w:rsidTr="00F111D1">
        <w:trPr>
          <w:jc w:val="center"/>
        </w:trPr>
        <w:tc>
          <w:tcPr>
            <w:tcW w:w="3120" w:type="dxa"/>
            <w:shd w:val="clear" w:color="auto" w:fill="FFFFFF"/>
            <w:tcMar>
              <w:top w:w="50" w:type="dxa"/>
              <w:left w:w="100" w:type="dxa"/>
              <w:bottom w:w="50" w:type="dxa"/>
              <w:right w:w="100" w:type="dxa"/>
            </w:tcMar>
          </w:tcPr>
          <w:p w14:paraId="3CF636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4C9B48E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7C49CF5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12FFB4BB" w14:textId="77777777" w:rsidTr="00F111D1">
        <w:trPr>
          <w:jc w:val="center"/>
        </w:trPr>
        <w:tc>
          <w:tcPr>
            <w:tcW w:w="3120" w:type="dxa"/>
            <w:shd w:val="clear" w:color="auto" w:fill="F9FAFB"/>
            <w:tcMar>
              <w:top w:w="50" w:type="dxa"/>
              <w:left w:w="100" w:type="dxa"/>
              <w:bottom w:w="50" w:type="dxa"/>
              <w:right w:w="100" w:type="dxa"/>
            </w:tcMar>
          </w:tcPr>
          <w:p w14:paraId="770E43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79391FB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1F8381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1DD593AB" w14:textId="77777777" w:rsidTr="00F111D1">
        <w:trPr>
          <w:jc w:val="center"/>
        </w:trPr>
        <w:tc>
          <w:tcPr>
            <w:tcW w:w="3120" w:type="dxa"/>
            <w:shd w:val="clear" w:color="auto" w:fill="FFFFFF"/>
            <w:tcMar>
              <w:top w:w="50" w:type="dxa"/>
              <w:left w:w="100" w:type="dxa"/>
              <w:bottom w:w="50" w:type="dxa"/>
              <w:right w:w="100" w:type="dxa"/>
            </w:tcMar>
          </w:tcPr>
          <w:p w14:paraId="76C5167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1FAC2D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0C11B19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2746E0A7" w14:textId="77777777" w:rsidTr="00F111D1">
        <w:trPr>
          <w:jc w:val="center"/>
        </w:trPr>
        <w:tc>
          <w:tcPr>
            <w:tcW w:w="3120" w:type="dxa"/>
            <w:shd w:val="clear" w:color="auto" w:fill="F9FAFB"/>
            <w:tcMar>
              <w:top w:w="50" w:type="dxa"/>
              <w:left w:w="100" w:type="dxa"/>
              <w:bottom w:w="50" w:type="dxa"/>
              <w:right w:w="100" w:type="dxa"/>
            </w:tcMar>
          </w:tcPr>
          <w:p w14:paraId="258ED3F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367696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144CBA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0D6E9559" w14:textId="77777777" w:rsidTr="00F111D1">
        <w:trPr>
          <w:jc w:val="center"/>
        </w:trPr>
        <w:tc>
          <w:tcPr>
            <w:tcW w:w="3120" w:type="dxa"/>
            <w:shd w:val="clear" w:color="auto" w:fill="FFFFFF"/>
            <w:tcMar>
              <w:top w:w="50" w:type="dxa"/>
              <w:left w:w="100" w:type="dxa"/>
              <w:bottom w:w="50" w:type="dxa"/>
              <w:right w:w="100" w:type="dxa"/>
            </w:tcMar>
          </w:tcPr>
          <w:p w14:paraId="652525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5D209B5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46F3AE3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74EB16AC" w14:textId="77777777" w:rsidTr="00F111D1">
        <w:trPr>
          <w:jc w:val="center"/>
        </w:trPr>
        <w:tc>
          <w:tcPr>
            <w:tcW w:w="3120" w:type="dxa"/>
            <w:shd w:val="clear" w:color="auto" w:fill="F9FAFB"/>
            <w:tcMar>
              <w:top w:w="50" w:type="dxa"/>
              <w:left w:w="100" w:type="dxa"/>
              <w:bottom w:w="50" w:type="dxa"/>
              <w:right w:w="100" w:type="dxa"/>
            </w:tcMar>
          </w:tcPr>
          <w:p w14:paraId="6664415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2F2C51F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52507D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3,44</w:t>
            </w:r>
          </w:p>
        </w:tc>
      </w:tr>
      <w:tr w:rsidR="00D33902" w:rsidRPr="00D33902" w14:paraId="794EC32F" w14:textId="77777777" w:rsidTr="00F111D1">
        <w:trPr>
          <w:jc w:val="center"/>
        </w:trPr>
        <w:tc>
          <w:tcPr>
            <w:tcW w:w="3120" w:type="dxa"/>
            <w:shd w:val="clear" w:color="auto" w:fill="FFFFFF"/>
            <w:tcMar>
              <w:top w:w="50" w:type="dxa"/>
              <w:left w:w="100" w:type="dxa"/>
              <w:bottom w:w="50" w:type="dxa"/>
              <w:right w:w="100" w:type="dxa"/>
            </w:tcMar>
          </w:tcPr>
          <w:p w14:paraId="79D1C4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7F76457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7754550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3,67</w:t>
            </w:r>
          </w:p>
        </w:tc>
      </w:tr>
      <w:tr w:rsidR="00D33902" w:rsidRPr="00D33902" w14:paraId="27812123" w14:textId="77777777" w:rsidTr="00F111D1">
        <w:trPr>
          <w:jc w:val="center"/>
        </w:trPr>
        <w:tc>
          <w:tcPr>
            <w:tcW w:w="3120" w:type="dxa"/>
            <w:shd w:val="clear" w:color="auto" w:fill="F9FAFB"/>
            <w:tcMar>
              <w:top w:w="50" w:type="dxa"/>
              <w:left w:w="100" w:type="dxa"/>
              <w:bottom w:w="50" w:type="dxa"/>
              <w:right w:w="100" w:type="dxa"/>
            </w:tcMar>
          </w:tcPr>
          <w:p w14:paraId="5DA2D3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4A9C28E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63D96EE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3,89</w:t>
            </w:r>
          </w:p>
        </w:tc>
      </w:tr>
      <w:tr w:rsidR="00D33902" w:rsidRPr="00D33902" w14:paraId="51B50175" w14:textId="77777777" w:rsidTr="00F111D1">
        <w:trPr>
          <w:jc w:val="center"/>
        </w:trPr>
        <w:tc>
          <w:tcPr>
            <w:tcW w:w="3120" w:type="dxa"/>
            <w:shd w:val="clear" w:color="auto" w:fill="FFFFFF"/>
            <w:tcMar>
              <w:top w:w="50" w:type="dxa"/>
              <w:left w:w="100" w:type="dxa"/>
              <w:bottom w:w="50" w:type="dxa"/>
              <w:right w:w="100" w:type="dxa"/>
            </w:tcMar>
          </w:tcPr>
          <w:p w14:paraId="1FE1078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16EB327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57FAF5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1D9A7396" w14:textId="77777777" w:rsidTr="00F111D1">
        <w:trPr>
          <w:jc w:val="center"/>
        </w:trPr>
        <w:tc>
          <w:tcPr>
            <w:tcW w:w="3120" w:type="dxa"/>
            <w:shd w:val="clear" w:color="auto" w:fill="F9FAFB"/>
            <w:tcMar>
              <w:top w:w="50" w:type="dxa"/>
              <w:left w:w="100" w:type="dxa"/>
              <w:bottom w:w="50" w:type="dxa"/>
              <w:right w:w="100" w:type="dxa"/>
            </w:tcMar>
          </w:tcPr>
          <w:p w14:paraId="2805B7A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7E6251F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1CEF263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3,56</w:t>
            </w:r>
          </w:p>
        </w:tc>
      </w:tr>
      <w:tr w:rsidR="00D33902" w:rsidRPr="00D33902" w14:paraId="06682349" w14:textId="77777777" w:rsidTr="00F111D1">
        <w:trPr>
          <w:jc w:val="center"/>
        </w:trPr>
        <w:tc>
          <w:tcPr>
            <w:tcW w:w="3120" w:type="dxa"/>
            <w:shd w:val="clear" w:color="auto" w:fill="FFFFFF"/>
            <w:tcMar>
              <w:top w:w="50" w:type="dxa"/>
              <w:left w:w="100" w:type="dxa"/>
              <w:bottom w:w="50" w:type="dxa"/>
              <w:right w:w="100" w:type="dxa"/>
            </w:tcMar>
          </w:tcPr>
          <w:p w14:paraId="4951064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446AA1E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49D1885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3,78</w:t>
            </w:r>
          </w:p>
        </w:tc>
      </w:tr>
      <w:tr w:rsidR="00D33902" w:rsidRPr="00D33902" w14:paraId="4851D6FC" w14:textId="77777777" w:rsidTr="00F111D1">
        <w:trPr>
          <w:jc w:val="center"/>
        </w:trPr>
        <w:tc>
          <w:tcPr>
            <w:tcW w:w="3120" w:type="dxa"/>
            <w:shd w:val="clear" w:color="auto" w:fill="F9FAFB"/>
            <w:tcMar>
              <w:top w:w="50" w:type="dxa"/>
              <w:left w:w="100" w:type="dxa"/>
              <w:bottom w:w="50" w:type="dxa"/>
              <w:right w:w="100" w:type="dxa"/>
            </w:tcMar>
          </w:tcPr>
          <w:p w14:paraId="641E6B6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7E0B3D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1055D82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3,44</w:t>
            </w:r>
          </w:p>
        </w:tc>
      </w:tr>
      <w:tr w:rsidR="00D33902" w:rsidRPr="00D33902" w14:paraId="7B6B437B" w14:textId="77777777" w:rsidTr="00F111D1">
        <w:trPr>
          <w:jc w:val="center"/>
        </w:trPr>
        <w:tc>
          <w:tcPr>
            <w:tcW w:w="3120" w:type="dxa"/>
            <w:shd w:val="clear" w:color="auto" w:fill="FFFFFF"/>
            <w:tcMar>
              <w:top w:w="50" w:type="dxa"/>
              <w:left w:w="100" w:type="dxa"/>
              <w:bottom w:w="50" w:type="dxa"/>
              <w:right w:w="100" w:type="dxa"/>
            </w:tcMar>
          </w:tcPr>
          <w:p w14:paraId="06B16F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6016B39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61F47CF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3,44</w:t>
            </w:r>
          </w:p>
        </w:tc>
      </w:tr>
    </w:tbl>
    <w:p w14:paraId="5D08BC85" w14:textId="77777777" w:rsidR="00D33902" w:rsidRPr="00D33902" w:rsidRDefault="00D33902" w:rsidP="00D33902">
      <w:pPr>
        <w:spacing w:after="0" w:line="240" w:lineRule="auto"/>
        <w:rPr>
          <w:rFonts w:ascii="Times New Roman" w:hAnsi="Times New Roman" w:cs="Times New Roman"/>
        </w:rPr>
      </w:pPr>
    </w:p>
    <w:p w14:paraId="3335177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466ADF97" w14:textId="77777777" w:rsidTr="00F111D1">
        <w:trPr>
          <w:jc w:val="center"/>
        </w:trPr>
        <w:tc>
          <w:tcPr>
            <w:tcW w:w="3120" w:type="dxa"/>
            <w:shd w:val="clear" w:color="auto" w:fill="1F4E79"/>
            <w:tcMar>
              <w:top w:w="70" w:type="dxa"/>
              <w:left w:w="100" w:type="dxa"/>
              <w:bottom w:w="70" w:type="dxa"/>
              <w:right w:w="100" w:type="dxa"/>
            </w:tcMar>
          </w:tcPr>
          <w:p w14:paraId="16D18E8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00551B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C0BA94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E89D79D" w14:textId="77777777" w:rsidTr="00F111D1">
        <w:trPr>
          <w:jc w:val="center"/>
        </w:trPr>
        <w:tc>
          <w:tcPr>
            <w:tcW w:w="3120" w:type="dxa"/>
            <w:shd w:val="clear" w:color="auto" w:fill="F9FAFB"/>
            <w:tcMar>
              <w:top w:w="50" w:type="dxa"/>
              <w:left w:w="100" w:type="dxa"/>
              <w:bottom w:w="50" w:type="dxa"/>
              <w:right w:w="100" w:type="dxa"/>
            </w:tcMar>
          </w:tcPr>
          <w:p w14:paraId="0D108C4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4EE36E1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0604505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6791F6CB" w14:textId="77777777" w:rsidTr="00F111D1">
        <w:trPr>
          <w:jc w:val="center"/>
        </w:trPr>
        <w:tc>
          <w:tcPr>
            <w:tcW w:w="3120" w:type="dxa"/>
            <w:shd w:val="clear" w:color="auto" w:fill="FFFFFF"/>
            <w:tcMar>
              <w:top w:w="50" w:type="dxa"/>
              <w:left w:w="100" w:type="dxa"/>
              <w:bottom w:w="50" w:type="dxa"/>
              <w:right w:w="100" w:type="dxa"/>
            </w:tcMar>
          </w:tcPr>
          <w:p w14:paraId="392197F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58D001B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3EDE0C7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2,67</w:t>
            </w:r>
          </w:p>
        </w:tc>
      </w:tr>
      <w:tr w:rsidR="00D33902" w:rsidRPr="00D33902" w14:paraId="19094542" w14:textId="77777777" w:rsidTr="00F111D1">
        <w:trPr>
          <w:jc w:val="center"/>
        </w:trPr>
        <w:tc>
          <w:tcPr>
            <w:tcW w:w="3120" w:type="dxa"/>
            <w:shd w:val="clear" w:color="auto" w:fill="F9FAFB"/>
            <w:tcMar>
              <w:top w:w="50" w:type="dxa"/>
              <w:left w:w="100" w:type="dxa"/>
              <w:bottom w:w="50" w:type="dxa"/>
              <w:right w:w="100" w:type="dxa"/>
            </w:tcMar>
          </w:tcPr>
          <w:p w14:paraId="65B5AC5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05A1D40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C5020D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2,89</w:t>
            </w:r>
          </w:p>
        </w:tc>
      </w:tr>
      <w:tr w:rsidR="00D33902" w:rsidRPr="00D33902" w14:paraId="5E7BEAB6" w14:textId="77777777" w:rsidTr="00F111D1">
        <w:trPr>
          <w:jc w:val="center"/>
        </w:trPr>
        <w:tc>
          <w:tcPr>
            <w:tcW w:w="3120" w:type="dxa"/>
            <w:shd w:val="clear" w:color="auto" w:fill="FFFFFF"/>
            <w:tcMar>
              <w:top w:w="50" w:type="dxa"/>
              <w:left w:w="100" w:type="dxa"/>
              <w:bottom w:w="50" w:type="dxa"/>
              <w:right w:w="100" w:type="dxa"/>
            </w:tcMar>
          </w:tcPr>
          <w:p w14:paraId="13B2A45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75722E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74E3B3F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2,67</w:t>
            </w:r>
          </w:p>
        </w:tc>
      </w:tr>
      <w:tr w:rsidR="00D33902" w:rsidRPr="00D33902" w14:paraId="4A81F45A" w14:textId="77777777" w:rsidTr="00F111D1">
        <w:trPr>
          <w:jc w:val="center"/>
        </w:trPr>
        <w:tc>
          <w:tcPr>
            <w:tcW w:w="3120" w:type="dxa"/>
            <w:shd w:val="clear" w:color="auto" w:fill="F9FAFB"/>
            <w:tcMar>
              <w:top w:w="50" w:type="dxa"/>
              <w:left w:w="100" w:type="dxa"/>
              <w:bottom w:w="50" w:type="dxa"/>
              <w:right w:w="100" w:type="dxa"/>
            </w:tcMar>
          </w:tcPr>
          <w:p w14:paraId="52E83C2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3259986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3238DCF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3,33</w:t>
            </w:r>
          </w:p>
        </w:tc>
      </w:tr>
    </w:tbl>
    <w:p w14:paraId="76880DDD" w14:textId="77777777" w:rsidR="00D33902" w:rsidRPr="00D33902" w:rsidRDefault="00D33902" w:rsidP="00D33902">
      <w:pPr>
        <w:spacing w:after="0" w:line="240" w:lineRule="auto"/>
        <w:rPr>
          <w:rFonts w:ascii="Times New Roman" w:hAnsi="Times New Roman" w:cs="Times New Roman"/>
        </w:rPr>
      </w:pPr>
    </w:p>
    <w:p w14:paraId="5C88CA1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21. Ders: FZD202 İlk Yardım</w:t>
      </w:r>
    </w:p>
    <w:p w14:paraId="06BD1F3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AC0777A" w14:textId="77777777" w:rsidTr="00F111D1">
        <w:trPr>
          <w:jc w:val="center"/>
        </w:trPr>
        <w:tc>
          <w:tcPr>
            <w:tcW w:w="3120" w:type="dxa"/>
            <w:shd w:val="clear" w:color="auto" w:fill="1F4E79"/>
            <w:tcMar>
              <w:top w:w="70" w:type="dxa"/>
              <w:left w:w="100" w:type="dxa"/>
              <w:bottom w:w="70" w:type="dxa"/>
              <w:right w:w="100" w:type="dxa"/>
            </w:tcMar>
          </w:tcPr>
          <w:p w14:paraId="2063FC9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36DE04B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7E68EF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29D1BE4" w14:textId="77777777" w:rsidTr="00F111D1">
        <w:trPr>
          <w:jc w:val="center"/>
        </w:trPr>
        <w:tc>
          <w:tcPr>
            <w:tcW w:w="3120" w:type="dxa"/>
            <w:shd w:val="clear" w:color="auto" w:fill="F9FAFB"/>
            <w:tcMar>
              <w:top w:w="50" w:type="dxa"/>
              <w:left w:w="100" w:type="dxa"/>
              <w:bottom w:w="50" w:type="dxa"/>
              <w:right w:w="100" w:type="dxa"/>
            </w:tcMar>
          </w:tcPr>
          <w:p w14:paraId="64B447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336644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08B27E1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3,40</w:t>
            </w:r>
          </w:p>
        </w:tc>
      </w:tr>
      <w:tr w:rsidR="00D33902" w:rsidRPr="00D33902" w14:paraId="2C3879FA" w14:textId="77777777" w:rsidTr="00F111D1">
        <w:trPr>
          <w:jc w:val="center"/>
        </w:trPr>
        <w:tc>
          <w:tcPr>
            <w:tcW w:w="3120" w:type="dxa"/>
            <w:shd w:val="clear" w:color="auto" w:fill="FFFFFF"/>
            <w:tcMar>
              <w:top w:w="50" w:type="dxa"/>
              <w:left w:w="100" w:type="dxa"/>
              <w:bottom w:w="50" w:type="dxa"/>
              <w:right w:w="100" w:type="dxa"/>
            </w:tcMar>
          </w:tcPr>
          <w:p w14:paraId="2043CF4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6472806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17B5959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3,40</w:t>
            </w:r>
          </w:p>
        </w:tc>
      </w:tr>
      <w:tr w:rsidR="00D33902" w:rsidRPr="00D33902" w14:paraId="59B574F8" w14:textId="77777777" w:rsidTr="00F111D1">
        <w:trPr>
          <w:jc w:val="center"/>
        </w:trPr>
        <w:tc>
          <w:tcPr>
            <w:tcW w:w="3120" w:type="dxa"/>
            <w:shd w:val="clear" w:color="auto" w:fill="F9FAFB"/>
            <w:tcMar>
              <w:top w:w="50" w:type="dxa"/>
              <w:left w:w="100" w:type="dxa"/>
              <w:bottom w:w="50" w:type="dxa"/>
              <w:right w:w="100" w:type="dxa"/>
            </w:tcMar>
          </w:tcPr>
          <w:p w14:paraId="0DAC478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254112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4C7C5A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1,20</w:t>
            </w:r>
          </w:p>
        </w:tc>
      </w:tr>
      <w:tr w:rsidR="00D33902" w:rsidRPr="00D33902" w14:paraId="5C98EE58" w14:textId="77777777" w:rsidTr="00F111D1">
        <w:trPr>
          <w:jc w:val="center"/>
        </w:trPr>
        <w:tc>
          <w:tcPr>
            <w:tcW w:w="3120" w:type="dxa"/>
            <w:shd w:val="clear" w:color="auto" w:fill="FFFFFF"/>
            <w:tcMar>
              <w:top w:w="50" w:type="dxa"/>
              <w:left w:w="100" w:type="dxa"/>
              <w:bottom w:w="50" w:type="dxa"/>
              <w:right w:w="100" w:type="dxa"/>
            </w:tcMar>
          </w:tcPr>
          <w:p w14:paraId="215534E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5CDB17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5C12E99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3,20</w:t>
            </w:r>
          </w:p>
        </w:tc>
      </w:tr>
    </w:tbl>
    <w:p w14:paraId="71FC9CA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5559F095" w14:textId="77777777" w:rsidTr="00F111D1">
        <w:trPr>
          <w:jc w:val="center"/>
        </w:trPr>
        <w:tc>
          <w:tcPr>
            <w:tcW w:w="4680" w:type="dxa"/>
            <w:shd w:val="clear" w:color="auto" w:fill="1F4E79"/>
            <w:tcMar>
              <w:top w:w="70" w:type="dxa"/>
              <w:left w:w="100" w:type="dxa"/>
              <w:bottom w:w="70" w:type="dxa"/>
              <w:right w:w="100" w:type="dxa"/>
            </w:tcMar>
          </w:tcPr>
          <w:p w14:paraId="0312A81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7DC6F96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1D6BEC9F" w14:textId="77777777" w:rsidTr="00F111D1">
        <w:trPr>
          <w:jc w:val="center"/>
        </w:trPr>
        <w:tc>
          <w:tcPr>
            <w:tcW w:w="4680" w:type="dxa"/>
            <w:shd w:val="clear" w:color="auto" w:fill="F9FAFB"/>
            <w:tcMar>
              <w:top w:w="50" w:type="dxa"/>
              <w:left w:w="100" w:type="dxa"/>
              <w:bottom w:w="50" w:type="dxa"/>
              <w:right w:w="100" w:type="dxa"/>
            </w:tcMar>
          </w:tcPr>
          <w:p w14:paraId="766F55B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283892F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 saat</w:t>
            </w:r>
          </w:p>
        </w:tc>
      </w:tr>
      <w:tr w:rsidR="00D33902" w:rsidRPr="00D33902" w14:paraId="061753E5" w14:textId="77777777" w:rsidTr="00F111D1">
        <w:trPr>
          <w:jc w:val="center"/>
        </w:trPr>
        <w:tc>
          <w:tcPr>
            <w:tcW w:w="4680" w:type="dxa"/>
            <w:shd w:val="clear" w:color="auto" w:fill="FFFFFF"/>
            <w:tcMar>
              <w:top w:w="50" w:type="dxa"/>
              <w:left w:w="100" w:type="dxa"/>
              <w:bottom w:w="50" w:type="dxa"/>
              <w:right w:w="100" w:type="dxa"/>
            </w:tcMar>
          </w:tcPr>
          <w:p w14:paraId="50615B2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41F243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0,75 saat</w:t>
            </w:r>
          </w:p>
        </w:tc>
      </w:tr>
      <w:tr w:rsidR="00D33902" w:rsidRPr="00D33902" w14:paraId="1CAB5FA2" w14:textId="77777777" w:rsidTr="00F111D1">
        <w:trPr>
          <w:jc w:val="center"/>
        </w:trPr>
        <w:tc>
          <w:tcPr>
            <w:tcW w:w="4680" w:type="dxa"/>
            <w:shd w:val="clear" w:color="auto" w:fill="F9FAFB"/>
            <w:tcMar>
              <w:top w:w="50" w:type="dxa"/>
              <w:left w:w="100" w:type="dxa"/>
              <w:bottom w:w="50" w:type="dxa"/>
              <w:right w:w="100" w:type="dxa"/>
            </w:tcMar>
          </w:tcPr>
          <w:p w14:paraId="47FA24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62561D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2AE8DF5F" w14:textId="77777777" w:rsidTr="00F111D1">
        <w:trPr>
          <w:jc w:val="center"/>
        </w:trPr>
        <w:tc>
          <w:tcPr>
            <w:tcW w:w="4680" w:type="dxa"/>
            <w:shd w:val="clear" w:color="auto" w:fill="FFFFFF"/>
            <w:tcMar>
              <w:top w:w="50" w:type="dxa"/>
              <w:left w:w="100" w:type="dxa"/>
              <w:bottom w:w="50" w:type="dxa"/>
              <w:right w:w="100" w:type="dxa"/>
            </w:tcMar>
          </w:tcPr>
          <w:p w14:paraId="75809A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61B2FE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0B21A695" w14:textId="77777777" w:rsidTr="00F111D1">
        <w:trPr>
          <w:jc w:val="center"/>
        </w:trPr>
        <w:tc>
          <w:tcPr>
            <w:tcW w:w="4680" w:type="dxa"/>
            <w:shd w:val="clear" w:color="auto" w:fill="F9FAFB"/>
            <w:tcMar>
              <w:top w:w="50" w:type="dxa"/>
              <w:left w:w="100" w:type="dxa"/>
              <w:bottom w:w="50" w:type="dxa"/>
              <w:right w:w="100" w:type="dxa"/>
            </w:tcMar>
          </w:tcPr>
          <w:p w14:paraId="42CE0CF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75D518B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1,80 saat</w:t>
            </w:r>
          </w:p>
        </w:tc>
      </w:tr>
      <w:tr w:rsidR="00D33902" w:rsidRPr="00D33902" w14:paraId="7C0A65C2" w14:textId="77777777" w:rsidTr="00F111D1">
        <w:trPr>
          <w:jc w:val="center"/>
        </w:trPr>
        <w:tc>
          <w:tcPr>
            <w:tcW w:w="4680" w:type="dxa"/>
            <w:shd w:val="clear" w:color="auto" w:fill="FFFFFF"/>
            <w:tcMar>
              <w:top w:w="50" w:type="dxa"/>
              <w:left w:w="100" w:type="dxa"/>
              <w:bottom w:w="50" w:type="dxa"/>
              <w:right w:w="100" w:type="dxa"/>
            </w:tcMar>
          </w:tcPr>
          <w:p w14:paraId="250058E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195F674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59768962" w14:textId="77777777" w:rsidTr="00F111D1">
        <w:trPr>
          <w:jc w:val="center"/>
        </w:trPr>
        <w:tc>
          <w:tcPr>
            <w:tcW w:w="4680" w:type="dxa"/>
            <w:shd w:val="clear" w:color="auto" w:fill="F9FAFB"/>
            <w:tcMar>
              <w:top w:w="50" w:type="dxa"/>
              <w:left w:w="100" w:type="dxa"/>
              <w:bottom w:w="50" w:type="dxa"/>
              <w:right w:w="100" w:type="dxa"/>
            </w:tcMar>
          </w:tcPr>
          <w:p w14:paraId="35EEC88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2490937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w:t>
            </w:r>
          </w:p>
        </w:tc>
      </w:tr>
      <w:tr w:rsidR="00D33902" w:rsidRPr="00D33902" w14:paraId="3355E203" w14:textId="77777777" w:rsidTr="00F111D1">
        <w:trPr>
          <w:jc w:val="center"/>
        </w:trPr>
        <w:tc>
          <w:tcPr>
            <w:tcW w:w="4680" w:type="dxa"/>
            <w:shd w:val="clear" w:color="auto" w:fill="FFFFFF"/>
            <w:tcMar>
              <w:top w:w="50" w:type="dxa"/>
              <w:left w:w="100" w:type="dxa"/>
              <w:bottom w:w="50" w:type="dxa"/>
              <w:right w:w="100" w:type="dxa"/>
            </w:tcMar>
          </w:tcPr>
          <w:p w14:paraId="33815B2E"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0493C0B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3,20 saat</w:t>
            </w:r>
          </w:p>
        </w:tc>
      </w:tr>
    </w:tbl>
    <w:p w14:paraId="00CC4E48" w14:textId="77777777" w:rsidR="00D33902" w:rsidRPr="00D33902" w:rsidRDefault="00D33902" w:rsidP="00D33902">
      <w:pPr>
        <w:spacing w:after="0" w:line="240" w:lineRule="auto"/>
        <w:rPr>
          <w:rFonts w:ascii="Times New Roman" w:hAnsi="Times New Roman" w:cs="Times New Roman"/>
        </w:rPr>
      </w:pPr>
    </w:p>
    <w:p w14:paraId="38E3D4A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769B5464" w14:textId="77777777" w:rsidTr="00F111D1">
        <w:trPr>
          <w:jc w:val="center"/>
        </w:trPr>
        <w:tc>
          <w:tcPr>
            <w:tcW w:w="3120" w:type="dxa"/>
            <w:shd w:val="clear" w:color="auto" w:fill="1F4E79"/>
            <w:tcMar>
              <w:top w:w="70" w:type="dxa"/>
              <w:left w:w="100" w:type="dxa"/>
              <w:bottom w:w="70" w:type="dxa"/>
              <w:right w:w="100" w:type="dxa"/>
            </w:tcMar>
          </w:tcPr>
          <w:p w14:paraId="1762FDB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4BAC270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26611CD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73F75FFF" w14:textId="77777777" w:rsidTr="00F111D1">
        <w:trPr>
          <w:jc w:val="center"/>
        </w:trPr>
        <w:tc>
          <w:tcPr>
            <w:tcW w:w="3120" w:type="dxa"/>
            <w:shd w:val="clear" w:color="auto" w:fill="F9FAFB"/>
            <w:tcMar>
              <w:top w:w="50" w:type="dxa"/>
              <w:left w:w="100" w:type="dxa"/>
              <w:bottom w:w="50" w:type="dxa"/>
              <w:right w:w="100" w:type="dxa"/>
            </w:tcMar>
          </w:tcPr>
          <w:p w14:paraId="400171B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12738CC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75EBD92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7B444BE7" w14:textId="77777777" w:rsidTr="00F111D1">
        <w:trPr>
          <w:jc w:val="center"/>
        </w:trPr>
        <w:tc>
          <w:tcPr>
            <w:tcW w:w="3120" w:type="dxa"/>
            <w:shd w:val="clear" w:color="auto" w:fill="FFFFFF"/>
            <w:tcMar>
              <w:top w:w="50" w:type="dxa"/>
              <w:left w:w="100" w:type="dxa"/>
              <w:bottom w:w="50" w:type="dxa"/>
              <w:right w:w="100" w:type="dxa"/>
            </w:tcMar>
          </w:tcPr>
          <w:p w14:paraId="742AB2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251FCAC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4FB203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2,60</w:t>
            </w:r>
          </w:p>
        </w:tc>
      </w:tr>
      <w:tr w:rsidR="00D33902" w:rsidRPr="00D33902" w14:paraId="236A0D12" w14:textId="77777777" w:rsidTr="00F111D1">
        <w:trPr>
          <w:jc w:val="center"/>
        </w:trPr>
        <w:tc>
          <w:tcPr>
            <w:tcW w:w="3120" w:type="dxa"/>
            <w:shd w:val="clear" w:color="auto" w:fill="F9FAFB"/>
            <w:tcMar>
              <w:top w:w="50" w:type="dxa"/>
              <w:left w:w="100" w:type="dxa"/>
              <w:bottom w:w="50" w:type="dxa"/>
              <w:right w:w="100" w:type="dxa"/>
            </w:tcMar>
          </w:tcPr>
          <w:p w14:paraId="0620DC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5B3014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2F45CA2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w:t>
            </w:r>
          </w:p>
        </w:tc>
      </w:tr>
      <w:tr w:rsidR="00D33902" w:rsidRPr="00D33902" w14:paraId="11D6E0E0" w14:textId="77777777" w:rsidTr="00F111D1">
        <w:trPr>
          <w:jc w:val="center"/>
        </w:trPr>
        <w:tc>
          <w:tcPr>
            <w:tcW w:w="3120" w:type="dxa"/>
            <w:shd w:val="clear" w:color="auto" w:fill="FFFFFF"/>
            <w:tcMar>
              <w:top w:w="50" w:type="dxa"/>
              <w:left w:w="100" w:type="dxa"/>
              <w:bottom w:w="50" w:type="dxa"/>
              <w:right w:w="100" w:type="dxa"/>
            </w:tcMar>
          </w:tcPr>
          <w:p w14:paraId="3684348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08DFA90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076391A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1,40</w:t>
            </w:r>
          </w:p>
        </w:tc>
      </w:tr>
      <w:tr w:rsidR="00D33902" w:rsidRPr="00D33902" w14:paraId="64EEB189" w14:textId="77777777" w:rsidTr="00F111D1">
        <w:trPr>
          <w:jc w:val="center"/>
        </w:trPr>
        <w:tc>
          <w:tcPr>
            <w:tcW w:w="3120" w:type="dxa"/>
            <w:shd w:val="clear" w:color="auto" w:fill="F9FAFB"/>
            <w:tcMar>
              <w:top w:w="50" w:type="dxa"/>
              <w:left w:w="100" w:type="dxa"/>
              <w:bottom w:w="50" w:type="dxa"/>
              <w:right w:w="100" w:type="dxa"/>
            </w:tcMar>
          </w:tcPr>
          <w:p w14:paraId="7B7DAFD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1FD09DD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2144BC0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w:t>
            </w:r>
          </w:p>
        </w:tc>
      </w:tr>
      <w:tr w:rsidR="00D33902" w:rsidRPr="00D33902" w14:paraId="7A8487F7" w14:textId="77777777" w:rsidTr="00F111D1">
        <w:trPr>
          <w:jc w:val="center"/>
        </w:trPr>
        <w:tc>
          <w:tcPr>
            <w:tcW w:w="3120" w:type="dxa"/>
            <w:shd w:val="clear" w:color="auto" w:fill="FFFFFF"/>
            <w:tcMar>
              <w:top w:w="50" w:type="dxa"/>
              <w:left w:w="100" w:type="dxa"/>
              <w:bottom w:w="50" w:type="dxa"/>
              <w:right w:w="100" w:type="dxa"/>
            </w:tcMar>
          </w:tcPr>
          <w:p w14:paraId="341DAF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6</w:t>
            </w:r>
          </w:p>
        </w:tc>
        <w:tc>
          <w:tcPr>
            <w:tcW w:w="3120" w:type="dxa"/>
            <w:shd w:val="clear" w:color="auto" w:fill="FFFFFF"/>
            <w:tcMar>
              <w:top w:w="50" w:type="dxa"/>
              <w:left w:w="100" w:type="dxa"/>
              <w:bottom w:w="50" w:type="dxa"/>
              <w:right w:w="100" w:type="dxa"/>
            </w:tcMar>
          </w:tcPr>
          <w:p w14:paraId="71EE664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61D66F9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2,00</w:t>
            </w:r>
          </w:p>
        </w:tc>
      </w:tr>
      <w:tr w:rsidR="00D33902" w:rsidRPr="00D33902" w14:paraId="4ADD4A57" w14:textId="77777777" w:rsidTr="00F111D1">
        <w:trPr>
          <w:jc w:val="center"/>
        </w:trPr>
        <w:tc>
          <w:tcPr>
            <w:tcW w:w="3120" w:type="dxa"/>
            <w:shd w:val="clear" w:color="auto" w:fill="F9FAFB"/>
            <w:tcMar>
              <w:top w:w="50" w:type="dxa"/>
              <w:left w:w="100" w:type="dxa"/>
              <w:bottom w:w="50" w:type="dxa"/>
              <w:right w:w="100" w:type="dxa"/>
            </w:tcMar>
          </w:tcPr>
          <w:p w14:paraId="4960F5D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27C3C3D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1C3C282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2,20</w:t>
            </w:r>
          </w:p>
        </w:tc>
      </w:tr>
      <w:tr w:rsidR="00D33902" w:rsidRPr="00D33902" w14:paraId="577EDEC5" w14:textId="77777777" w:rsidTr="00F111D1">
        <w:trPr>
          <w:jc w:val="center"/>
        </w:trPr>
        <w:tc>
          <w:tcPr>
            <w:tcW w:w="3120" w:type="dxa"/>
            <w:shd w:val="clear" w:color="auto" w:fill="FFFFFF"/>
            <w:tcMar>
              <w:top w:w="50" w:type="dxa"/>
              <w:left w:w="100" w:type="dxa"/>
              <w:bottom w:w="50" w:type="dxa"/>
              <w:right w:w="100" w:type="dxa"/>
            </w:tcMar>
          </w:tcPr>
          <w:p w14:paraId="2679D43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2ACEBE9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587339D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2,20</w:t>
            </w:r>
          </w:p>
        </w:tc>
      </w:tr>
      <w:tr w:rsidR="00D33902" w:rsidRPr="00D33902" w14:paraId="53EB9F9C" w14:textId="77777777" w:rsidTr="00F111D1">
        <w:trPr>
          <w:jc w:val="center"/>
        </w:trPr>
        <w:tc>
          <w:tcPr>
            <w:tcW w:w="3120" w:type="dxa"/>
            <w:shd w:val="clear" w:color="auto" w:fill="F9FAFB"/>
            <w:tcMar>
              <w:top w:w="50" w:type="dxa"/>
              <w:left w:w="100" w:type="dxa"/>
              <w:bottom w:w="50" w:type="dxa"/>
              <w:right w:w="100" w:type="dxa"/>
            </w:tcMar>
          </w:tcPr>
          <w:p w14:paraId="39351A7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4544F41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0155CE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w:t>
            </w:r>
          </w:p>
        </w:tc>
      </w:tr>
      <w:tr w:rsidR="00D33902" w:rsidRPr="00D33902" w14:paraId="103ECF9B" w14:textId="77777777" w:rsidTr="00F111D1">
        <w:trPr>
          <w:jc w:val="center"/>
        </w:trPr>
        <w:tc>
          <w:tcPr>
            <w:tcW w:w="3120" w:type="dxa"/>
            <w:shd w:val="clear" w:color="auto" w:fill="FFFFFF"/>
            <w:tcMar>
              <w:top w:w="50" w:type="dxa"/>
              <w:left w:w="100" w:type="dxa"/>
              <w:bottom w:w="50" w:type="dxa"/>
              <w:right w:w="100" w:type="dxa"/>
            </w:tcMar>
          </w:tcPr>
          <w:p w14:paraId="1156F74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5059D2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20EBC70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2,60</w:t>
            </w:r>
          </w:p>
        </w:tc>
      </w:tr>
      <w:tr w:rsidR="00D33902" w:rsidRPr="00D33902" w14:paraId="14202D2B" w14:textId="77777777" w:rsidTr="00F111D1">
        <w:trPr>
          <w:jc w:val="center"/>
        </w:trPr>
        <w:tc>
          <w:tcPr>
            <w:tcW w:w="3120" w:type="dxa"/>
            <w:shd w:val="clear" w:color="auto" w:fill="F9FAFB"/>
            <w:tcMar>
              <w:top w:w="50" w:type="dxa"/>
              <w:left w:w="100" w:type="dxa"/>
              <w:bottom w:w="50" w:type="dxa"/>
              <w:right w:w="100" w:type="dxa"/>
            </w:tcMar>
          </w:tcPr>
          <w:p w14:paraId="54AF170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5C13E18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01BEE9E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3,00</w:t>
            </w:r>
          </w:p>
        </w:tc>
      </w:tr>
      <w:tr w:rsidR="00D33902" w:rsidRPr="00D33902" w14:paraId="0D67117A" w14:textId="77777777" w:rsidTr="00F111D1">
        <w:trPr>
          <w:jc w:val="center"/>
        </w:trPr>
        <w:tc>
          <w:tcPr>
            <w:tcW w:w="3120" w:type="dxa"/>
            <w:shd w:val="clear" w:color="auto" w:fill="FFFFFF"/>
            <w:tcMar>
              <w:top w:w="50" w:type="dxa"/>
              <w:left w:w="100" w:type="dxa"/>
              <w:bottom w:w="50" w:type="dxa"/>
              <w:right w:w="100" w:type="dxa"/>
            </w:tcMar>
          </w:tcPr>
          <w:p w14:paraId="317193D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6D4108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72E670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3,20</w:t>
            </w:r>
          </w:p>
        </w:tc>
      </w:tr>
      <w:tr w:rsidR="00D33902" w:rsidRPr="00D33902" w14:paraId="2DDB8E84" w14:textId="77777777" w:rsidTr="00F111D1">
        <w:trPr>
          <w:jc w:val="center"/>
        </w:trPr>
        <w:tc>
          <w:tcPr>
            <w:tcW w:w="3120" w:type="dxa"/>
            <w:shd w:val="clear" w:color="auto" w:fill="F9FAFB"/>
            <w:tcMar>
              <w:top w:w="50" w:type="dxa"/>
              <w:left w:w="100" w:type="dxa"/>
              <w:bottom w:w="50" w:type="dxa"/>
              <w:right w:w="100" w:type="dxa"/>
            </w:tcMar>
          </w:tcPr>
          <w:p w14:paraId="4616372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5D4FD2F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5A5C9C0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w:t>
            </w:r>
          </w:p>
        </w:tc>
      </w:tr>
      <w:tr w:rsidR="00D33902" w:rsidRPr="00D33902" w14:paraId="4E1A2B60" w14:textId="77777777" w:rsidTr="00F111D1">
        <w:trPr>
          <w:jc w:val="center"/>
        </w:trPr>
        <w:tc>
          <w:tcPr>
            <w:tcW w:w="3120" w:type="dxa"/>
            <w:shd w:val="clear" w:color="auto" w:fill="FFFFFF"/>
            <w:tcMar>
              <w:top w:w="50" w:type="dxa"/>
              <w:left w:w="100" w:type="dxa"/>
              <w:bottom w:w="50" w:type="dxa"/>
              <w:right w:w="100" w:type="dxa"/>
            </w:tcMar>
          </w:tcPr>
          <w:p w14:paraId="5AF7381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592FB7E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16AEE1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1,00</w:t>
            </w:r>
          </w:p>
        </w:tc>
      </w:tr>
    </w:tbl>
    <w:p w14:paraId="5CFEE5E7" w14:textId="77777777" w:rsidR="00D33902" w:rsidRPr="00D33902" w:rsidRDefault="00D33902" w:rsidP="00D33902">
      <w:pPr>
        <w:spacing w:after="0" w:line="240" w:lineRule="auto"/>
        <w:rPr>
          <w:rFonts w:ascii="Times New Roman" w:hAnsi="Times New Roman" w:cs="Times New Roman"/>
        </w:rPr>
      </w:pPr>
    </w:p>
    <w:p w14:paraId="39C6BB9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625D4CB2" w14:textId="77777777" w:rsidTr="00F111D1">
        <w:trPr>
          <w:jc w:val="center"/>
        </w:trPr>
        <w:tc>
          <w:tcPr>
            <w:tcW w:w="3120" w:type="dxa"/>
            <w:shd w:val="clear" w:color="auto" w:fill="1F4E79"/>
            <w:tcMar>
              <w:top w:w="70" w:type="dxa"/>
              <w:left w:w="100" w:type="dxa"/>
              <w:bottom w:w="70" w:type="dxa"/>
              <w:right w:w="100" w:type="dxa"/>
            </w:tcMar>
          </w:tcPr>
          <w:p w14:paraId="18166BB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F2E19C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169EBA4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6EE5E5AF" w14:textId="77777777" w:rsidTr="00F111D1">
        <w:trPr>
          <w:jc w:val="center"/>
        </w:trPr>
        <w:tc>
          <w:tcPr>
            <w:tcW w:w="3120" w:type="dxa"/>
            <w:shd w:val="clear" w:color="auto" w:fill="F9FAFB"/>
            <w:tcMar>
              <w:top w:w="50" w:type="dxa"/>
              <w:left w:w="100" w:type="dxa"/>
              <w:bottom w:w="50" w:type="dxa"/>
              <w:right w:w="100" w:type="dxa"/>
            </w:tcMar>
          </w:tcPr>
          <w:p w14:paraId="3054422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2B7989F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70AE6F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4,60</w:t>
            </w:r>
          </w:p>
        </w:tc>
      </w:tr>
      <w:tr w:rsidR="00D33902" w:rsidRPr="00D33902" w14:paraId="61B2E8FB" w14:textId="77777777" w:rsidTr="00F111D1">
        <w:trPr>
          <w:jc w:val="center"/>
        </w:trPr>
        <w:tc>
          <w:tcPr>
            <w:tcW w:w="3120" w:type="dxa"/>
            <w:shd w:val="clear" w:color="auto" w:fill="FFFFFF"/>
            <w:tcMar>
              <w:top w:w="50" w:type="dxa"/>
              <w:left w:w="100" w:type="dxa"/>
              <w:bottom w:w="50" w:type="dxa"/>
              <w:right w:w="100" w:type="dxa"/>
            </w:tcMar>
          </w:tcPr>
          <w:p w14:paraId="04A966E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71DCACC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39DCABA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4,40</w:t>
            </w:r>
          </w:p>
        </w:tc>
      </w:tr>
      <w:tr w:rsidR="00D33902" w:rsidRPr="00D33902" w14:paraId="0F70A7A0" w14:textId="77777777" w:rsidTr="00F111D1">
        <w:trPr>
          <w:jc w:val="center"/>
        </w:trPr>
        <w:tc>
          <w:tcPr>
            <w:tcW w:w="3120" w:type="dxa"/>
            <w:shd w:val="clear" w:color="auto" w:fill="F9FAFB"/>
            <w:tcMar>
              <w:top w:w="50" w:type="dxa"/>
              <w:left w:w="100" w:type="dxa"/>
              <w:bottom w:w="50" w:type="dxa"/>
              <w:right w:w="100" w:type="dxa"/>
            </w:tcMar>
          </w:tcPr>
          <w:p w14:paraId="27A0DCE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6148074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34B00F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4,40</w:t>
            </w:r>
          </w:p>
        </w:tc>
      </w:tr>
      <w:tr w:rsidR="00D33902" w:rsidRPr="00D33902" w14:paraId="2B841717" w14:textId="77777777" w:rsidTr="00F111D1">
        <w:trPr>
          <w:jc w:val="center"/>
        </w:trPr>
        <w:tc>
          <w:tcPr>
            <w:tcW w:w="3120" w:type="dxa"/>
            <w:shd w:val="clear" w:color="auto" w:fill="FFFFFF"/>
            <w:tcMar>
              <w:top w:w="50" w:type="dxa"/>
              <w:left w:w="100" w:type="dxa"/>
              <w:bottom w:w="50" w:type="dxa"/>
              <w:right w:w="100" w:type="dxa"/>
            </w:tcMar>
          </w:tcPr>
          <w:p w14:paraId="6FDB58D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4CEB7D3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01300D8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3,20</w:t>
            </w:r>
          </w:p>
        </w:tc>
      </w:tr>
      <w:tr w:rsidR="00D33902" w:rsidRPr="00D33902" w14:paraId="7713BFEE" w14:textId="77777777" w:rsidTr="00F111D1">
        <w:trPr>
          <w:jc w:val="center"/>
        </w:trPr>
        <w:tc>
          <w:tcPr>
            <w:tcW w:w="3120" w:type="dxa"/>
            <w:shd w:val="clear" w:color="auto" w:fill="F9FAFB"/>
            <w:tcMar>
              <w:top w:w="50" w:type="dxa"/>
              <w:left w:w="100" w:type="dxa"/>
              <w:bottom w:w="50" w:type="dxa"/>
              <w:right w:w="100" w:type="dxa"/>
            </w:tcMar>
          </w:tcPr>
          <w:p w14:paraId="05768A6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2FA9380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09D6234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bl>
    <w:p w14:paraId="4BB6F5F3" w14:textId="77777777" w:rsidR="00D33902" w:rsidRPr="00D33902" w:rsidRDefault="00D33902" w:rsidP="00D33902">
      <w:pPr>
        <w:spacing w:after="0" w:line="240" w:lineRule="auto"/>
        <w:rPr>
          <w:rFonts w:ascii="Times New Roman" w:hAnsi="Times New Roman" w:cs="Times New Roman"/>
        </w:rPr>
      </w:pPr>
    </w:p>
    <w:p w14:paraId="45063D7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003366"/>
          <w:sz w:val="23"/>
        </w:rPr>
        <w:t>22. Ders: FZD207 Anne Çocuk Beslenmesine Giriş</w:t>
      </w:r>
    </w:p>
    <w:p w14:paraId="1B712EC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1E915153" w14:textId="77777777" w:rsidTr="00F111D1">
        <w:trPr>
          <w:jc w:val="center"/>
        </w:trPr>
        <w:tc>
          <w:tcPr>
            <w:tcW w:w="3120" w:type="dxa"/>
            <w:shd w:val="clear" w:color="auto" w:fill="1F4E79"/>
            <w:tcMar>
              <w:top w:w="70" w:type="dxa"/>
              <w:left w:w="100" w:type="dxa"/>
              <w:bottom w:w="70" w:type="dxa"/>
              <w:right w:w="100" w:type="dxa"/>
            </w:tcMar>
          </w:tcPr>
          <w:p w14:paraId="601BC69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249E108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EEBFE8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4E6E6BD5" w14:textId="77777777" w:rsidTr="00F111D1">
        <w:trPr>
          <w:jc w:val="center"/>
        </w:trPr>
        <w:tc>
          <w:tcPr>
            <w:tcW w:w="3120" w:type="dxa"/>
            <w:shd w:val="clear" w:color="auto" w:fill="F9FAFB"/>
            <w:tcMar>
              <w:top w:w="50" w:type="dxa"/>
              <w:left w:w="100" w:type="dxa"/>
              <w:bottom w:w="50" w:type="dxa"/>
              <w:right w:w="100" w:type="dxa"/>
            </w:tcMar>
          </w:tcPr>
          <w:p w14:paraId="47E9986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678934B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bölümüm için gerekli olduğunu düşünüyorum.</w:t>
            </w:r>
          </w:p>
        </w:tc>
        <w:tc>
          <w:tcPr>
            <w:tcW w:w="3120" w:type="dxa"/>
            <w:shd w:val="clear" w:color="auto" w:fill="F9FAFB"/>
            <w:tcMar>
              <w:top w:w="50" w:type="dxa"/>
              <w:left w:w="100" w:type="dxa"/>
              <w:bottom w:w="50" w:type="dxa"/>
              <w:right w:w="100" w:type="dxa"/>
            </w:tcMar>
          </w:tcPr>
          <w:p w14:paraId="15B7FCE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4,05</w:t>
            </w:r>
          </w:p>
        </w:tc>
      </w:tr>
      <w:tr w:rsidR="00D33902" w:rsidRPr="00D33902" w14:paraId="6B9EB95B" w14:textId="77777777" w:rsidTr="00F111D1">
        <w:trPr>
          <w:jc w:val="center"/>
        </w:trPr>
        <w:tc>
          <w:tcPr>
            <w:tcW w:w="3120" w:type="dxa"/>
            <w:shd w:val="clear" w:color="auto" w:fill="FFFFFF"/>
            <w:tcMar>
              <w:top w:w="50" w:type="dxa"/>
              <w:left w:w="100" w:type="dxa"/>
              <w:bottom w:w="50" w:type="dxa"/>
              <w:right w:w="100" w:type="dxa"/>
            </w:tcMar>
          </w:tcPr>
          <w:p w14:paraId="7D2BA78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0EC6445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bana katkısının yüksek olduğunu düşünüyorum.</w:t>
            </w:r>
          </w:p>
        </w:tc>
        <w:tc>
          <w:tcPr>
            <w:tcW w:w="3120" w:type="dxa"/>
            <w:shd w:val="clear" w:color="auto" w:fill="FFFFFF"/>
            <w:tcMar>
              <w:top w:w="50" w:type="dxa"/>
              <w:left w:w="100" w:type="dxa"/>
              <w:bottom w:w="50" w:type="dxa"/>
              <w:right w:w="100" w:type="dxa"/>
            </w:tcMar>
          </w:tcPr>
          <w:p w14:paraId="6738082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0FF69653" w14:textId="77777777" w:rsidTr="00F111D1">
        <w:trPr>
          <w:jc w:val="center"/>
        </w:trPr>
        <w:tc>
          <w:tcPr>
            <w:tcW w:w="3120" w:type="dxa"/>
            <w:shd w:val="clear" w:color="auto" w:fill="F9FAFB"/>
            <w:tcMar>
              <w:top w:w="50" w:type="dxa"/>
              <w:left w:w="100" w:type="dxa"/>
              <w:bottom w:w="50" w:type="dxa"/>
              <w:right w:w="100" w:type="dxa"/>
            </w:tcMar>
          </w:tcPr>
          <w:p w14:paraId="4339C06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9983D3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diğer derslerden daha zor olduğunu düşünüyorum.</w:t>
            </w:r>
          </w:p>
        </w:tc>
        <w:tc>
          <w:tcPr>
            <w:tcW w:w="3120" w:type="dxa"/>
            <w:shd w:val="clear" w:color="auto" w:fill="F9FAFB"/>
            <w:tcMar>
              <w:top w:w="50" w:type="dxa"/>
              <w:left w:w="100" w:type="dxa"/>
              <w:bottom w:w="50" w:type="dxa"/>
              <w:right w:w="100" w:type="dxa"/>
            </w:tcMar>
          </w:tcPr>
          <w:p w14:paraId="0071272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2,86</w:t>
            </w:r>
          </w:p>
        </w:tc>
      </w:tr>
      <w:tr w:rsidR="00D33902" w:rsidRPr="00D33902" w14:paraId="70C01FBA" w14:textId="77777777" w:rsidTr="00F111D1">
        <w:trPr>
          <w:jc w:val="center"/>
        </w:trPr>
        <w:tc>
          <w:tcPr>
            <w:tcW w:w="3120" w:type="dxa"/>
            <w:shd w:val="clear" w:color="auto" w:fill="FFFFFF"/>
            <w:tcMar>
              <w:top w:w="50" w:type="dxa"/>
              <w:left w:w="100" w:type="dxa"/>
              <w:bottom w:w="50" w:type="dxa"/>
              <w:right w:w="100" w:type="dxa"/>
            </w:tcMar>
          </w:tcPr>
          <w:p w14:paraId="01F19B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2CDE25A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tüm ders öğrenim kazanımlarını karşıladığını düşünüyorum.</w:t>
            </w:r>
          </w:p>
        </w:tc>
        <w:tc>
          <w:tcPr>
            <w:tcW w:w="3120" w:type="dxa"/>
            <w:shd w:val="clear" w:color="auto" w:fill="FFFFFF"/>
            <w:tcMar>
              <w:top w:w="50" w:type="dxa"/>
              <w:left w:w="100" w:type="dxa"/>
              <w:bottom w:w="50" w:type="dxa"/>
              <w:right w:w="100" w:type="dxa"/>
            </w:tcMar>
          </w:tcPr>
          <w:p w14:paraId="615764B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3,73</w:t>
            </w:r>
          </w:p>
        </w:tc>
      </w:tr>
    </w:tbl>
    <w:p w14:paraId="158E172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19"/>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D33902" w:rsidRPr="00D33902" w14:paraId="3F1C0A0A" w14:textId="77777777" w:rsidTr="00F111D1">
        <w:trPr>
          <w:jc w:val="center"/>
        </w:trPr>
        <w:tc>
          <w:tcPr>
            <w:tcW w:w="4680" w:type="dxa"/>
            <w:shd w:val="clear" w:color="auto" w:fill="1F4E79"/>
            <w:tcMar>
              <w:top w:w="70" w:type="dxa"/>
              <w:left w:w="100" w:type="dxa"/>
              <w:bottom w:w="70" w:type="dxa"/>
              <w:right w:w="100" w:type="dxa"/>
            </w:tcMar>
          </w:tcPr>
          <w:p w14:paraId="071B4BA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(İş Yükü)</w:t>
            </w:r>
          </w:p>
        </w:tc>
        <w:tc>
          <w:tcPr>
            <w:tcW w:w="4680" w:type="dxa"/>
            <w:shd w:val="clear" w:color="auto" w:fill="1F4E79"/>
            <w:tcMar>
              <w:top w:w="70" w:type="dxa"/>
              <w:left w:w="100" w:type="dxa"/>
              <w:bottom w:w="70" w:type="dxa"/>
              <w:right w:w="100" w:type="dxa"/>
            </w:tcMar>
          </w:tcPr>
          <w:p w14:paraId="3D31EB4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Süre / Saat</w:t>
            </w:r>
          </w:p>
        </w:tc>
      </w:tr>
      <w:tr w:rsidR="00D33902" w:rsidRPr="00D33902" w14:paraId="1642F5A5" w14:textId="77777777" w:rsidTr="00F111D1">
        <w:trPr>
          <w:jc w:val="center"/>
        </w:trPr>
        <w:tc>
          <w:tcPr>
            <w:tcW w:w="4680" w:type="dxa"/>
            <w:shd w:val="clear" w:color="auto" w:fill="F9FAFB"/>
            <w:tcMar>
              <w:top w:w="50" w:type="dxa"/>
              <w:left w:w="100" w:type="dxa"/>
              <w:bottom w:w="50" w:type="dxa"/>
              <w:right w:w="100" w:type="dxa"/>
            </w:tcMar>
          </w:tcPr>
          <w:p w14:paraId="31B9F62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derse hazırlanmak ve/veya tekrar etmek için haftada ortalama kaç saat ayırıyorsunuz?</w:t>
            </w:r>
          </w:p>
        </w:tc>
        <w:tc>
          <w:tcPr>
            <w:tcW w:w="4680" w:type="dxa"/>
            <w:shd w:val="clear" w:color="auto" w:fill="F9FAFB"/>
            <w:tcMar>
              <w:top w:w="50" w:type="dxa"/>
              <w:left w:w="100" w:type="dxa"/>
              <w:bottom w:w="50" w:type="dxa"/>
              <w:right w:w="100" w:type="dxa"/>
            </w:tcMar>
          </w:tcPr>
          <w:p w14:paraId="46250B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2,20 saat</w:t>
            </w:r>
          </w:p>
        </w:tc>
      </w:tr>
      <w:tr w:rsidR="00D33902" w:rsidRPr="00D33902" w14:paraId="0C1811AC" w14:textId="77777777" w:rsidTr="00F111D1">
        <w:trPr>
          <w:jc w:val="center"/>
        </w:trPr>
        <w:tc>
          <w:tcPr>
            <w:tcW w:w="4680" w:type="dxa"/>
            <w:shd w:val="clear" w:color="auto" w:fill="FFFFFF"/>
            <w:tcMar>
              <w:top w:w="50" w:type="dxa"/>
              <w:left w:w="100" w:type="dxa"/>
              <w:bottom w:w="50" w:type="dxa"/>
              <w:right w:w="100" w:type="dxa"/>
            </w:tcMar>
          </w:tcPr>
          <w:p w14:paraId="21D66E9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lastRenderedPageBreak/>
              <w:t>Bu ders kapsamında hazırladığınız her bir ödev için yaklaşık kaç saat harcadınız?</w:t>
            </w:r>
          </w:p>
        </w:tc>
        <w:tc>
          <w:tcPr>
            <w:tcW w:w="4680" w:type="dxa"/>
            <w:shd w:val="clear" w:color="auto" w:fill="FFFFFF"/>
            <w:tcMar>
              <w:top w:w="50" w:type="dxa"/>
              <w:left w:w="100" w:type="dxa"/>
              <w:bottom w:w="50" w:type="dxa"/>
              <w:right w:w="100" w:type="dxa"/>
            </w:tcMar>
          </w:tcPr>
          <w:p w14:paraId="3A5C904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2,90 saat</w:t>
            </w:r>
          </w:p>
        </w:tc>
      </w:tr>
      <w:tr w:rsidR="00D33902" w:rsidRPr="00D33902" w14:paraId="727D47E0" w14:textId="77777777" w:rsidTr="00F111D1">
        <w:trPr>
          <w:jc w:val="center"/>
        </w:trPr>
        <w:tc>
          <w:tcPr>
            <w:tcW w:w="4680" w:type="dxa"/>
            <w:shd w:val="clear" w:color="auto" w:fill="F9FAFB"/>
            <w:tcMar>
              <w:top w:w="50" w:type="dxa"/>
              <w:left w:w="100" w:type="dxa"/>
              <w:bottom w:w="50" w:type="dxa"/>
              <w:right w:w="100" w:type="dxa"/>
            </w:tcMar>
          </w:tcPr>
          <w:p w14:paraId="126A9C19"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sunum/seminer için yaklaşık kaç saat harcadınız?</w:t>
            </w:r>
          </w:p>
        </w:tc>
        <w:tc>
          <w:tcPr>
            <w:tcW w:w="4680" w:type="dxa"/>
            <w:shd w:val="clear" w:color="auto" w:fill="F9FAFB"/>
            <w:tcMar>
              <w:top w:w="50" w:type="dxa"/>
              <w:left w:w="100" w:type="dxa"/>
              <w:bottom w:w="50" w:type="dxa"/>
              <w:right w:w="100" w:type="dxa"/>
            </w:tcMar>
          </w:tcPr>
          <w:p w14:paraId="1EF32FC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3,75 saat</w:t>
            </w:r>
          </w:p>
        </w:tc>
      </w:tr>
      <w:tr w:rsidR="00D33902" w:rsidRPr="00D33902" w14:paraId="2C00292F" w14:textId="77777777" w:rsidTr="00F111D1">
        <w:trPr>
          <w:jc w:val="center"/>
        </w:trPr>
        <w:tc>
          <w:tcPr>
            <w:tcW w:w="4680" w:type="dxa"/>
            <w:shd w:val="clear" w:color="auto" w:fill="FFFFFF"/>
            <w:tcMar>
              <w:top w:w="50" w:type="dxa"/>
              <w:left w:w="100" w:type="dxa"/>
              <w:bottom w:w="50" w:type="dxa"/>
              <w:right w:w="100" w:type="dxa"/>
            </w:tcMar>
          </w:tcPr>
          <w:p w14:paraId="4B3B410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kısa sınav (quiz) için yaklaşık kaç saat harcadınız?</w:t>
            </w:r>
          </w:p>
        </w:tc>
        <w:tc>
          <w:tcPr>
            <w:tcW w:w="4680" w:type="dxa"/>
            <w:shd w:val="clear" w:color="auto" w:fill="FFFFFF"/>
            <w:tcMar>
              <w:top w:w="50" w:type="dxa"/>
              <w:left w:w="100" w:type="dxa"/>
              <w:bottom w:w="50" w:type="dxa"/>
              <w:right w:w="100" w:type="dxa"/>
            </w:tcMar>
          </w:tcPr>
          <w:p w14:paraId="3B399B1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2,45 saat</w:t>
            </w:r>
          </w:p>
        </w:tc>
      </w:tr>
      <w:tr w:rsidR="00D33902" w:rsidRPr="00D33902" w14:paraId="0F8603D3" w14:textId="77777777" w:rsidTr="00F111D1">
        <w:trPr>
          <w:jc w:val="center"/>
        </w:trPr>
        <w:tc>
          <w:tcPr>
            <w:tcW w:w="4680" w:type="dxa"/>
            <w:shd w:val="clear" w:color="auto" w:fill="F9FAFB"/>
            <w:tcMar>
              <w:top w:w="50" w:type="dxa"/>
              <w:left w:w="100" w:type="dxa"/>
              <w:bottom w:w="50" w:type="dxa"/>
              <w:right w:w="100" w:type="dxa"/>
            </w:tcMar>
          </w:tcPr>
          <w:p w14:paraId="1D38C9C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girmiş olduğunuz her bir ara sınav için yaklaşık kaç saat harcadınız?</w:t>
            </w:r>
          </w:p>
        </w:tc>
        <w:tc>
          <w:tcPr>
            <w:tcW w:w="4680" w:type="dxa"/>
            <w:shd w:val="clear" w:color="auto" w:fill="F9FAFB"/>
            <w:tcMar>
              <w:top w:w="50" w:type="dxa"/>
              <w:left w:w="100" w:type="dxa"/>
              <w:bottom w:w="50" w:type="dxa"/>
              <w:right w:w="100" w:type="dxa"/>
            </w:tcMar>
          </w:tcPr>
          <w:p w14:paraId="26A127F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4,20 saat</w:t>
            </w:r>
          </w:p>
        </w:tc>
      </w:tr>
      <w:tr w:rsidR="00D33902" w:rsidRPr="00D33902" w14:paraId="357634D3" w14:textId="77777777" w:rsidTr="00F111D1">
        <w:trPr>
          <w:jc w:val="center"/>
        </w:trPr>
        <w:tc>
          <w:tcPr>
            <w:tcW w:w="4680" w:type="dxa"/>
            <w:shd w:val="clear" w:color="auto" w:fill="FFFFFF"/>
            <w:tcMar>
              <w:top w:w="50" w:type="dxa"/>
              <w:left w:w="100" w:type="dxa"/>
              <w:bottom w:w="50" w:type="dxa"/>
              <w:right w:w="100" w:type="dxa"/>
            </w:tcMar>
          </w:tcPr>
          <w:p w14:paraId="234D5CC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hazırladığınız her bir proje için yaklaşık kaç saat harcadınız?</w:t>
            </w:r>
          </w:p>
        </w:tc>
        <w:tc>
          <w:tcPr>
            <w:tcW w:w="4680" w:type="dxa"/>
            <w:shd w:val="clear" w:color="auto" w:fill="FFFFFF"/>
            <w:tcMar>
              <w:top w:w="50" w:type="dxa"/>
              <w:left w:w="100" w:type="dxa"/>
              <w:bottom w:w="50" w:type="dxa"/>
              <w:right w:w="100" w:type="dxa"/>
            </w:tcMar>
          </w:tcPr>
          <w:p w14:paraId="69EC9DF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1,95 saat</w:t>
            </w:r>
          </w:p>
        </w:tc>
      </w:tr>
      <w:tr w:rsidR="00D33902" w:rsidRPr="00D33902" w14:paraId="10BF64FF" w14:textId="77777777" w:rsidTr="00F111D1">
        <w:trPr>
          <w:jc w:val="center"/>
        </w:trPr>
        <w:tc>
          <w:tcPr>
            <w:tcW w:w="4680" w:type="dxa"/>
            <w:shd w:val="clear" w:color="auto" w:fill="F9FAFB"/>
            <w:tcMar>
              <w:top w:w="50" w:type="dxa"/>
              <w:left w:w="100" w:type="dxa"/>
              <w:bottom w:w="50" w:type="dxa"/>
              <w:right w:w="100" w:type="dxa"/>
            </w:tcMar>
          </w:tcPr>
          <w:p w14:paraId="12D55FCB"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 kapsamında haftada ortalama kaç saat laboratuvar çalışması yaptınız?</w:t>
            </w:r>
          </w:p>
        </w:tc>
        <w:tc>
          <w:tcPr>
            <w:tcW w:w="4680" w:type="dxa"/>
            <w:shd w:val="clear" w:color="auto" w:fill="F9FAFB"/>
            <w:tcMar>
              <w:top w:w="50" w:type="dxa"/>
              <w:left w:w="100" w:type="dxa"/>
              <w:bottom w:w="50" w:type="dxa"/>
              <w:right w:w="100" w:type="dxa"/>
            </w:tcMar>
          </w:tcPr>
          <w:p w14:paraId="1EC899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0,43 saat</w:t>
            </w:r>
          </w:p>
        </w:tc>
      </w:tr>
      <w:tr w:rsidR="00D33902" w:rsidRPr="00D33902" w14:paraId="4A069D89" w14:textId="77777777" w:rsidTr="00F111D1">
        <w:trPr>
          <w:jc w:val="center"/>
        </w:trPr>
        <w:tc>
          <w:tcPr>
            <w:tcW w:w="4680" w:type="dxa"/>
            <w:shd w:val="clear" w:color="auto" w:fill="FFFFFF"/>
            <w:tcMar>
              <w:top w:w="50" w:type="dxa"/>
              <w:left w:w="100" w:type="dxa"/>
              <w:bottom w:w="50" w:type="dxa"/>
              <w:right w:w="100" w:type="dxa"/>
            </w:tcMar>
          </w:tcPr>
          <w:p w14:paraId="199242F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dersin final sınavı için toplam kaç saat hazırlandınız?</w:t>
            </w:r>
          </w:p>
        </w:tc>
        <w:tc>
          <w:tcPr>
            <w:tcW w:w="4680" w:type="dxa"/>
            <w:shd w:val="clear" w:color="auto" w:fill="FFFFFF"/>
            <w:tcMar>
              <w:top w:w="50" w:type="dxa"/>
              <w:left w:w="100" w:type="dxa"/>
              <w:bottom w:w="50" w:type="dxa"/>
              <w:right w:w="100" w:type="dxa"/>
            </w:tcMar>
          </w:tcPr>
          <w:p w14:paraId="1B2087C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15,85 saat</w:t>
            </w:r>
          </w:p>
        </w:tc>
      </w:tr>
    </w:tbl>
    <w:p w14:paraId="7AD67758" w14:textId="77777777" w:rsidR="00D33902" w:rsidRPr="00D33902" w:rsidRDefault="00D33902" w:rsidP="00D33902">
      <w:pPr>
        <w:spacing w:after="0" w:line="240" w:lineRule="auto"/>
        <w:rPr>
          <w:rFonts w:ascii="Times New Roman" w:hAnsi="Times New Roman" w:cs="Times New Roman"/>
        </w:rPr>
      </w:pPr>
    </w:p>
    <w:p w14:paraId="10AD5E5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3217A586" w14:textId="77777777" w:rsidTr="00F111D1">
        <w:trPr>
          <w:jc w:val="center"/>
        </w:trPr>
        <w:tc>
          <w:tcPr>
            <w:tcW w:w="3120" w:type="dxa"/>
            <w:shd w:val="clear" w:color="auto" w:fill="1F4E79"/>
            <w:tcMar>
              <w:top w:w="70" w:type="dxa"/>
              <w:left w:w="100" w:type="dxa"/>
              <w:bottom w:w="70" w:type="dxa"/>
              <w:right w:w="100" w:type="dxa"/>
            </w:tcMar>
          </w:tcPr>
          <w:p w14:paraId="6609BEC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EE8731F"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569520C9"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0DC6CBAC" w14:textId="77777777" w:rsidTr="00F111D1">
        <w:trPr>
          <w:jc w:val="center"/>
        </w:trPr>
        <w:tc>
          <w:tcPr>
            <w:tcW w:w="3120" w:type="dxa"/>
            <w:shd w:val="clear" w:color="auto" w:fill="F9FAFB"/>
            <w:tcMar>
              <w:top w:w="50" w:type="dxa"/>
              <w:left w:w="100" w:type="dxa"/>
              <w:bottom w:w="50" w:type="dxa"/>
              <w:right w:w="100" w:type="dxa"/>
            </w:tcMar>
          </w:tcPr>
          <w:p w14:paraId="5035CBB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3AD5E522"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zamanında gelmiştir.</w:t>
            </w:r>
          </w:p>
        </w:tc>
        <w:tc>
          <w:tcPr>
            <w:tcW w:w="3120" w:type="dxa"/>
            <w:shd w:val="clear" w:color="auto" w:fill="F9FAFB"/>
            <w:tcMar>
              <w:top w:w="50" w:type="dxa"/>
              <w:left w:w="100" w:type="dxa"/>
              <w:bottom w:w="50" w:type="dxa"/>
              <w:right w:w="100" w:type="dxa"/>
            </w:tcMar>
          </w:tcPr>
          <w:p w14:paraId="3AC40A2A"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4,50</w:t>
            </w:r>
          </w:p>
        </w:tc>
      </w:tr>
      <w:tr w:rsidR="00D33902" w:rsidRPr="00D33902" w14:paraId="35AB3A9E" w14:textId="77777777" w:rsidTr="00F111D1">
        <w:trPr>
          <w:jc w:val="center"/>
        </w:trPr>
        <w:tc>
          <w:tcPr>
            <w:tcW w:w="3120" w:type="dxa"/>
            <w:shd w:val="clear" w:color="auto" w:fill="FFFFFF"/>
            <w:tcMar>
              <w:top w:w="50" w:type="dxa"/>
              <w:left w:w="100" w:type="dxa"/>
              <w:bottom w:w="50" w:type="dxa"/>
              <w:right w:w="100" w:type="dxa"/>
            </w:tcMar>
          </w:tcPr>
          <w:p w14:paraId="1E8033D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2</w:t>
            </w:r>
          </w:p>
        </w:tc>
        <w:tc>
          <w:tcPr>
            <w:tcW w:w="3120" w:type="dxa"/>
            <w:shd w:val="clear" w:color="auto" w:fill="FFFFFF"/>
            <w:tcMar>
              <w:top w:w="50" w:type="dxa"/>
              <w:left w:w="100" w:type="dxa"/>
              <w:bottom w:w="50" w:type="dxa"/>
              <w:right w:w="100" w:type="dxa"/>
            </w:tcMar>
          </w:tcPr>
          <w:p w14:paraId="37528FD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saatlerini sonuna kadar kullanmıştır.</w:t>
            </w:r>
          </w:p>
        </w:tc>
        <w:tc>
          <w:tcPr>
            <w:tcW w:w="3120" w:type="dxa"/>
            <w:shd w:val="clear" w:color="auto" w:fill="FFFFFF"/>
            <w:tcMar>
              <w:top w:w="50" w:type="dxa"/>
              <w:left w:w="100" w:type="dxa"/>
              <w:bottom w:w="50" w:type="dxa"/>
              <w:right w:w="100" w:type="dxa"/>
            </w:tcMar>
          </w:tcPr>
          <w:p w14:paraId="7564C3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4,27</w:t>
            </w:r>
          </w:p>
        </w:tc>
      </w:tr>
      <w:tr w:rsidR="00D33902" w:rsidRPr="00D33902" w14:paraId="5CDED4D0" w14:textId="77777777" w:rsidTr="00F111D1">
        <w:trPr>
          <w:jc w:val="center"/>
        </w:trPr>
        <w:tc>
          <w:tcPr>
            <w:tcW w:w="3120" w:type="dxa"/>
            <w:shd w:val="clear" w:color="auto" w:fill="F9FAFB"/>
            <w:tcMar>
              <w:top w:w="50" w:type="dxa"/>
              <w:left w:w="100" w:type="dxa"/>
              <w:bottom w:w="50" w:type="dxa"/>
              <w:right w:w="100" w:type="dxa"/>
            </w:tcMar>
          </w:tcPr>
          <w:p w14:paraId="04F4947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35EF931C"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Resmî tatiller dışında tüm dersleri yapmıştır.</w:t>
            </w:r>
          </w:p>
        </w:tc>
        <w:tc>
          <w:tcPr>
            <w:tcW w:w="3120" w:type="dxa"/>
            <w:shd w:val="clear" w:color="auto" w:fill="F9FAFB"/>
            <w:tcMar>
              <w:top w:w="50" w:type="dxa"/>
              <w:left w:w="100" w:type="dxa"/>
              <w:bottom w:w="50" w:type="dxa"/>
              <w:right w:w="100" w:type="dxa"/>
            </w:tcMar>
          </w:tcPr>
          <w:p w14:paraId="42EB6DC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5CE51712" w14:textId="77777777" w:rsidTr="00F111D1">
        <w:trPr>
          <w:jc w:val="center"/>
        </w:trPr>
        <w:tc>
          <w:tcPr>
            <w:tcW w:w="3120" w:type="dxa"/>
            <w:shd w:val="clear" w:color="auto" w:fill="FFFFFF"/>
            <w:tcMar>
              <w:top w:w="50" w:type="dxa"/>
              <w:left w:w="100" w:type="dxa"/>
              <w:bottom w:w="50" w:type="dxa"/>
              <w:right w:w="100" w:type="dxa"/>
            </w:tcMar>
          </w:tcPr>
          <w:p w14:paraId="6B971CE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1F3BE478"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Derse hazırlıklı gelmiş, etkili, açık ve anlaşılır bir sunum yapmıştır.</w:t>
            </w:r>
          </w:p>
        </w:tc>
        <w:tc>
          <w:tcPr>
            <w:tcW w:w="3120" w:type="dxa"/>
            <w:shd w:val="clear" w:color="auto" w:fill="FFFFFF"/>
            <w:tcMar>
              <w:top w:w="50" w:type="dxa"/>
              <w:left w:w="100" w:type="dxa"/>
              <w:bottom w:w="50" w:type="dxa"/>
              <w:right w:w="100" w:type="dxa"/>
            </w:tcMar>
          </w:tcPr>
          <w:p w14:paraId="57B8857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4872E1C0" w14:textId="77777777" w:rsidTr="00F111D1">
        <w:trPr>
          <w:jc w:val="center"/>
        </w:trPr>
        <w:tc>
          <w:tcPr>
            <w:tcW w:w="3120" w:type="dxa"/>
            <w:shd w:val="clear" w:color="auto" w:fill="F9FAFB"/>
            <w:tcMar>
              <w:top w:w="50" w:type="dxa"/>
              <w:left w:w="100" w:type="dxa"/>
              <w:bottom w:w="50" w:type="dxa"/>
              <w:right w:w="100" w:type="dxa"/>
            </w:tcMar>
          </w:tcPr>
          <w:p w14:paraId="5BB2FC8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7C8DE1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materyallerini (ders kitabını, ek kaynaklar, ödevler vb.) iyi seçmiştir.</w:t>
            </w:r>
          </w:p>
        </w:tc>
        <w:tc>
          <w:tcPr>
            <w:tcW w:w="3120" w:type="dxa"/>
            <w:shd w:val="clear" w:color="auto" w:fill="F9FAFB"/>
            <w:tcMar>
              <w:top w:w="50" w:type="dxa"/>
              <w:left w:w="100" w:type="dxa"/>
              <w:bottom w:w="50" w:type="dxa"/>
              <w:right w:w="100" w:type="dxa"/>
            </w:tcMar>
          </w:tcPr>
          <w:p w14:paraId="6A0E7A3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4,18</w:t>
            </w:r>
          </w:p>
        </w:tc>
      </w:tr>
      <w:tr w:rsidR="00D33902" w:rsidRPr="00D33902" w14:paraId="046C4AEC" w14:textId="77777777" w:rsidTr="00F111D1">
        <w:trPr>
          <w:jc w:val="center"/>
        </w:trPr>
        <w:tc>
          <w:tcPr>
            <w:tcW w:w="3120" w:type="dxa"/>
            <w:shd w:val="clear" w:color="auto" w:fill="FFFFFF"/>
            <w:tcMar>
              <w:top w:w="50" w:type="dxa"/>
              <w:left w:w="100" w:type="dxa"/>
              <w:bottom w:w="50" w:type="dxa"/>
              <w:right w:w="100" w:type="dxa"/>
            </w:tcMar>
          </w:tcPr>
          <w:p w14:paraId="7A4B59D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6</w:t>
            </w:r>
          </w:p>
        </w:tc>
        <w:tc>
          <w:tcPr>
            <w:tcW w:w="3120" w:type="dxa"/>
            <w:shd w:val="clear" w:color="auto" w:fill="FFFFFF"/>
            <w:tcMar>
              <w:top w:w="50" w:type="dxa"/>
              <w:left w:w="100" w:type="dxa"/>
              <w:bottom w:w="50" w:type="dxa"/>
              <w:right w:w="100" w:type="dxa"/>
            </w:tcMar>
          </w:tcPr>
          <w:p w14:paraId="37C1835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Öğrencinin derse katılmasını (soru sormasını, yorum yapmasını) teşvik edilmiştir.</w:t>
            </w:r>
          </w:p>
        </w:tc>
        <w:tc>
          <w:tcPr>
            <w:tcW w:w="3120" w:type="dxa"/>
            <w:shd w:val="clear" w:color="auto" w:fill="FFFFFF"/>
            <w:tcMar>
              <w:top w:w="50" w:type="dxa"/>
              <w:left w:w="100" w:type="dxa"/>
              <w:bottom w:w="50" w:type="dxa"/>
              <w:right w:w="100" w:type="dxa"/>
            </w:tcMar>
          </w:tcPr>
          <w:p w14:paraId="15D76C8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4,23</w:t>
            </w:r>
          </w:p>
        </w:tc>
      </w:tr>
      <w:tr w:rsidR="00D33902" w:rsidRPr="00D33902" w14:paraId="0D53A38C" w14:textId="77777777" w:rsidTr="00F111D1">
        <w:trPr>
          <w:jc w:val="center"/>
        </w:trPr>
        <w:tc>
          <w:tcPr>
            <w:tcW w:w="3120" w:type="dxa"/>
            <w:shd w:val="clear" w:color="auto" w:fill="F9FAFB"/>
            <w:tcMar>
              <w:top w:w="50" w:type="dxa"/>
              <w:left w:w="100" w:type="dxa"/>
              <w:bottom w:w="50" w:type="dxa"/>
              <w:right w:w="100" w:type="dxa"/>
            </w:tcMar>
          </w:tcPr>
          <w:p w14:paraId="4982F03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7</w:t>
            </w:r>
          </w:p>
        </w:tc>
        <w:tc>
          <w:tcPr>
            <w:tcW w:w="3120" w:type="dxa"/>
            <w:shd w:val="clear" w:color="auto" w:fill="F9FAFB"/>
            <w:tcMar>
              <w:top w:w="50" w:type="dxa"/>
              <w:left w:w="100" w:type="dxa"/>
              <w:bottom w:w="50" w:type="dxa"/>
              <w:right w:w="100" w:type="dxa"/>
            </w:tcMar>
          </w:tcPr>
          <w:p w14:paraId="3F463576"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Öğrencilerin başarılı olması için ikna edici ve teşvik edici bir yöntem kullanmıştır.</w:t>
            </w:r>
          </w:p>
        </w:tc>
        <w:tc>
          <w:tcPr>
            <w:tcW w:w="3120" w:type="dxa"/>
            <w:shd w:val="clear" w:color="auto" w:fill="F9FAFB"/>
            <w:tcMar>
              <w:top w:w="50" w:type="dxa"/>
              <w:left w:w="100" w:type="dxa"/>
              <w:bottom w:w="50" w:type="dxa"/>
              <w:right w:w="100" w:type="dxa"/>
            </w:tcMar>
          </w:tcPr>
          <w:p w14:paraId="037DD4A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4,23</w:t>
            </w:r>
          </w:p>
        </w:tc>
      </w:tr>
      <w:tr w:rsidR="00D33902" w:rsidRPr="00D33902" w14:paraId="5148C5E9" w14:textId="77777777" w:rsidTr="00F111D1">
        <w:trPr>
          <w:jc w:val="center"/>
        </w:trPr>
        <w:tc>
          <w:tcPr>
            <w:tcW w:w="3120" w:type="dxa"/>
            <w:shd w:val="clear" w:color="auto" w:fill="FFFFFF"/>
            <w:tcMar>
              <w:top w:w="50" w:type="dxa"/>
              <w:left w:w="100" w:type="dxa"/>
              <w:bottom w:w="50" w:type="dxa"/>
              <w:right w:w="100" w:type="dxa"/>
            </w:tcMar>
          </w:tcPr>
          <w:p w14:paraId="5CB5F10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8</w:t>
            </w:r>
          </w:p>
        </w:tc>
        <w:tc>
          <w:tcPr>
            <w:tcW w:w="3120" w:type="dxa"/>
            <w:shd w:val="clear" w:color="auto" w:fill="FFFFFF"/>
            <w:tcMar>
              <w:top w:w="50" w:type="dxa"/>
              <w:left w:w="100" w:type="dxa"/>
              <w:bottom w:w="50" w:type="dxa"/>
              <w:right w:w="100" w:type="dxa"/>
            </w:tcMar>
          </w:tcPr>
          <w:p w14:paraId="4AEC51B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Öğrencilere karşı sabırlı, yapıcı ve diyalog kurulabilir bir imaj oluşturmuştur.</w:t>
            </w:r>
          </w:p>
        </w:tc>
        <w:tc>
          <w:tcPr>
            <w:tcW w:w="3120" w:type="dxa"/>
            <w:shd w:val="clear" w:color="auto" w:fill="FFFFFF"/>
            <w:tcMar>
              <w:top w:w="50" w:type="dxa"/>
              <w:left w:w="100" w:type="dxa"/>
              <w:bottom w:w="50" w:type="dxa"/>
              <w:right w:w="100" w:type="dxa"/>
            </w:tcMar>
          </w:tcPr>
          <w:p w14:paraId="6708A257"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4,32</w:t>
            </w:r>
          </w:p>
        </w:tc>
      </w:tr>
      <w:tr w:rsidR="00D33902" w:rsidRPr="00D33902" w14:paraId="4534A735" w14:textId="77777777" w:rsidTr="00F111D1">
        <w:trPr>
          <w:jc w:val="center"/>
        </w:trPr>
        <w:tc>
          <w:tcPr>
            <w:tcW w:w="3120" w:type="dxa"/>
            <w:shd w:val="clear" w:color="auto" w:fill="F9FAFB"/>
            <w:tcMar>
              <w:top w:w="50" w:type="dxa"/>
              <w:left w:w="100" w:type="dxa"/>
              <w:bottom w:w="50" w:type="dxa"/>
              <w:right w:w="100" w:type="dxa"/>
            </w:tcMar>
          </w:tcPr>
          <w:p w14:paraId="6FDD6178"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9</w:t>
            </w:r>
          </w:p>
        </w:tc>
        <w:tc>
          <w:tcPr>
            <w:tcW w:w="3120" w:type="dxa"/>
            <w:shd w:val="clear" w:color="auto" w:fill="F9FAFB"/>
            <w:tcMar>
              <w:top w:w="50" w:type="dxa"/>
              <w:left w:w="100" w:type="dxa"/>
              <w:bottom w:w="50" w:type="dxa"/>
              <w:right w:w="100" w:type="dxa"/>
            </w:tcMar>
          </w:tcPr>
          <w:p w14:paraId="1AF13307"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saatleri dışında kendisine ulaşılabilir bir durum yaratmıştır.</w:t>
            </w:r>
          </w:p>
        </w:tc>
        <w:tc>
          <w:tcPr>
            <w:tcW w:w="3120" w:type="dxa"/>
            <w:shd w:val="clear" w:color="auto" w:fill="F9FAFB"/>
            <w:tcMar>
              <w:top w:w="50" w:type="dxa"/>
              <w:left w:w="100" w:type="dxa"/>
              <w:bottom w:w="50" w:type="dxa"/>
              <w:right w:w="100" w:type="dxa"/>
            </w:tcMar>
          </w:tcPr>
          <w:p w14:paraId="323F65E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4,14</w:t>
            </w:r>
          </w:p>
        </w:tc>
      </w:tr>
      <w:tr w:rsidR="00D33902" w:rsidRPr="00D33902" w14:paraId="69120E16" w14:textId="77777777" w:rsidTr="00F111D1">
        <w:trPr>
          <w:jc w:val="center"/>
        </w:trPr>
        <w:tc>
          <w:tcPr>
            <w:tcW w:w="3120" w:type="dxa"/>
            <w:shd w:val="clear" w:color="auto" w:fill="FFFFFF"/>
            <w:tcMar>
              <w:top w:w="50" w:type="dxa"/>
              <w:left w:w="100" w:type="dxa"/>
              <w:bottom w:w="50" w:type="dxa"/>
              <w:right w:w="100" w:type="dxa"/>
            </w:tcMar>
          </w:tcPr>
          <w:p w14:paraId="0FFF6BC2"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10</w:t>
            </w:r>
          </w:p>
        </w:tc>
        <w:tc>
          <w:tcPr>
            <w:tcW w:w="3120" w:type="dxa"/>
            <w:shd w:val="clear" w:color="auto" w:fill="FFFFFF"/>
            <w:tcMar>
              <w:top w:w="50" w:type="dxa"/>
              <w:left w:w="100" w:type="dxa"/>
              <w:bottom w:w="50" w:type="dxa"/>
              <w:right w:w="100" w:type="dxa"/>
            </w:tcMar>
          </w:tcPr>
          <w:p w14:paraId="54D59A3D"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kapsamında öğrettikleriyle sınav ve ödevlerde test ettikleri arasında adil bir denge kurmuştur.</w:t>
            </w:r>
          </w:p>
        </w:tc>
        <w:tc>
          <w:tcPr>
            <w:tcW w:w="3120" w:type="dxa"/>
            <w:shd w:val="clear" w:color="auto" w:fill="FFFFFF"/>
            <w:tcMar>
              <w:top w:w="50" w:type="dxa"/>
              <w:left w:w="100" w:type="dxa"/>
              <w:bottom w:w="50" w:type="dxa"/>
              <w:right w:w="100" w:type="dxa"/>
            </w:tcMar>
          </w:tcPr>
          <w:p w14:paraId="218AE8CF"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4,18</w:t>
            </w:r>
          </w:p>
        </w:tc>
      </w:tr>
      <w:tr w:rsidR="00D33902" w:rsidRPr="00D33902" w14:paraId="6CE30DFC" w14:textId="77777777" w:rsidTr="00F111D1">
        <w:trPr>
          <w:jc w:val="center"/>
        </w:trPr>
        <w:tc>
          <w:tcPr>
            <w:tcW w:w="3120" w:type="dxa"/>
            <w:shd w:val="clear" w:color="auto" w:fill="F9FAFB"/>
            <w:tcMar>
              <w:top w:w="50" w:type="dxa"/>
              <w:left w:w="100" w:type="dxa"/>
              <w:bottom w:w="50" w:type="dxa"/>
              <w:right w:w="100" w:type="dxa"/>
            </w:tcMar>
          </w:tcPr>
          <w:p w14:paraId="74B3475E"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11</w:t>
            </w:r>
          </w:p>
        </w:tc>
        <w:tc>
          <w:tcPr>
            <w:tcW w:w="3120" w:type="dxa"/>
            <w:shd w:val="clear" w:color="auto" w:fill="F9FAFB"/>
            <w:tcMar>
              <w:top w:w="50" w:type="dxa"/>
              <w:left w:w="100" w:type="dxa"/>
              <w:bottom w:w="50" w:type="dxa"/>
              <w:right w:w="100" w:type="dxa"/>
            </w:tcMar>
          </w:tcPr>
          <w:p w14:paraId="1CC5D823"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Yapmış olduğu sınavları adil ve objektif olarak değerlendirilmiştir.</w:t>
            </w:r>
          </w:p>
        </w:tc>
        <w:tc>
          <w:tcPr>
            <w:tcW w:w="3120" w:type="dxa"/>
            <w:shd w:val="clear" w:color="auto" w:fill="F9FAFB"/>
            <w:tcMar>
              <w:top w:w="50" w:type="dxa"/>
              <w:left w:w="100" w:type="dxa"/>
              <w:bottom w:w="50" w:type="dxa"/>
              <w:right w:w="100" w:type="dxa"/>
            </w:tcMar>
          </w:tcPr>
          <w:p w14:paraId="6D017B46"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4,41</w:t>
            </w:r>
          </w:p>
        </w:tc>
      </w:tr>
      <w:tr w:rsidR="00D33902" w:rsidRPr="00D33902" w14:paraId="5FE7E155" w14:textId="77777777" w:rsidTr="00F111D1">
        <w:trPr>
          <w:jc w:val="center"/>
        </w:trPr>
        <w:tc>
          <w:tcPr>
            <w:tcW w:w="3120" w:type="dxa"/>
            <w:shd w:val="clear" w:color="auto" w:fill="FFFFFF"/>
            <w:tcMar>
              <w:top w:w="50" w:type="dxa"/>
              <w:left w:w="100" w:type="dxa"/>
              <w:bottom w:w="50" w:type="dxa"/>
              <w:right w:w="100" w:type="dxa"/>
            </w:tcMar>
          </w:tcPr>
          <w:p w14:paraId="5D9C699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12</w:t>
            </w:r>
          </w:p>
        </w:tc>
        <w:tc>
          <w:tcPr>
            <w:tcW w:w="3120" w:type="dxa"/>
            <w:shd w:val="clear" w:color="auto" w:fill="FFFFFF"/>
            <w:tcMar>
              <w:top w:w="50" w:type="dxa"/>
              <w:left w:w="100" w:type="dxa"/>
              <w:bottom w:w="50" w:type="dxa"/>
              <w:right w:w="100" w:type="dxa"/>
            </w:tcMar>
          </w:tcPr>
          <w:p w14:paraId="548AC49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Dersin kapsamındaki konularla ilgili bilgilere hakimdir.</w:t>
            </w:r>
          </w:p>
        </w:tc>
        <w:tc>
          <w:tcPr>
            <w:tcW w:w="3120" w:type="dxa"/>
            <w:shd w:val="clear" w:color="auto" w:fill="FFFFFF"/>
            <w:tcMar>
              <w:top w:w="50" w:type="dxa"/>
              <w:left w:w="100" w:type="dxa"/>
              <w:bottom w:w="50" w:type="dxa"/>
              <w:right w:w="100" w:type="dxa"/>
            </w:tcMar>
          </w:tcPr>
          <w:p w14:paraId="6AA53B7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4,27</w:t>
            </w:r>
          </w:p>
        </w:tc>
      </w:tr>
      <w:tr w:rsidR="00D33902" w:rsidRPr="00D33902" w14:paraId="5DAD7CFF" w14:textId="77777777" w:rsidTr="00F111D1">
        <w:trPr>
          <w:jc w:val="center"/>
        </w:trPr>
        <w:tc>
          <w:tcPr>
            <w:tcW w:w="3120" w:type="dxa"/>
            <w:shd w:val="clear" w:color="auto" w:fill="F9FAFB"/>
            <w:tcMar>
              <w:top w:w="50" w:type="dxa"/>
              <w:left w:w="100" w:type="dxa"/>
              <w:bottom w:w="50" w:type="dxa"/>
              <w:right w:w="100" w:type="dxa"/>
            </w:tcMar>
          </w:tcPr>
          <w:p w14:paraId="5DBC593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13</w:t>
            </w:r>
          </w:p>
        </w:tc>
        <w:tc>
          <w:tcPr>
            <w:tcW w:w="3120" w:type="dxa"/>
            <w:shd w:val="clear" w:color="auto" w:fill="F9FAFB"/>
            <w:tcMar>
              <w:top w:w="50" w:type="dxa"/>
              <w:left w:w="100" w:type="dxa"/>
              <w:bottom w:w="50" w:type="dxa"/>
              <w:right w:w="100" w:type="dxa"/>
            </w:tcMar>
          </w:tcPr>
          <w:p w14:paraId="1DB6621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Bu öğretim elemanından tekrar ders almak isterim.</w:t>
            </w:r>
          </w:p>
        </w:tc>
        <w:tc>
          <w:tcPr>
            <w:tcW w:w="3120" w:type="dxa"/>
            <w:shd w:val="clear" w:color="auto" w:fill="F9FAFB"/>
            <w:tcMar>
              <w:top w:w="50" w:type="dxa"/>
              <w:left w:w="100" w:type="dxa"/>
              <w:bottom w:w="50" w:type="dxa"/>
              <w:right w:w="100" w:type="dxa"/>
            </w:tcMar>
          </w:tcPr>
          <w:p w14:paraId="78DD525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4,00</w:t>
            </w:r>
          </w:p>
        </w:tc>
      </w:tr>
      <w:tr w:rsidR="00D33902" w:rsidRPr="00D33902" w14:paraId="66FD7316" w14:textId="77777777" w:rsidTr="00F111D1">
        <w:trPr>
          <w:jc w:val="center"/>
        </w:trPr>
        <w:tc>
          <w:tcPr>
            <w:tcW w:w="3120" w:type="dxa"/>
            <w:shd w:val="clear" w:color="auto" w:fill="FFFFFF"/>
            <w:tcMar>
              <w:top w:w="50" w:type="dxa"/>
              <w:left w:w="100" w:type="dxa"/>
              <w:bottom w:w="50" w:type="dxa"/>
              <w:right w:w="100" w:type="dxa"/>
            </w:tcMar>
          </w:tcPr>
          <w:p w14:paraId="63A119ED"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14</w:t>
            </w:r>
          </w:p>
        </w:tc>
        <w:tc>
          <w:tcPr>
            <w:tcW w:w="3120" w:type="dxa"/>
            <w:shd w:val="clear" w:color="auto" w:fill="FFFFFF"/>
            <w:tcMar>
              <w:top w:w="50" w:type="dxa"/>
              <w:left w:w="100" w:type="dxa"/>
              <w:bottom w:w="50" w:type="dxa"/>
              <w:right w:w="100" w:type="dxa"/>
            </w:tcMar>
          </w:tcPr>
          <w:p w14:paraId="366C8A6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olarak değerlendirilirse rol model alacağım bir öğretim elemanıdır.</w:t>
            </w:r>
          </w:p>
        </w:tc>
        <w:tc>
          <w:tcPr>
            <w:tcW w:w="3120" w:type="dxa"/>
            <w:shd w:val="clear" w:color="auto" w:fill="FFFFFF"/>
            <w:tcMar>
              <w:top w:w="50" w:type="dxa"/>
              <w:left w:w="100" w:type="dxa"/>
              <w:bottom w:w="50" w:type="dxa"/>
              <w:right w:w="100" w:type="dxa"/>
            </w:tcMar>
          </w:tcPr>
          <w:p w14:paraId="7D05EA6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3,82</w:t>
            </w:r>
          </w:p>
        </w:tc>
      </w:tr>
    </w:tbl>
    <w:p w14:paraId="243509E8" w14:textId="77777777" w:rsidR="00D33902" w:rsidRPr="00D33902" w:rsidRDefault="00D33902" w:rsidP="00D33902">
      <w:pPr>
        <w:spacing w:after="0" w:line="240" w:lineRule="auto"/>
        <w:rPr>
          <w:rFonts w:ascii="Times New Roman" w:hAnsi="Times New Roman" w:cs="Times New Roman"/>
        </w:rPr>
      </w:pPr>
    </w:p>
    <w:p w14:paraId="21C9C6E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sz w:val="20"/>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D33902" w:rsidRPr="00D33902" w14:paraId="090B09E6" w14:textId="77777777" w:rsidTr="00F111D1">
        <w:trPr>
          <w:jc w:val="center"/>
        </w:trPr>
        <w:tc>
          <w:tcPr>
            <w:tcW w:w="3120" w:type="dxa"/>
            <w:shd w:val="clear" w:color="auto" w:fill="1F4E79"/>
            <w:tcMar>
              <w:top w:w="70" w:type="dxa"/>
              <w:left w:w="100" w:type="dxa"/>
              <w:bottom w:w="70" w:type="dxa"/>
              <w:right w:w="100" w:type="dxa"/>
            </w:tcMar>
          </w:tcPr>
          <w:p w14:paraId="54DF3EB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w:t>
            </w:r>
          </w:p>
        </w:tc>
        <w:tc>
          <w:tcPr>
            <w:tcW w:w="3120" w:type="dxa"/>
            <w:shd w:val="clear" w:color="auto" w:fill="1F4E79"/>
            <w:tcMar>
              <w:top w:w="70" w:type="dxa"/>
              <w:left w:w="100" w:type="dxa"/>
              <w:bottom w:w="70" w:type="dxa"/>
              <w:right w:w="100" w:type="dxa"/>
            </w:tcMar>
          </w:tcPr>
          <w:p w14:paraId="1374D270"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b/>
                <w:color w:val="FFFFFF"/>
                <w:sz w:val="18"/>
              </w:rPr>
              <w:t>Değerlendirme Kriteri / Maddesi</w:t>
            </w:r>
          </w:p>
        </w:tc>
        <w:tc>
          <w:tcPr>
            <w:tcW w:w="3120" w:type="dxa"/>
            <w:shd w:val="clear" w:color="auto" w:fill="1F4E79"/>
            <w:tcMar>
              <w:top w:w="70" w:type="dxa"/>
              <w:left w:w="100" w:type="dxa"/>
              <w:bottom w:w="70" w:type="dxa"/>
              <w:right w:w="100" w:type="dxa"/>
            </w:tcMar>
          </w:tcPr>
          <w:p w14:paraId="03B9C6C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b/>
                <w:color w:val="FFFFFF"/>
                <w:sz w:val="18"/>
              </w:rPr>
              <w:t>Puan / Ortalama</w:t>
            </w:r>
          </w:p>
        </w:tc>
      </w:tr>
      <w:tr w:rsidR="00D33902" w:rsidRPr="00D33902" w14:paraId="5B9D5936" w14:textId="77777777" w:rsidTr="00F111D1">
        <w:trPr>
          <w:jc w:val="center"/>
        </w:trPr>
        <w:tc>
          <w:tcPr>
            <w:tcW w:w="3120" w:type="dxa"/>
            <w:shd w:val="clear" w:color="auto" w:fill="F9FAFB"/>
            <w:tcMar>
              <w:top w:w="50" w:type="dxa"/>
              <w:left w:w="100" w:type="dxa"/>
              <w:bottom w:w="50" w:type="dxa"/>
              <w:right w:w="100" w:type="dxa"/>
            </w:tcMar>
          </w:tcPr>
          <w:p w14:paraId="078774FB"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1</w:t>
            </w:r>
          </w:p>
        </w:tc>
        <w:tc>
          <w:tcPr>
            <w:tcW w:w="3120" w:type="dxa"/>
            <w:shd w:val="clear" w:color="auto" w:fill="F9FAFB"/>
            <w:tcMar>
              <w:top w:w="50" w:type="dxa"/>
              <w:left w:w="100" w:type="dxa"/>
              <w:bottom w:w="50" w:type="dxa"/>
              <w:right w:w="100" w:type="dxa"/>
            </w:tcMar>
          </w:tcPr>
          <w:p w14:paraId="729F6C0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Derslerin tamamına katıldım.</w:t>
            </w:r>
          </w:p>
        </w:tc>
        <w:tc>
          <w:tcPr>
            <w:tcW w:w="3120" w:type="dxa"/>
            <w:shd w:val="clear" w:color="auto" w:fill="F9FAFB"/>
            <w:tcMar>
              <w:top w:w="50" w:type="dxa"/>
              <w:left w:w="100" w:type="dxa"/>
              <w:bottom w:w="50" w:type="dxa"/>
              <w:right w:w="100" w:type="dxa"/>
            </w:tcMar>
          </w:tcPr>
          <w:p w14:paraId="6900B7F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3,86</w:t>
            </w:r>
          </w:p>
        </w:tc>
      </w:tr>
      <w:tr w:rsidR="00D33902" w:rsidRPr="00D33902" w14:paraId="704A425A" w14:textId="77777777" w:rsidTr="00F111D1">
        <w:trPr>
          <w:jc w:val="center"/>
        </w:trPr>
        <w:tc>
          <w:tcPr>
            <w:tcW w:w="3120" w:type="dxa"/>
            <w:shd w:val="clear" w:color="auto" w:fill="FFFFFF"/>
            <w:tcMar>
              <w:top w:w="50" w:type="dxa"/>
              <w:left w:w="100" w:type="dxa"/>
              <w:bottom w:w="50" w:type="dxa"/>
              <w:right w:w="100" w:type="dxa"/>
            </w:tcMar>
          </w:tcPr>
          <w:p w14:paraId="3E74637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lastRenderedPageBreak/>
              <w:t>2</w:t>
            </w:r>
          </w:p>
        </w:tc>
        <w:tc>
          <w:tcPr>
            <w:tcW w:w="3120" w:type="dxa"/>
            <w:shd w:val="clear" w:color="auto" w:fill="FFFFFF"/>
            <w:tcMar>
              <w:top w:w="50" w:type="dxa"/>
              <w:left w:w="100" w:type="dxa"/>
              <w:bottom w:w="50" w:type="dxa"/>
              <w:right w:w="100" w:type="dxa"/>
            </w:tcMar>
          </w:tcPr>
          <w:p w14:paraId="12183621"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Düzenli olarak (günlük veya haftalık) ders notlarını tekrarladım ve verilen ödevleri yaptım.</w:t>
            </w:r>
          </w:p>
        </w:tc>
        <w:tc>
          <w:tcPr>
            <w:tcW w:w="3120" w:type="dxa"/>
            <w:shd w:val="clear" w:color="auto" w:fill="FFFFFF"/>
            <w:tcMar>
              <w:top w:w="50" w:type="dxa"/>
              <w:left w:w="100" w:type="dxa"/>
              <w:bottom w:w="50" w:type="dxa"/>
              <w:right w:w="100" w:type="dxa"/>
            </w:tcMar>
          </w:tcPr>
          <w:p w14:paraId="45E1536C"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3,41</w:t>
            </w:r>
          </w:p>
        </w:tc>
      </w:tr>
      <w:tr w:rsidR="00D33902" w:rsidRPr="00D33902" w14:paraId="27FA2CE6" w14:textId="77777777" w:rsidTr="00F111D1">
        <w:trPr>
          <w:jc w:val="center"/>
        </w:trPr>
        <w:tc>
          <w:tcPr>
            <w:tcW w:w="3120" w:type="dxa"/>
            <w:shd w:val="clear" w:color="auto" w:fill="F9FAFB"/>
            <w:tcMar>
              <w:top w:w="50" w:type="dxa"/>
              <w:left w:w="100" w:type="dxa"/>
              <w:bottom w:w="50" w:type="dxa"/>
              <w:right w:w="100" w:type="dxa"/>
            </w:tcMar>
          </w:tcPr>
          <w:p w14:paraId="6BE07B0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w:t>
            </w:r>
          </w:p>
        </w:tc>
        <w:tc>
          <w:tcPr>
            <w:tcW w:w="3120" w:type="dxa"/>
            <w:shd w:val="clear" w:color="auto" w:fill="F9FAFB"/>
            <w:tcMar>
              <w:top w:w="50" w:type="dxa"/>
              <w:left w:w="100" w:type="dxa"/>
              <w:bottom w:w="50" w:type="dxa"/>
              <w:right w:w="100" w:type="dxa"/>
            </w:tcMar>
          </w:tcPr>
          <w:p w14:paraId="1DDC4044"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Ders konularını ders kitabından veya diğer kaynaklardan takip ettim.</w:t>
            </w:r>
          </w:p>
        </w:tc>
        <w:tc>
          <w:tcPr>
            <w:tcW w:w="3120" w:type="dxa"/>
            <w:shd w:val="clear" w:color="auto" w:fill="F9FAFB"/>
            <w:tcMar>
              <w:top w:w="50" w:type="dxa"/>
              <w:left w:w="100" w:type="dxa"/>
              <w:bottom w:w="50" w:type="dxa"/>
              <w:right w:w="100" w:type="dxa"/>
            </w:tcMar>
          </w:tcPr>
          <w:p w14:paraId="259A3544"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3,68</w:t>
            </w:r>
          </w:p>
        </w:tc>
      </w:tr>
      <w:tr w:rsidR="00D33902" w:rsidRPr="00D33902" w14:paraId="1FF8D243" w14:textId="77777777" w:rsidTr="00F111D1">
        <w:trPr>
          <w:jc w:val="center"/>
        </w:trPr>
        <w:tc>
          <w:tcPr>
            <w:tcW w:w="3120" w:type="dxa"/>
            <w:shd w:val="clear" w:color="auto" w:fill="FFFFFF"/>
            <w:tcMar>
              <w:top w:w="50" w:type="dxa"/>
              <w:left w:w="100" w:type="dxa"/>
              <w:bottom w:w="50" w:type="dxa"/>
              <w:right w:w="100" w:type="dxa"/>
            </w:tcMar>
          </w:tcPr>
          <w:p w14:paraId="43993A10"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4</w:t>
            </w:r>
          </w:p>
        </w:tc>
        <w:tc>
          <w:tcPr>
            <w:tcW w:w="3120" w:type="dxa"/>
            <w:shd w:val="clear" w:color="auto" w:fill="FFFFFF"/>
            <w:tcMar>
              <w:top w:w="50" w:type="dxa"/>
              <w:left w:w="100" w:type="dxa"/>
              <w:bottom w:w="50" w:type="dxa"/>
              <w:right w:w="100" w:type="dxa"/>
            </w:tcMar>
          </w:tcPr>
          <w:p w14:paraId="68554EBA"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Anlamadığım konular hakkında ders hocasından derste veya ders dışında yardım istedim.</w:t>
            </w:r>
          </w:p>
        </w:tc>
        <w:tc>
          <w:tcPr>
            <w:tcW w:w="3120" w:type="dxa"/>
            <w:shd w:val="clear" w:color="auto" w:fill="FFFFFF"/>
            <w:tcMar>
              <w:top w:w="50" w:type="dxa"/>
              <w:left w:w="100" w:type="dxa"/>
              <w:bottom w:w="50" w:type="dxa"/>
              <w:right w:w="100" w:type="dxa"/>
            </w:tcMar>
          </w:tcPr>
          <w:p w14:paraId="2BBA2A63"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3,73</w:t>
            </w:r>
          </w:p>
        </w:tc>
      </w:tr>
      <w:tr w:rsidR="00D33902" w:rsidRPr="00D33902" w14:paraId="6E196B87" w14:textId="77777777" w:rsidTr="00F111D1">
        <w:trPr>
          <w:jc w:val="center"/>
        </w:trPr>
        <w:tc>
          <w:tcPr>
            <w:tcW w:w="3120" w:type="dxa"/>
            <w:shd w:val="clear" w:color="auto" w:fill="F9FAFB"/>
            <w:tcMar>
              <w:top w:w="50" w:type="dxa"/>
              <w:left w:w="100" w:type="dxa"/>
              <w:bottom w:w="50" w:type="dxa"/>
              <w:right w:w="100" w:type="dxa"/>
            </w:tcMar>
          </w:tcPr>
          <w:p w14:paraId="27A713F5"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5</w:t>
            </w:r>
          </w:p>
        </w:tc>
        <w:tc>
          <w:tcPr>
            <w:tcW w:w="3120" w:type="dxa"/>
            <w:shd w:val="clear" w:color="auto" w:fill="F9FAFB"/>
            <w:tcMar>
              <w:top w:w="50" w:type="dxa"/>
              <w:left w:w="100" w:type="dxa"/>
              <w:bottom w:w="50" w:type="dxa"/>
              <w:right w:w="100" w:type="dxa"/>
            </w:tcMar>
          </w:tcPr>
          <w:p w14:paraId="4FB559A5" w14:textId="77777777" w:rsidR="00D33902" w:rsidRPr="00D33902" w:rsidRDefault="00D33902" w:rsidP="00D33902">
            <w:pPr>
              <w:spacing w:after="0" w:line="240" w:lineRule="auto"/>
              <w:rPr>
                <w:rFonts w:ascii="Times New Roman" w:hAnsi="Times New Roman" w:cs="Times New Roman"/>
              </w:rPr>
            </w:pPr>
            <w:r w:rsidRPr="00D33902">
              <w:rPr>
                <w:rFonts w:ascii="Times New Roman" w:hAnsi="Times New Roman" w:cs="Times New Roman"/>
                <w:sz w:val="17"/>
              </w:rPr>
              <w:t>Genel akademik not ortalamanız kaçtır?</w:t>
            </w:r>
          </w:p>
        </w:tc>
        <w:tc>
          <w:tcPr>
            <w:tcW w:w="3120" w:type="dxa"/>
            <w:shd w:val="clear" w:color="auto" w:fill="F9FAFB"/>
            <w:tcMar>
              <w:top w:w="50" w:type="dxa"/>
              <w:left w:w="100" w:type="dxa"/>
              <w:bottom w:w="50" w:type="dxa"/>
              <w:right w:w="100" w:type="dxa"/>
            </w:tcMar>
          </w:tcPr>
          <w:p w14:paraId="7B3CFF41" w14:textId="77777777" w:rsidR="00D33902" w:rsidRPr="00D33902" w:rsidRDefault="00D33902" w:rsidP="00D33902">
            <w:pPr>
              <w:spacing w:after="0" w:line="240" w:lineRule="auto"/>
              <w:jc w:val="center"/>
              <w:rPr>
                <w:rFonts w:ascii="Times New Roman" w:hAnsi="Times New Roman" w:cs="Times New Roman"/>
              </w:rPr>
            </w:pPr>
            <w:r w:rsidRPr="00D33902">
              <w:rPr>
                <w:rFonts w:ascii="Times New Roman" w:hAnsi="Times New Roman" w:cs="Times New Roman"/>
                <w:sz w:val="17"/>
              </w:rPr>
              <w:t>3,59</w:t>
            </w:r>
          </w:p>
        </w:tc>
      </w:tr>
    </w:tbl>
    <w:p w14:paraId="603F1141" w14:textId="77777777" w:rsidR="00D33902" w:rsidRPr="00D33902" w:rsidRDefault="00D33902" w:rsidP="00D33902">
      <w:pPr>
        <w:spacing w:after="0" w:line="240" w:lineRule="auto"/>
        <w:rPr>
          <w:rFonts w:ascii="Times New Roman" w:hAnsi="Times New Roman" w:cs="Times New Roman"/>
        </w:rPr>
      </w:pPr>
    </w:p>
    <w:p w14:paraId="35BFCC66" w14:textId="77777777" w:rsidR="00D33902" w:rsidRPr="00D33902" w:rsidRDefault="00D33902" w:rsidP="00D33902">
      <w:pPr>
        <w:spacing w:after="0" w:line="240" w:lineRule="auto"/>
        <w:jc w:val="center"/>
        <w:rPr>
          <w:rFonts w:ascii="Times New Roman" w:hAnsi="Times New Roman" w:cs="Times New Roman"/>
          <w:sz w:val="21"/>
          <w:szCs w:val="21"/>
        </w:rPr>
      </w:pPr>
    </w:p>
    <w:p w14:paraId="45BC274D" w14:textId="77777777" w:rsidR="00A92924" w:rsidRPr="00D33902" w:rsidRDefault="00A92924" w:rsidP="00D33902">
      <w:pPr>
        <w:spacing w:after="0" w:line="240" w:lineRule="auto"/>
        <w:rPr>
          <w:rFonts w:ascii="Times New Roman" w:hAnsi="Times New Roman" w:cs="Times New Roman"/>
        </w:rPr>
      </w:pPr>
    </w:p>
    <w:sectPr w:rsidR="00A92924" w:rsidRPr="00D3390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22C0F93"/>
    <w:multiLevelType w:val="hybridMultilevel"/>
    <w:tmpl w:val="6D1681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4073AF6"/>
    <w:multiLevelType w:val="hybridMultilevel"/>
    <w:tmpl w:val="47BC81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478309C"/>
    <w:multiLevelType w:val="multilevel"/>
    <w:tmpl w:val="1A28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D23E36"/>
    <w:multiLevelType w:val="multilevel"/>
    <w:tmpl w:val="DC48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540B01"/>
    <w:multiLevelType w:val="hybridMultilevel"/>
    <w:tmpl w:val="9954DA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1E30BE8"/>
    <w:multiLevelType w:val="multilevel"/>
    <w:tmpl w:val="C86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A6513"/>
    <w:multiLevelType w:val="hybridMultilevel"/>
    <w:tmpl w:val="ABF425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54550F8"/>
    <w:multiLevelType w:val="multilevel"/>
    <w:tmpl w:val="F9B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7030D"/>
    <w:multiLevelType w:val="multilevel"/>
    <w:tmpl w:val="4BB4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3D5589"/>
    <w:multiLevelType w:val="hybridMultilevel"/>
    <w:tmpl w:val="BC6AD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A176585"/>
    <w:multiLevelType w:val="multilevel"/>
    <w:tmpl w:val="DCAE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E2788D"/>
    <w:multiLevelType w:val="multilevel"/>
    <w:tmpl w:val="1880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55D19"/>
    <w:multiLevelType w:val="multilevel"/>
    <w:tmpl w:val="C92A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004F6"/>
    <w:multiLevelType w:val="hybridMultilevel"/>
    <w:tmpl w:val="11F2C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65436633">
    <w:abstractNumId w:val="8"/>
  </w:num>
  <w:num w:numId="2" w16cid:durableId="954018559">
    <w:abstractNumId w:val="6"/>
  </w:num>
  <w:num w:numId="3" w16cid:durableId="444470728">
    <w:abstractNumId w:val="5"/>
  </w:num>
  <w:num w:numId="4" w16cid:durableId="1367632042">
    <w:abstractNumId w:val="4"/>
  </w:num>
  <w:num w:numId="5" w16cid:durableId="1838691973">
    <w:abstractNumId w:val="7"/>
  </w:num>
  <w:num w:numId="6" w16cid:durableId="389039219">
    <w:abstractNumId w:val="3"/>
  </w:num>
  <w:num w:numId="7" w16cid:durableId="2016112162">
    <w:abstractNumId w:val="2"/>
  </w:num>
  <w:num w:numId="8" w16cid:durableId="1329136494">
    <w:abstractNumId w:val="1"/>
  </w:num>
  <w:num w:numId="9" w16cid:durableId="1653216912">
    <w:abstractNumId w:val="0"/>
  </w:num>
  <w:num w:numId="10" w16cid:durableId="2124690157">
    <w:abstractNumId w:val="11"/>
  </w:num>
  <w:num w:numId="11" w16cid:durableId="1579824607">
    <w:abstractNumId w:val="19"/>
  </w:num>
  <w:num w:numId="12" w16cid:durableId="519053571">
    <w:abstractNumId w:val="17"/>
  </w:num>
  <w:num w:numId="13" w16cid:durableId="1451166636">
    <w:abstractNumId w:val="16"/>
  </w:num>
  <w:num w:numId="14" w16cid:durableId="2047442743">
    <w:abstractNumId w:val="20"/>
  </w:num>
  <w:num w:numId="15" w16cid:durableId="1851023056">
    <w:abstractNumId w:val="14"/>
  </w:num>
  <w:num w:numId="16" w16cid:durableId="252210062">
    <w:abstractNumId w:val="12"/>
  </w:num>
  <w:num w:numId="17" w16cid:durableId="264076437">
    <w:abstractNumId w:val="21"/>
  </w:num>
  <w:num w:numId="18" w16cid:durableId="1490560685">
    <w:abstractNumId w:val="22"/>
  </w:num>
  <w:num w:numId="19" w16cid:durableId="1249195032">
    <w:abstractNumId w:val="15"/>
  </w:num>
  <w:num w:numId="20" w16cid:durableId="1136020996">
    <w:abstractNumId w:val="18"/>
  </w:num>
  <w:num w:numId="21" w16cid:durableId="1021778078">
    <w:abstractNumId w:val="13"/>
  </w:num>
  <w:num w:numId="22" w16cid:durableId="1289093673">
    <w:abstractNumId w:val="9"/>
  </w:num>
  <w:num w:numId="23" w16cid:durableId="511978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12E"/>
    <w:rsid w:val="0029639D"/>
    <w:rsid w:val="00326F90"/>
    <w:rsid w:val="004266A8"/>
    <w:rsid w:val="00552283"/>
    <w:rsid w:val="00765AD7"/>
    <w:rsid w:val="00827B8A"/>
    <w:rsid w:val="008E77DA"/>
    <w:rsid w:val="00947AB2"/>
    <w:rsid w:val="00A92924"/>
    <w:rsid w:val="00AA1D8D"/>
    <w:rsid w:val="00B47730"/>
    <w:rsid w:val="00C95550"/>
    <w:rsid w:val="00CB0664"/>
    <w:rsid w:val="00D33902"/>
    <w:rsid w:val="00EB42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D85E80"/>
  <w14:defaultImageDpi w14:val="300"/>
  <w15:docId w15:val="{06CC2A0D-4541-5E4C-B633-FDFE8C4C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C9555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basedOn w:val="VarsaylanParagrafYazTipi"/>
    <w:rsid w:val="00C95550"/>
  </w:style>
  <w:style w:type="character" w:customStyle="1" w:styleId="source-title">
    <w:name w:val="source-title"/>
    <w:basedOn w:val="VarsaylanParagrafYazTipi"/>
    <w:rsid w:val="00C95550"/>
  </w:style>
  <w:style w:type="character" w:customStyle="1" w:styleId="source-count">
    <w:name w:val="source-count"/>
    <w:basedOn w:val="VarsaylanParagrafYazTipi"/>
    <w:rsid w:val="00C95550"/>
  </w:style>
  <w:style w:type="character" w:customStyle="1" w:styleId="math-inline">
    <w:name w:val="math-inline"/>
    <w:basedOn w:val="VarsaylanParagrafYazTipi"/>
    <w:rsid w:val="00C95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37</Pages>
  <Words>10553</Words>
  <Characters>60156</Characters>
  <Application>Microsoft Office Word</Application>
  <DocSecurity>0</DocSecurity>
  <Lines>501</Lines>
  <Paragraphs>141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SEYMA NUR ERCAN</cp:lastModifiedBy>
  <cp:revision>4</cp:revision>
  <dcterms:created xsi:type="dcterms:W3CDTF">2026-10-23T07:20:00Z</dcterms:created>
  <dcterms:modified xsi:type="dcterms:W3CDTF">2026-10-26T10:16:00Z</dcterms:modified>
  <cp:category/>
</cp:coreProperties>
</file>