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792B1" w14:textId="77777777" w:rsidR="00E21492" w:rsidRPr="00E21492" w:rsidRDefault="00000000">
      <w:pPr>
        <w:jc w:val="center"/>
        <w:rPr>
          <w:rFonts w:ascii="Times New Roman" w:hAnsi="Times New Roman" w:cs="Times New Roman"/>
          <w:b/>
          <w:color w:val="003366"/>
          <w:sz w:val="24"/>
          <w:szCs w:val="21"/>
        </w:rPr>
      </w:pPr>
      <w:r w:rsidRPr="00E21492">
        <w:rPr>
          <w:rFonts w:ascii="Times New Roman" w:hAnsi="Times New Roman" w:cs="Times New Roman"/>
          <w:b/>
          <w:color w:val="003366"/>
          <w:sz w:val="24"/>
          <w:szCs w:val="21"/>
        </w:rPr>
        <w:t xml:space="preserve">FZD-100 ÜNİVERSİTE KÜLTÜRÜ VE ORYANTASYONU DERSİ </w:t>
      </w:r>
    </w:p>
    <w:p w14:paraId="46229807" w14:textId="5A909DEE" w:rsidR="005E4DE6" w:rsidRPr="00E21492" w:rsidRDefault="00000000">
      <w:pPr>
        <w:jc w:val="center"/>
        <w:rPr>
          <w:rFonts w:ascii="Times New Roman" w:hAnsi="Times New Roman" w:cs="Times New Roman"/>
          <w:b/>
          <w:color w:val="003366"/>
          <w:sz w:val="24"/>
          <w:szCs w:val="21"/>
        </w:rPr>
      </w:pPr>
      <w:r w:rsidRPr="00E21492">
        <w:rPr>
          <w:rFonts w:ascii="Times New Roman" w:hAnsi="Times New Roman" w:cs="Times New Roman"/>
          <w:b/>
          <w:color w:val="003366"/>
          <w:sz w:val="24"/>
          <w:szCs w:val="21"/>
        </w:rPr>
        <w:t>EĞİTİM ÖĞRETİM DEĞERLENDİRME ANKETİ SONUÇ RAPORU</w:t>
      </w:r>
    </w:p>
    <w:p w14:paraId="18DB389C" w14:textId="77777777" w:rsidR="00E21492" w:rsidRPr="00E21492" w:rsidRDefault="00E21492" w:rsidP="00E21492">
      <w:pPr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  <w:color w:val="003366"/>
        </w:rPr>
        <w:t>GİRİŞ VE AMAÇ</w:t>
      </w:r>
    </w:p>
    <w:p w14:paraId="2D17791D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Bu </w:t>
      </w:r>
      <w:proofErr w:type="spellStart"/>
      <w:r w:rsidRPr="00E21492">
        <w:rPr>
          <w:rFonts w:ascii="Times New Roman" w:hAnsi="Times New Roman" w:cs="Times New Roman"/>
        </w:rPr>
        <w:t>rapor</w:t>
      </w:r>
      <w:proofErr w:type="spellEnd"/>
      <w:r w:rsidRPr="00E21492">
        <w:rPr>
          <w:rFonts w:ascii="Times New Roman" w:hAnsi="Times New Roman" w:cs="Times New Roman"/>
        </w:rPr>
        <w:t xml:space="preserve">, FZD-100 </w:t>
      </w:r>
      <w:proofErr w:type="spellStart"/>
      <w:r w:rsidRPr="00E21492">
        <w:rPr>
          <w:rFonts w:ascii="Times New Roman" w:hAnsi="Times New Roman" w:cs="Times New Roman"/>
        </w:rPr>
        <w:t>Üniversite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Kültürü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Oryantasyonu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dersini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tarafından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gerçekleştirilen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sonuçlarının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incelenmesi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tarafından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nasıl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değerlendirildiğinin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ortaya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konulması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sorumlusunun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öğretim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sürecindeki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performansına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görüşlerinin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değerlendirilmesi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kendi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süreçlerine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öz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değerlendirmelerinin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belirlenmesi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amacıyla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hazırlanmıştır</w:t>
      </w:r>
      <w:proofErr w:type="spellEnd"/>
      <w:r w:rsidRPr="00E21492">
        <w:rPr>
          <w:rFonts w:ascii="Times New Roman" w:hAnsi="Times New Roman" w:cs="Times New Roman"/>
        </w:rPr>
        <w:t xml:space="preserve">. </w:t>
      </w:r>
      <w:proofErr w:type="spellStart"/>
      <w:r w:rsidRPr="00E21492">
        <w:rPr>
          <w:rFonts w:ascii="Times New Roman" w:hAnsi="Times New Roman" w:cs="Times New Roman"/>
        </w:rPr>
        <w:t>Değerlendirme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kapsamında</w:t>
      </w:r>
      <w:proofErr w:type="spellEnd"/>
      <w:r w:rsidRPr="00E21492">
        <w:rPr>
          <w:rFonts w:ascii="Times New Roman" w:hAnsi="Times New Roman" w:cs="Times New Roman"/>
        </w:rPr>
        <w:t xml:space="preserve">; </w:t>
      </w:r>
      <w:proofErr w:type="spellStart"/>
      <w:r w:rsidRPr="00E21492">
        <w:rPr>
          <w:rFonts w:ascii="Times New Roman" w:hAnsi="Times New Roman" w:cs="Times New Roman"/>
        </w:rPr>
        <w:t>Öğrenci</w:t>
      </w:r>
      <w:proofErr w:type="spellEnd"/>
      <w:r w:rsidRPr="00E21492">
        <w:rPr>
          <w:rFonts w:ascii="Times New Roman" w:hAnsi="Times New Roman" w:cs="Times New Roman"/>
        </w:rPr>
        <w:t xml:space="preserve"> Ders Değerlendirmesi, </w:t>
      </w:r>
      <w:proofErr w:type="spellStart"/>
      <w:r w:rsidRPr="00E21492">
        <w:rPr>
          <w:rFonts w:ascii="Times New Roman" w:hAnsi="Times New Roman" w:cs="Times New Roman"/>
        </w:rPr>
        <w:t>Öğrenci</w:t>
      </w:r>
      <w:proofErr w:type="spellEnd"/>
      <w:r w:rsidRPr="00E21492">
        <w:rPr>
          <w:rFonts w:ascii="Times New Roman" w:hAnsi="Times New Roman" w:cs="Times New Roman"/>
        </w:rPr>
        <w:t xml:space="preserve"> Ders Sorumlusunu/</w:t>
      </w:r>
      <w:proofErr w:type="spellStart"/>
      <w:r w:rsidRPr="00E21492">
        <w:rPr>
          <w:rFonts w:ascii="Times New Roman" w:hAnsi="Times New Roman" w:cs="Times New Roman"/>
        </w:rPr>
        <w:t>Sorumlularını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</w:t>
      </w:r>
      <w:proofErr w:type="spellEnd"/>
      <w:r w:rsidRPr="00E21492">
        <w:rPr>
          <w:rFonts w:ascii="Times New Roman" w:hAnsi="Times New Roman" w:cs="Times New Roman"/>
        </w:rPr>
        <w:t xml:space="preserve"> Öz </w:t>
      </w:r>
      <w:proofErr w:type="spellStart"/>
      <w:r w:rsidRPr="00E21492">
        <w:rPr>
          <w:rFonts w:ascii="Times New Roman" w:hAnsi="Times New Roman" w:cs="Times New Roman"/>
        </w:rPr>
        <w:t>Değerlendirmesi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başlıkları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altında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elde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edilen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anket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verileri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bütüncül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yaklaşımla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analiz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edilmiştir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788E091A" w14:textId="77777777" w:rsidR="00E21492" w:rsidRPr="00E21492" w:rsidRDefault="00E21492" w:rsidP="00E21492">
      <w:pPr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  <w:color w:val="003366"/>
        </w:rPr>
        <w:t>1. ÖĞRENCİ DERS DEĞERLENDİRMESİ VE GENEL DEĞERLENDİRME</w:t>
      </w:r>
    </w:p>
    <w:p w14:paraId="2A043B93" w14:textId="333DC79D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değerlendirmesine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görüşleri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incelendiğinde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tüm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öğrenim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kazanımlarını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karşılama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düzeyine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ortalama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puanın</w:t>
      </w:r>
      <w:proofErr w:type="spellEnd"/>
      <w:r w:rsidRPr="00E21492">
        <w:rPr>
          <w:rFonts w:ascii="Times New Roman" w:hAnsi="Times New Roman" w:cs="Times New Roman"/>
        </w:rPr>
        <w:t xml:space="preserve"> 2,79 </w:t>
      </w:r>
      <w:proofErr w:type="spellStart"/>
      <w:r w:rsidRPr="00E21492">
        <w:rPr>
          <w:rFonts w:ascii="Times New Roman" w:hAnsi="Times New Roman" w:cs="Times New Roman"/>
        </w:rPr>
        <w:t>olduğu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görülmektedir</w:t>
      </w:r>
      <w:proofErr w:type="spellEnd"/>
      <w:r w:rsidRPr="00E21492">
        <w:rPr>
          <w:rFonts w:ascii="Times New Roman" w:hAnsi="Times New Roman" w:cs="Times New Roman"/>
        </w:rPr>
        <w:t xml:space="preserve">.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bölüm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açısından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gerekliliğine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ortalama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puan</w:t>
      </w:r>
      <w:proofErr w:type="spellEnd"/>
      <w:r w:rsidRPr="00E21492">
        <w:rPr>
          <w:rFonts w:ascii="Times New Roman" w:hAnsi="Times New Roman" w:cs="Times New Roman"/>
        </w:rPr>
        <w:t xml:space="preserve"> 2,14,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yönelik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katkı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algısına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ortalama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puan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ise</w:t>
      </w:r>
      <w:proofErr w:type="spellEnd"/>
      <w:r w:rsidRPr="00E21492">
        <w:rPr>
          <w:rFonts w:ascii="Times New Roman" w:hAnsi="Times New Roman" w:cs="Times New Roman"/>
        </w:rPr>
        <w:t xml:space="preserve"> 2,29 </w:t>
      </w:r>
      <w:proofErr w:type="spellStart"/>
      <w:r w:rsidRPr="00E21492">
        <w:rPr>
          <w:rFonts w:ascii="Times New Roman" w:hAnsi="Times New Roman" w:cs="Times New Roman"/>
        </w:rPr>
        <w:t>olarak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belirlenmiştir</w:t>
      </w:r>
      <w:proofErr w:type="spellEnd"/>
      <w:r w:rsidRPr="00E21492">
        <w:rPr>
          <w:rFonts w:ascii="Times New Roman" w:hAnsi="Times New Roman" w:cs="Times New Roman"/>
        </w:rPr>
        <w:t xml:space="preserve">. </w:t>
      </w:r>
      <w:proofErr w:type="spellStart"/>
      <w:r w:rsidRPr="00E21492">
        <w:rPr>
          <w:rFonts w:ascii="Times New Roman" w:hAnsi="Times New Roman" w:cs="Times New Roman"/>
        </w:rPr>
        <w:t>Öğrenciler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diğer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derslere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daha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zor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olduğu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görüşünü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ise</w:t>
      </w:r>
      <w:proofErr w:type="spellEnd"/>
      <w:r w:rsidRPr="00E21492">
        <w:rPr>
          <w:rFonts w:ascii="Times New Roman" w:hAnsi="Times New Roman" w:cs="Times New Roman"/>
        </w:rPr>
        <w:t xml:space="preserve"> 2,57 </w:t>
      </w:r>
      <w:proofErr w:type="spellStart"/>
      <w:r w:rsidRPr="00E21492">
        <w:rPr>
          <w:rFonts w:ascii="Times New Roman" w:hAnsi="Times New Roman" w:cs="Times New Roman"/>
        </w:rPr>
        <w:t>ortalama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puanla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değerlendirmiştir</w:t>
      </w:r>
      <w:proofErr w:type="spellEnd"/>
      <w:r w:rsidRPr="00E21492">
        <w:rPr>
          <w:rFonts w:ascii="Times New Roman" w:hAnsi="Times New Roman" w:cs="Times New Roman"/>
        </w:rPr>
        <w:t xml:space="preserve">. Bu </w:t>
      </w:r>
      <w:proofErr w:type="spellStart"/>
      <w:r w:rsidRPr="00E21492">
        <w:rPr>
          <w:rFonts w:ascii="Times New Roman" w:hAnsi="Times New Roman" w:cs="Times New Roman"/>
        </w:rPr>
        <w:t>sonuç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genel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olarak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diğer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akademik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mesleki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derslere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kıyasla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zorlayıcı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bulmadıklarını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göstermektedir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7F6E2E5F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Ders </w:t>
      </w:r>
      <w:proofErr w:type="spellStart"/>
      <w:r w:rsidRPr="00E21492">
        <w:rPr>
          <w:rFonts w:ascii="Times New Roman" w:hAnsi="Times New Roman" w:cs="Times New Roman"/>
        </w:rPr>
        <w:t>değerlendirme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sonuçları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genel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olarak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alındığında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öğrenim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kazanımlarını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karşılama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düzeyinin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</w:t>
      </w:r>
      <w:proofErr w:type="spellEnd"/>
      <w:r w:rsidRPr="00E21492">
        <w:rPr>
          <w:rFonts w:ascii="Times New Roman" w:hAnsi="Times New Roman" w:cs="Times New Roman"/>
        </w:rPr>
        <w:t xml:space="preserve">/alt </w:t>
      </w:r>
      <w:proofErr w:type="spellStart"/>
      <w:r w:rsidRPr="00E21492">
        <w:rPr>
          <w:rFonts w:ascii="Times New Roman" w:hAnsi="Times New Roman" w:cs="Times New Roman"/>
        </w:rPr>
        <w:t>düzeyde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değerlendirildiği</w:t>
      </w:r>
      <w:proofErr w:type="spellEnd"/>
      <w:r w:rsidRPr="00E21492">
        <w:rPr>
          <w:rFonts w:ascii="Times New Roman" w:hAnsi="Times New Roman" w:cs="Times New Roman"/>
        </w:rPr>
        <w:t xml:space="preserve">, buna </w:t>
      </w:r>
      <w:proofErr w:type="spellStart"/>
      <w:r w:rsidRPr="00E21492">
        <w:rPr>
          <w:rFonts w:ascii="Times New Roman" w:hAnsi="Times New Roman" w:cs="Times New Roman"/>
        </w:rPr>
        <w:t>karşılık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bölüm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için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gerekliliği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öğrenciye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katkısına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daha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düşük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seviyelerde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kaldığı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görülmektedir</w:t>
      </w:r>
      <w:proofErr w:type="spellEnd"/>
      <w:r w:rsidRPr="00E21492">
        <w:rPr>
          <w:rFonts w:ascii="Times New Roman" w:hAnsi="Times New Roman" w:cs="Times New Roman"/>
        </w:rPr>
        <w:t xml:space="preserve">. Bu </w:t>
      </w:r>
      <w:proofErr w:type="spellStart"/>
      <w:r w:rsidRPr="00E21492">
        <w:rPr>
          <w:rFonts w:ascii="Times New Roman" w:hAnsi="Times New Roman" w:cs="Times New Roman"/>
        </w:rPr>
        <w:t>nedenle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içeriğinin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oryantasyon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etkinliklerinin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üniversite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yaşamı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akademik</w:t>
      </w:r>
      <w:proofErr w:type="spellEnd"/>
      <w:r w:rsidRPr="00E21492">
        <w:rPr>
          <w:rFonts w:ascii="Times New Roman" w:hAnsi="Times New Roman" w:cs="Times New Roman"/>
        </w:rPr>
        <w:t>/</w:t>
      </w:r>
      <w:proofErr w:type="spellStart"/>
      <w:r w:rsidRPr="00E21492">
        <w:rPr>
          <w:rFonts w:ascii="Times New Roman" w:hAnsi="Times New Roman" w:cs="Times New Roman"/>
        </w:rPr>
        <w:t>mesleki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gelişimlerine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sağladığı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somut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katkıların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daha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açık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etkileşimli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biçimde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sunulmasının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yararlı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olacağı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değerlendirilmektedir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40F5E6A7" w14:textId="77777777" w:rsidR="00E21492" w:rsidRPr="00E21492" w:rsidRDefault="00E21492" w:rsidP="00E21492">
      <w:pPr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  <w:color w:val="003366"/>
        </w:rPr>
        <w:t>2. DERS İŞ YÜKÜ VE AKTS DEĞERLENDİRMESİ</w:t>
      </w:r>
    </w:p>
    <w:p w14:paraId="3A6760E7" w14:textId="66B00E33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bildirdiği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iş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yükü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verileri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incelendiğinde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haftalık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hazırlık</w:t>
      </w:r>
      <w:proofErr w:type="spellEnd"/>
      <w:r w:rsidRPr="00E21492">
        <w:rPr>
          <w:rFonts w:ascii="Times New Roman" w:hAnsi="Times New Roman" w:cs="Times New Roman"/>
        </w:rPr>
        <w:t>/</w:t>
      </w:r>
      <w:proofErr w:type="spellStart"/>
      <w:r w:rsidRPr="00E21492">
        <w:rPr>
          <w:rFonts w:ascii="Times New Roman" w:hAnsi="Times New Roman" w:cs="Times New Roman"/>
        </w:rPr>
        <w:t>tekrar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süresinin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ortalama</w:t>
      </w:r>
      <w:proofErr w:type="spellEnd"/>
      <w:r w:rsidRPr="00E21492">
        <w:rPr>
          <w:rFonts w:ascii="Times New Roman" w:hAnsi="Times New Roman" w:cs="Times New Roman"/>
        </w:rPr>
        <w:t xml:space="preserve"> 0,21 </w:t>
      </w:r>
      <w:proofErr w:type="spellStart"/>
      <w:r w:rsidRPr="00E21492">
        <w:rPr>
          <w:rFonts w:ascii="Times New Roman" w:hAnsi="Times New Roman" w:cs="Times New Roman"/>
        </w:rPr>
        <w:t>saat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ödev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hazırlama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süresinin</w:t>
      </w:r>
      <w:proofErr w:type="spellEnd"/>
      <w:r w:rsidRPr="00E21492">
        <w:rPr>
          <w:rFonts w:ascii="Times New Roman" w:hAnsi="Times New Roman" w:cs="Times New Roman"/>
        </w:rPr>
        <w:t xml:space="preserve"> 0,14 </w:t>
      </w:r>
      <w:proofErr w:type="spellStart"/>
      <w:r w:rsidRPr="00E21492">
        <w:rPr>
          <w:rFonts w:ascii="Times New Roman" w:hAnsi="Times New Roman" w:cs="Times New Roman"/>
        </w:rPr>
        <w:t>saat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ara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sınav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hazırlık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süresinin</w:t>
      </w:r>
      <w:proofErr w:type="spellEnd"/>
      <w:r w:rsidRPr="00E21492">
        <w:rPr>
          <w:rFonts w:ascii="Times New Roman" w:hAnsi="Times New Roman" w:cs="Times New Roman"/>
        </w:rPr>
        <w:t xml:space="preserve"> 0,36 </w:t>
      </w:r>
      <w:proofErr w:type="spellStart"/>
      <w:r w:rsidRPr="00E21492">
        <w:rPr>
          <w:rFonts w:ascii="Times New Roman" w:hAnsi="Times New Roman" w:cs="Times New Roman"/>
        </w:rPr>
        <w:t>saat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final </w:t>
      </w:r>
      <w:proofErr w:type="spellStart"/>
      <w:r w:rsidRPr="00E21492">
        <w:rPr>
          <w:rFonts w:ascii="Times New Roman" w:hAnsi="Times New Roman" w:cs="Times New Roman"/>
        </w:rPr>
        <w:t>sınavı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hazırlık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süresinin</w:t>
      </w:r>
      <w:proofErr w:type="spellEnd"/>
      <w:r w:rsidRPr="00E21492">
        <w:rPr>
          <w:rFonts w:ascii="Times New Roman" w:hAnsi="Times New Roman" w:cs="Times New Roman"/>
        </w:rPr>
        <w:t xml:space="preserve"> 1,21 </w:t>
      </w:r>
      <w:proofErr w:type="spellStart"/>
      <w:r w:rsidRPr="00E21492">
        <w:rPr>
          <w:rFonts w:ascii="Times New Roman" w:hAnsi="Times New Roman" w:cs="Times New Roman"/>
        </w:rPr>
        <w:t>saat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olduğu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görülmektedir</w:t>
      </w:r>
      <w:proofErr w:type="spellEnd"/>
      <w:r w:rsidRPr="00E21492">
        <w:rPr>
          <w:rFonts w:ascii="Times New Roman" w:hAnsi="Times New Roman" w:cs="Times New Roman"/>
        </w:rPr>
        <w:t xml:space="preserve">. </w:t>
      </w:r>
      <w:proofErr w:type="spellStart"/>
      <w:r w:rsidRPr="00E21492">
        <w:rPr>
          <w:rFonts w:ascii="Times New Roman" w:hAnsi="Times New Roman" w:cs="Times New Roman"/>
        </w:rPr>
        <w:t>Toplamda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başına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düşen</w:t>
      </w:r>
      <w:proofErr w:type="spellEnd"/>
      <w:r w:rsidRPr="00E21492">
        <w:rPr>
          <w:rFonts w:ascii="Times New Roman" w:hAnsi="Times New Roman" w:cs="Times New Roman"/>
        </w:rPr>
        <w:t xml:space="preserve"> zaman </w:t>
      </w:r>
      <w:proofErr w:type="spellStart"/>
      <w:r w:rsidRPr="00E21492">
        <w:rPr>
          <w:rFonts w:ascii="Times New Roman" w:hAnsi="Times New Roman" w:cs="Times New Roman"/>
        </w:rPr>
        <w:t>maliyetinin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oldukça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düşük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düzeyde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olduğu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ağır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akademik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yük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getirmediği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anlaşılmaktadır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2AFD5450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Bu </w:t>
      </w:r>
      <w:proofErr w:type="spellStart"/>
      <w:r w:rsidRPr="00E21492">
        <w:rPr>
          <w:rFonts w:ascii="Times New Roman" w:hAnsi="Times New Roman" w:cs="Times New Roman"/>
        </w:rPr>
        <w:t>sonuçlar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doğrultusunda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bildirdiği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iş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yükünün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Bologna Bilgi </w:t>
      </w:r>
      <w:proofErr w:type="spellStart"/>
      <w:r w:rsidRPr="00E21492">
        <w:rPr>
          <w:rFonts w:ascii="Times New Roman" w:hAnsi="Times New Roman" w:cs="Times New Roman"/>
        </w:rPr>
        <w:t>Sistemi'nde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tanımlanan</w:t>
      </w:r>
      <w:proofErr w:type="spellEnd"/>
      <w:r w:rsidRPr="00E21492">
        <w:rPr>
          <w:rFonts w:ascii="Times New Roman" w:hAnsi="Times New Roman" w:cs="Times New Roman"/>
        </w:rPr>
        <w:t xml:space="preserve"> AKTS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saat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dağılımıyla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uyumunun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ayrıca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değerlendirilmesi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önerilmektedir</w:t>
      </w:r>
      <w:proofErr w:type="spellEnd"/>
      <w:r w:rsidRPr="00E21492">
        <w:rPr>
          <w:rFonts w:ascii="Times New Roman" w:hAnsi="Times New Roman" w:cs="Times New Roman"/>
        </w:rPr>
        <w:t xml:space="preserve">. </w:t>
      </w:r>
      <w:proofErr w:type="spellStart"/>
      <w:r w:rsidRPr="00E21492">
        <w:rPr>
          <w:rFonts w:ascii="Times New Roman" w:hAnsi="Times New Roman" w:cs="Times New Roman"/>
        </w:rPr>
        <w:t>Anket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formunda</w:t>
      </w:r>
      <w:proofErr w:type="spellEnd"/>
      <w:r w:rsidRPr="00E21492">
        <w:rPr>
          <w:rFonts w:ascii="Times New Roman" w:hAnsi="Times New Roman" w:cs="Times New Roman"/>
        </w:rPr>
        <w:t xml:space="preserve"> da </w:t>
      </w:r>
      <w:proofErr w:type="spellStart"/>
      <w:r w:rsidRPr="00E21492">
        <w:rPr>
          <w:rFonts w:ascii="Times New Roman" w:hAnsi="Times New Roman" w:cs="Times New Roman"/>
        </w:rPr>
        <w:t>belirtildiği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üzere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planlanan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etkinliklerin</w:t>
      </w:r>
      <w:proofErr w:type="spellEnd"/>
      <w:r w:rsidRPr="00E21492">
        <w:rPr>
          <w:rFonts w:ascii="Times New Roman" w:hAnsi="Times New Roman" w:cs="Times New Roman"/>
        </w:rPr>
        <w:t xml:space="preserve"> Bologna Bilgi </w:t>
      </w:r>
      <w:proofErr w:type="spellStart"/>
      <w:r w:rsidRPr="00E21492">
        <w:rPr>
          <w:rFonts w:ascii="Times New Roman" w:hAnsi="Times New Roman" w:cs="Times New Roman"/>
        </w:rPr>
        <w:t>Sistemi'nde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yer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iş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yüküyle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tutarlı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olması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önem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taşımaktadır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53984519" w14:textId="77777777" w:rsidR="00E21492" w:rsidRPr="00E21492" w:rsidRDefault="00E21492" w:rsidP="00E21492">
      <w:pPr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  <w:color w:val="003366"/>
        </w:rPr>
        <w:t>3. DERS SORUMLUSU / SORUMLULARININ DEĞERLENDİRİLMESİ</w:t>
      </w:r>
    </w:p>
    <w:p w14:paraId="139FA73A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sorumlusuna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değerlendirmeleri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genel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olarak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olumlu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düzeydedir</w:t>
      </w:r>
      <w:proofErr w:type="spellEnd"/>
      <w:r w:rsidRPr="00E21492">
        <w:rPr>
          <w:rFonts w:ascii="Times New Roman" w:hAnsi="Times New Roman" w:cs="Times New Roman"/>
        </w:rPr>
        <w:t xml:space="preserve">. </w:t>
      </w:r>
      <w:proofErr w:type="spellStart"/>
      <w:r w:rsidRPr="00E21492">
        <w:rPr>
          <w:rFonts w:ascii="Times New Roman" w:hAnsi="Times New Roman" w:cs="Times New Roman"/>
        </w:rPr>
        <w:t>Değerlendirme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maddelerindeki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ortalamalar</w:t>
      </w:r>
      <w:proofErr w:type="spellEnd"/>
      <w:r w:rsidRPr="00E21492">
        <w:rPr>
          <w:rFonts w:ascii="Times New Roman" w:hAnsi="Times New Roman" w:cs="Times New Roman"/>
        </w:rPr>
        <w:t xml:space="preserve"> 3,00 </w:t>
      </w:r>
      <w:proofErr w:type="spellStart"/>
      <w:r w:rsidRPr="00E21492">
        <w:rPr>
          <w:rFonts w:ascii="Times New Roman" w:hAnsi="Times New Roman" w:cs="Times New Roman"/>
        </w:rPr>
        <w:t>ile</w:t>
      </w:r>
      <w:proofErr w:type="spellEnd"/>
      <w:r w:rsidRPr="00E21492">
        <w:rPr>
          <w:rFonts w:ascii="Times New Roman" w:hAnsi="Times New Roman" w:cs="Times New Roman"/>
        </w:rPr>
        <w:t xml:space="preserve"> 3,71 </w:t>
      </w:r>
      <w:proofErr w:type="spellStart"/>
      <w:r w:rsidRPr="00E21492">
        <w:rPr>
          <w:rFonts w:ascii="Times New Roman" w:hAnsi="Times New Roman" w:cs="Times New Roman"/>
        </w:rPr>
        <w:t>arasında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değişmektedir</w:t>
      </w:r>
      <w:proofErr w:type="spellEnd"/>
      <w:r w:rsidRPr="00E21492">
        <w:rPr>
          <w:rFonts w:ascii="Times New Roman" w:hAnsi="Times New Roman" w:cs="Times New Roman"/>
        </w:rPr>
        <w:t xml:space="preserve">.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yüksek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puan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verdiği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alanları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şunlardır</w:t>
      </w:r>
      <w:proofErr w:type="spellEnd"/>
      <w:r w:rsidRPr="00E21492">
        <w:rPr>
          <w:rFonts w:ascii="Times New Roman" w:hAnsi="Times New Roman" w:cs="Times New Roman"/>
        </w:rPr>
        <w:t>:</w:t>
      </w:r>
    </w:p>
    <w:p w14:paraId="6EDF190F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lastRenderedPageBreak/>
        <w:t xml:space="preserve">• </w:t>
      </w:r>
      <w:proofErr w:type="spellStart"/>
      <w:r w:rsidRPr="00E21492">
        <w:rPr>
          <w:rFonts w:ascii="Times New Roman" w:hAnsi="Times New Roman" w:cs="Times New Roman"/>
        </w:rPr>
        <w:t>Öğrencilere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karşı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sabırlı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yapıcı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diyalog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kurulabilir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imaj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oluşturması</w:t>
      </w:r>
      <w:proofErr w:type="spellEnd"/>
      <w:r w:rsidRPr="00E21492">
        <w:rPr>
          <w:rFonts w:ascii="Times New Roman" w:hAnsi="Times New Roman" w:cs="Times New Roman"/>
        </w:rPr>
        <w:t>: 3,71</w:t>
      </w:r>
    </w:p>
    <w:p w14:paraId="7FD14F1A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• Derse </w:t>
      </w:r>
      <w:proofErr w:type="spellStart"/>
      <w:r w:rsidRPr="00E21492">
        <w:rPr>
          <w:rFonts w:ascii="Times New Roman" w:hAnsi="Times New Roman" w:cs="Times New Roman"/>
        </w:rPr>
        <w:t>zamanında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gelmesi</w:t>
      </w:r>
      <w:proofErr w:type="spellEnd"/>
      <w:r w:rsidRPr="00E21492">
        <w:rPr>
          <w:rFonts w:ascii="Times New Roman" w:hAnsi="Times New Roman" w:cs="Times New Roman"/>
        </w:rPr>
        <w:t>: 3,64</w:t>
      </w:r>
    </w:p>
    <w:p w14:paraId="1BD4A5FD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• Ders </w:t>
      </w:r>
      <w:proofErr w:type="spellStart"/>
      <w:r w:rsidRPr="00E21492">
        <w:rPr>
          <w:rFonts w:ascii="Times New Roman" w:hAnsi="Times New Roman" w:cs="Times New Roman"/>
        </w:rPr>
        <w:t>saatlerini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sonuna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kadar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kullanması</w:t>
      </w:r>
      <w:proofErr w:type="spellEnd"/>
      <w:r w:rsidRPr="00E21492">
        <w:rPr>
          <w:rFonts w:ascii="Times New Roman" w:hAnsi="Times New Roman" w:cs="Times New Roman"/>
        </w:rPr>
        <w:t>: 3,50</w:t>
      </w:r>
    </w:p>
    <w:p w14:paraId="47F09308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•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başarılı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olması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için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ikna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edici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teşvik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edici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yöntem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kullanması</w:t>
      </w:r>
      <w:proofErr w:type="spellEnd"/>
      <w:r w:rsidRPr="00E21492">
        <w:rPr>
          <w:rFonts w:ascii="Times New Roman" w:hAnsi="Times New Roman" w:cs="Times New Roman"/>
        </w:rPr>
        <w:t>: 3,50</w:t>
      </w:r>
    </w:p>
    <w:p w14:paraId="7345759E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</w:p>
    <w:p w14:paraId="4ABE14D3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Bu </w:t>
      </w:r>
      <w:proofErr w:type="spellStart"/>
      <w:r w:rsidRPr="00E21492">
        <w:rPr>
          <w:rFonts w:ascii="Times New Roman" w:hAnsi="Times New Roman" w:cs="Times New Roman"/>
        </w:rPr>
        <w:t>bulgular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öğretim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elemanının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kurduğu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iletişimin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yapıcı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yaklaşımının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gösterdiği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özenin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tarafından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takdir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edildiğini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göstermektedir</w:t>
      </w:r>
      <w:proofErr w:type="spellEnd"/>
      <w:r w:rsidRPr="00E21492">
        <w:rPr>
          <w:rFonts w:ascii="Times New Roman" w:hAnsi="Times New Roman" w:cs="Times New Roman"/>
        </w:rPr>
        <w:t xml:space="preserve">. Ders </w:t>
      </w:r>
      <w:proofErr w:type="spellStart"/>
      <w:r w:rsidRPr="00E21492">
        <w:rPr>
          <w:rFonts w:ascii="Times New Roman" w:hAnsi="Times New Roman" w:cs="Times New Roman"/>
        </w:rPr>
        <w:t>materyali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seçimi</w:t>
      </w:r>
      <w:proofErr w:type="spellEnd"/>
      <w:r w:rsidRPr="00E21492">
        <w:rPr>
          <w:rFonts w:ascii="Times New Roman" w:hAnsi="Times New Roman" w:cs="Times New Roman"/>
        </w:rPr>
        <w:t xml:space="preserve"> (3,00)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öğretilenler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sınav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adilliği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dengesi</w:t>
      </w:r>
      <w:proofErr w:type="spellEnd"/>
      <w:r w:rsidRPr="00E21492">
        <w:rPr>
          <w:rFonts w:ascii="Times New Roman" w:hAnsi="Times New Roman" w:cs="Times New Roman"/>
        </w:rPr>
        <w:t xml:space="preserve"> (3,00) </w:t>
      </w:r>
      <w:proofErr w:type="spellStart"/>
      <w:r w:rsidRPr="00E21492">
        <w:rPr>
          <w:rFonts w:ascii="Times New Roman" w:hAnsi="Times New Roman" w:cs="Times New Roman"/>
        </w:rPr>
        <w:t>başlıklarında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ise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önümüzdeki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dönemlerde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geliştirme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yapılabileceği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değerlendirilmektedir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7931C82D" w14:textId="77777777" w:rsidR="00E21492" w:rsidRPr="00E21492" w:rsidRDefault="00E21492" w:rsidP="00E21492">
      <w:pPr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  <w:color w:val="003366"/>
        </w:rPr>
        <w:t>4. ÖĞRENCİ ÖZ DEĞERLENDİRME SONUÇLARI</w:t>
      </w:r>
    </w:p>
    <w:p w14:paraId="00F518E7" w14:textId="0B1DA8D3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devam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durumları</w:t>
      </w:r>
      <w:proofErr w:type="spellEnd"/>
      <w:r w:rsidRPr="00E21492">
        <w:rPr>
          <w:rFonts w:ascii="Times New Roman" w:hAnsi="Times New Roman" w:cs="Times New Roman"/>
        </w:rPr>
        <w:t xml:space="preserve"> 3,64 </w:t>
      </w:r>
      <w:proofErr w:type="spellStart"/>
      <w:r w:rsidRPr="00E21492">
        <w:rPr>
          <w:rFonts w:ascii="Times New Roman" w:hAnsi="Times New Roman" w:cs="Times New Roman"/>
        </w:rPr>
        <w:t>ortalama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puan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öz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kategorisinde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yüksek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seviyededir</w:t>
      </w:r>
      <w:proofErr w:type="spellEnd"/>
      <w:r w:rsidRPr="00E21492">
        <w:rPr>
          <w:rFonts w:ascii="Times New Roman" w:hAnsi="Times New Roman" w:cs="Times New Roman"/>
        </w:rPr>
        <w:t xml:space="preserve">.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akademik</w:t>
      </w:r>
      <w:proofErr w:type="spellEnd"/>
      <w:r w:rsidRPr="00E21492">
        <w:rPr>
          <w:rFonts w:ascii="Times New Roman" w:hAnsi="Times New Roman" w:cs="Times New Roman"/>
        </w:rPr>
        <w:t xml:space="preserve"> not </w:t>
      </w:r>
      <w:proofErr w:type="spellStart"/>
      <w:r w:rsidRPr="00E21492">
        <w:rPr>
          <w:rFonts w:ascii="Times New Roman" w:hAnsi="Times New Roman" w:cs="Times New Roman"/>
        </w:rPr>
        <w:t>ortalaması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beyanı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ortalama</w:t>
      </w:r>
      <w:proofErr w:type="spellEnd"/>
      <w:r w:rsidRPr="00E21492">
        <w:rPr>
          <w:rFonts w:ascii="Times New Roman" w:hAnsi="Times New Roman" w:cs="Times New Roman"/>
        </w:rPr>
        <w:t xml:space="preserve"> 3,57 </w:t>
      </w:r>
      <w:proofErr w:type="spellStart"/>
      <w:r w:rsidRPr="00E21492">
        <w:rPr>
          <w:rFonts w:ascii="Times New Roman" w:hAnsi="Times New Roman" w:cs="Times New Roman"/>
        </w:rPr>
        <w:t>düzeyindedir</w:t>
      </w:r>
      <w:proofErr w:type="spellEnd"/>
      <w:r w:rsidRPr="00E21492">
        <w:rPr>
          <w:rFonts w:ascii="Times New Roman" w:hAnsi="Times New Roman" w:cs="Times New Roman"/>
        </w:rPr>
        <w:t xml:space="preserve">. Ders </w:t>
      </w:r>
      <w:proofErr w:type="spellStart"/>
      <w:r w:rsidRPr="00E21492">
        <w:rPr>
          <w:rFonts w:ascii="Times New Roman" w:hAnsi="Times New Roman" w:cs="Times New Roman"/>
        </w:rPr>
        <w:t>konularını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kaynaklardan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takip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etme</w:t>
      </w:r>
      <w:proofErr w:type="spellEnd"/>
      <w:r w:rsidRPr="00E21492">
        <w:rPr>
          <w:rFonts w:ascii="Times New Roman" w:hAnsi="Times New Roman" w:cs="Times New Roman"/>
        </w:rPr>
        <w:t xml:space="preserve"> 3,50, </w:t>
      </w:r>
      <w:proofErr w:type="spellStart"/>
      <w:r w:rsidRPr="00E21492">
        <w:rPr>
          <w:rFonts w:ascii="Times New Roman" w:hAnsi="Times New Roman" w:cs="Times New Roman"/>
        </w:rPr>
        <w:t>düzenli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tekrarı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ödev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yapma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oranı</w:t>
      </w:r>
      <w:proofErr w:type="spellEnd"/>
      <w:r w:rsidRPr="00E21492">
        <w:rPr>
          <w:rFonts w:ascii="Times New Roman" w:hAnsi="Times New Roman" w:cs="Times New Roman"/>
        </w:rPr>
        <w:t xml:space="preserve"> 3,36 </w:t>
      </w:r>
      <w:proofErr w:type="spellStart"/>
      <w:r w:rsidRPr="00E21492">
        <w:rPr>
          <w:rFonts w:ascii="Times New Roman" w:hAnsi="Times New Roman" w:cs="Times New Roman"/>
        </w:rPr>
        <w:t>iken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anlamadığı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konularda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hocadan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yardım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isteme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davranışı</w:t>
      </w:r>
      <w:proofErr w:type="spellEnd"/>
      <w:r w:rsidRPr="00E21492">
        <w:rPr>
          <w:rFonts w:ascii="Times New Roman" w:hAnsi="Times New Roman" w:cs="Times New Roman"/>
        </w:rPr>
        <w:t xml:space="preserve"> 3,07 </w:t>
      </w:r>
      <w:proofErr w:type="spellStart"/>
      <w:r w:rsidRPr="00E21492">
        <w:rPr>
          <w:rFonts w:ascii="Times New Roman" w:hAnsi="Times New Roman" w:cs="Times New Roman"/>
        </w:rPr>
        <w:t>ile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düşük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düzeyde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kalmıştır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55C8F96F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Bu </w:t>
      </w:r>
      <w:proofErr w:type="spellStart"/>
      <w:r w:rsidRPr="00E21492">
        <w:rPr>
          <w:rFonts w:ascii="Times New Roman" w:hAnsi="Times New Roman" w:cs="Times New Roman"/>
        </w:rPr>
        <w:t>sonuçlar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katılım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devam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konusunda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olumlu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eğilim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gösterdiklerini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ancak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takıldıkları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konularda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öğretim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elemanından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destek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isteme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dışı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bağımsız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çalışma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alışkanlıklarının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daha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fazla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teşvik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edilebileceğini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göstermektedir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1A15F4EA" w14:textId="77777777" w:rsidR="00E21492" w:rsidRPr="00E21492" w:rsidRDefault="00E21492" w:rsidP="00E21492">
      <w:pPr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  <w:color w:val="003366"/>
        </w:rPr>
        <w:t>5. SONUÇ VE ÖNERİLER</w:t>
      </w:r>
    </w:p>
    <w:p w14:paraId="4FE96399" w14:textId="1CEA8002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</w:rPr>
        <w:t xml:space="preserve">FZD-100 </w:t>
      </w:r>
      <w:proofErr w:type="spellStart"/>
      <w:r w:rsidRPr="00E21492">
        <w:rPr>
          <w:rFonts w:ascii="Times New Roman" w:hAnsi="Times New Roman" w:cs="Times New Roman"/>
        </w:rPr>
        <w:t>Üniversite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Kültürü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Oryantasyonu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sonuçları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sorumlusunun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öğretim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sürecine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iletişimine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değerlendirmelerin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genel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olarak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olumlu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olduğunu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ortaya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koymaktadır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2E8C1776" w14:textId="6B3D8C5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proofErr w:type="spellStart"/>
      <w:r w:rsidRPr="00E21492">
        <w:rPr>
          <w:rFonts w:ascii="Times New Roman" w:hAnsi="Times New Roman" w:cs="Times New Roman"/>
        </w:rPr>
        <w:t>Bununla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birlikte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tarafından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bölüm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açısından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gerekliliği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bireysel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katkısının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daha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güçlü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algılanmasını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sağlamak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amacıyla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içeriği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oryantasyon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modülleri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üniversite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imkanları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akademik</w:t>
      </w:r>
      <w:proofErr w:type="spellEnd"/>
      <w:r w:rsidRPr="00E21492">
        <w:rPr>
          <w:rFonts w:ascii="Times New Roman" w:hAnsi="Times New Roman" w:cs="Times New Roman"/>
        </w:rPr>
        <w:t>/</w:t>
      </w:r>
      <w:proofErr w:type="spellStart"/>
      <w:r w:rsidRPr="00E21492">
        <w:rPr>
          <w:rFonts w:ascii="Times New Roman" w:hAnsi="Times New Roman" w:cs="Times New Roman"/>
        </w:rPr>
        <w:t>sosyal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uyum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süreçleri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arasındaki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ilişkinin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daha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görünür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uygulamalı</w:t>
      </w:r>
      <w:proofErr w:type="spellEnd"/>
      <w:r w:rsidRPr="00E21492">
        <w:rPr>
          <w:rFonts w:ascii="Times New Roman" w:hAnsi="Times New Roman" w:cs="Times New Roman"/>
        </w:rPr>
        <w:t xml:space="preserve"> hale </w:t>
      </w:r>
      <w:proofErr w:type="spellStart"/>
      <w:r w:rsidRPr="00E21492">
        <w:rPr>
          <w:rFonts w:ascii="Times New Roman" w:hAnsi="Times New Roman" w:cs="Times New Roman"/>
        </w:rPr>
        <w:t>getirilmesi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gerekmektedir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4F6CD9AA" w14:textId="77777777" w:rsidR="00E21492" w:rsidRPr="00E21492" w:rsidRDefault="00E21492" w:rsidP="00E21492">
      <w:pPr>
        <w:spacing w:after="160"/>
        <w:jc w:val="both"/>
        <w:rPr>
          <w:rFonts w:ascii="Times New Roman" w:hAnsi="Times New Roman" w:cs="Times New Roman"/>
        </w:rPr>
      </w:pPr>
      <w:proofErr w:type="spellStart"/>
      <w:r w:rsidRPr="00E21492">
        <w:rPr>
          <w:rFonts w:ascii="Times New Roman" w:hAnsi="Times New Roman" w:cs="Times New Roman"/>
        </w:rPr>
        <w:t>Ayrıca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öğrencilerin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derse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aktif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katılımını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artıracak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etkileşimli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etkinliklerin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geliştirilmesi</w:t>
      </w:r>
      <w:proofErr w:type="spellEnd"/>
      <w:r w:rsidRPr="00E21492">
        <w:rPr>
          <w:rFonts w:ascii="Times New Roman" w:hAnsi="Times New Roman" w:cs="Times New Roman"/>
        </w:rPr>
        <w:t xml:space="preserve">, </w:t>
      </w:r>
      <w:proofErr w:type="spellStart"/>
      <w:r w:rsidRPr="00E21492">
        <w:rPr>
          <w:rFonts w:ascii="Times New Roman" w:hAnsi="Times New Roman" w:cs="Times New Roman"/>
        </w:rPr>
        <w:t>ders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materyallerinin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çeşitlendirilmesi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ve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belirlenen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geliştirme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alanlarına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yönelik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iyileştirme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faaliyetlerinin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bir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sonraki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eğitim-öğretim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döneminde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planlanması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uygun</w:t>
      </w:r>
      <w:proofErr w:type="spellEnd"/>
      <w:r w:rsidRPr="00E21492">
        <w:rPr>
          <w:rFonts w:ascii="Times New Roman" w:hAnsi="Times New Roman" w:cs="Times New Roman"/>
        </w:rPr>
        <w:t xml:space="preserve"> </w:t>
      </w:r>
      <w:proofErr w:type="spellStart"/>
      <w:r w:rsidRPr="00E21492">
        <w:rPr>
          <w:rFonts w:ascii="Times New Roman" w:hAnsi="Times New Roman" w:cs="Times New Roman"/>
        </w:rPr>
        <w:t>görülmektedir</w:t>
      </w:r>
      <w:proofErr w:type="spellEnd"/>
      <w:r w:rsidRPr="00E21492">
        <w:rPr>
          <w:rFonts w:ascii="Times New Roman" w:hAnsi="Times New Roman" w:cs="Times New Roman"/>
        </w:rPr>
        <w:t>.</w:t>
      </w:r>
    </w:p>
    <w:p w14:paraId="382F1398" w14:textId="77777777" w:rsidR="005E4DE6" w:rsidRDefault="005E4DE6">
      <w:pPr>
        <w:rPr>
          <w:rFonts w:ascii="Times New Roman" w:hAnsi="Times New Roman" w:cs="Times New Roman"/>
        </w:rPr>
      </w:pPr>
    </w:p>
    <w:p w14:paraId="07D05CD5" w14:textId="77777777" w:rsidR="00E21492" w:rsidRDefault="00E21492">
      <w:pPr>
        <w:rPr>
          <w:rFonts w:ascii="Times New Roman" w:hAnsi="Times New Roman" w:cs="Times New Roman"/>
        </w:rPr>
      </w:pPr>
    </w:p>
    <w:p w14:paraId="3671ED2D" w14:textId="77777777" w:rsidR="00E21492" w:rsidRDefault="00E21492">
      <w:pPr>
        <w:rPr>
          <w:rFonts w:ascii="Times New Roman" w:hAnsi="Times New Roman" w:cs="Times New Roman"/>
        </w:rPr>
      </w:pPr>
    </w:p>
    <w:p w14:paraId="0839CF99" w14:textId="77777777" w:rsidR="00E21492" w:rsidRDefault="00E21492">
      <w:pPr>
        <w:rPr>
          <w:rFonts w:ascii="Times New Roman" w:hAnsi="Times New Roman" w:cs="Times New Roman"/>
        </w:rPr>
      </w:pPr>
    </w:p>
    <w:p w14:paraId="52937259" w14:textId="77777777" w:rsidR="00E21492" w:rsidRPr="00E21492" w:rsidRDefault="00E21492">
      <w:pPr>
        <w:rPr>
          <w:rFonts w:ascii="Times New Roman" w:hAnsi="Times New Roman" w:cs="Times New Roman"/>
        </w:rPr>
      </w:pPr>
    </w:p>
    <w:p w14:paraId="010F79E7" w14:textId="77777777" w:rsidR="005E4DE6" w:rsidRPr="00E21492" w:rsidRDefault="00000000">
      <w:pPr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</w:rPr>
        <w:lastRenderedPageBreak/>
        <w:t>1. ÖĞRENCİ DERS DEĞERLENDİRMESİ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E4DE6" w:rsidRPr="00E21492" w14:paraId="4C19376B" w14:textId="77777777">
        <w:trPr>
          <w:jc w:val="center"/>
        </w:trPr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43190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#</w:t>
            </w:r>
          </w:p>
        </w:tc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E4652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Değerlendirme Kriteri / Maddesi</w:t>
            </w:r>
          </w:p>
        </w:tc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C7108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Puan / Ortalama</w:t>
            </w:r>
          </w:p>
        </w:tc>
      </w:tr>
      <w:tr w:rsidR="005E4DE6" w:rsidRPr="00E21492" w14:paraId="1A5E32A1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6FD2D8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F8938B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dersin bölümüm için gerekli olduğunu düşünüyorum.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4104B4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2,14</w:t>
            </w:r>
          </w:p>
        </w:tc>
      </w:tr>
      <w:tr w:rsidR="005E4DE6" w:rsidRPr="00E21492" w14:paraId="040DD879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C8F7AC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2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D24943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dersin bana katkısının yüksek olduğunu düşünüyorum.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518FFD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2,29</w:t>
            </w:r>
          </w:p>
        </w:tc>
      </w:tr>
      <w:tr w:rsidR="005E4DE6" w:rsidRPr="00E21492" w14:paraId="5614A5B3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363B4D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8DCC4C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dersin diğer derslerden daha zor olduğunu düşünüyorum.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E3327B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2,57</w:t>
            </w:r>
          </w:p>
        </w:tc>
      </w:tr>
      <w:tr w:rsidR="005E4DE6" w:rsidRPr="00E21492" w14:paraId="7A96B144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25982B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4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4BA926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dersin tüm ders öğrenim kazanımlarını karşıladığını düşünüyorum.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A4F6A3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2,79</w:t>
            </w:r>
          </w:p>
        </w:tc>
      </w:tr>
    </w:tbl>
    <w:p w14:paraId="021B66AF" w14:textId="77777777" w:rsidR="005E4DE6" w:rsidRPr="00E21492" w:rsidRDefault="005E4DE6">
      <w:pPr>
        <w:rPr>
          <w:rFonts w:ascii="Times New Roman" w:hAnsi="Times New Roman" w:cs="Times New Roman"/>
        </w:rPr>
      </w:pPr>
    </w:p>
    <w:p w14:paraId="703EE71E" w14:textId="77777777" w:rsidR="005E4DE6" w:rsidRPr="00E21492" w:rsidRDefault="00000000">
      <w:pPr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  <w:sz w:val="21"/>
        </w:rPr>
        <w:t>Dersin AKTS (İş Yükü) Hesaplamasına İlişkin Değerlendirmeler: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5E4DE6" w:rsidRPr="00E21492" w14:paraId="596B4D16" w14:textId="77777777">
        <w:trPr>
          <w:jc w:val="center"/>
        </w:trPr>
        <w:tc>
          <w:tcPr>
            <w:tcW w:w="468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555CC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Değerlendirme Kriteri (İş Yükü)</w:t>
            </w:r>
          </w:p>
        </w:tc>
        <w:tc>
          <w:tcPr>
            <w:tcW w:w="468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29533D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Süre / Saat</w:t>
            </w:r>
          </w:p>
        </w:tc>
      </w:tr>
      <w:tr w:rsidR="005E4DE6" w:rsidRPr="00E21492" w14:paraId="0A3564DD" w14:textId="77777777">
        <w:trPr>
          <w:jc w:val="center"/>
        </w:trPr>
        <w:tc>
          <w:tcPr>
            <w:tcW w:w="468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791DA3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derse hazırlanmak ve/veya tekrar etmek için haftada ortalama kaç saat ayırıyorsunuz?</w:t>
            </w:r>
          </w:p>
        </w:tc>
        <w:tc>
          <w:tcPr>
            <w:tcW w:w="468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72A51F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0,21 saat</w:t>
            </w:r>
          </w:p>
        </w:tc>
      </w:tr>
      <w:tr w:rsidR="005E4DE6" w:rsidRPr="00E21492" w14:paraId="7783BDB1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6B3A84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 kapsamında hazırladığınız her bir ödev için yaklaşık kaç saat harcadınız?</w:t>
            </w:r>
          </w:p>
        </w:tc>
        <w:tc>
          <w:tcPr>
            <w:tcW w:w="46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B0B7B0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0,14 saat</w:t>
            </w:r>
          </w:p>
        </w:tc>
      </w:tr>
      <w:tr w:rsidR="005E4DE6" w:rsidRPr="00E21492" w14:paraId="6D7C637C" w14:textId="77777777">
        <w:trPr>
          <w:jc w:val="center"/>
        </w:trPr>
        <w:tc>
          <w:tcPr>
            <w:tcW w:w="468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111894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 kapsamında hazırladığınız her bir sunum/seminer için yaklaşık kaç saat harcadınız?</w:t>
            </w:r>
          </w:p>
        </w:tc>
        <w:tc>
          <w:tcPr>
            <w:tcW w:w="468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E8A12E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0,14 saat</w:t>
            </w:r>
          </w:p>
        </w:tc>
      </w:tr>
      <w:tr w:rsidR="005E4DE6" w:rsidRPr="00E21492" w14:paraId="173D694D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017CF6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 kapsamında girmiş olduğunuz her bir kısa sınav (quiz) için yaklaşık kaç saat harcadınız?</w:t>
            </w:r>
          </w:p>
        </w:tc>
        <w:tc>
          <w:tcPr>
            <w:tcW w:w="46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23DF61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0,07 saat</w:t>
            </w:r>
          </w:p>
        </w:tc>
      </w:tr>
      <w:tr w:rsidR="005E4DE6" w:rsidRPr="00E21492" w14:paraId="626D52B5" w14:textId="77777777">
        <w:trPr>
          <w:jc w:val="center"/>
        </w:trPr>
        <w:tc>
          <w:tcPr>
            <w:tcW w:w="468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FD7961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 kapsamında girmiş olduğunuz her bir ara sınav için yaklaşık kaç saat harcadınız?</w:t>
            </w:r>
          </w:p>
        </w:tc>
        <w:tc>
          <w:tcPr>
            <w:tcW w:w="468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263FDF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0,36 saat</w:t>
            </w:r>
          </w:p>
        </w:tc>
      </w:tr>
      <w:tr w:rsidR="005E4DE6" w:rsidRPr="00E21492" w14:paraId="66E8F0BB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0ADDF8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 kapsamında hazırladığınız her bir proje için yaklaşık kaç saat harcadınız?</w:t>
            </w:r>
          </w:p>
        </w:tc>
        <w:tc>
          <w:tcPr>
            <w:tcW w:w="46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F2425F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0,07 saat</w:t>
            </w:r>
          </w:p>
        </w:tc>
      </w:tr>
      <w:tr w:rsidR="005E4DE6" w:rsidRPr="00E21492" w14:paraId="2FE2A7CB" w14:textId="77777777">
        <w:trPr>
          <w:jc w:val="center"/>
        </w:trPr>
        <w:tc>
          <w:tcPr>
            <w:tcW w:w="468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6814F2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 kapsamında haftada ortalama kaç saat laboratuvar çalışması yaptınız?</w:t>
            </w:r>
          </w:p>
        </w:tc>
        <w:tc>
          <w:tcPr>
            <w:tcW w:w="468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F847AD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-</w:t>
            </w:r>
          </w:p>
        </w:tc>
      </w:tr>
      <w:tr w:rsidR="005E4DE6" w:rsidRPr="00E21492" w14:paraId="686BFFDA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4BD876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Bu dersin final sınavı için toplam kaç saat hazırlandınız?</w:t>
            </w:r>
          </w:p>
        </w:tc>
        <w:tc>
          <w:tcPr>
            <w:tcW w:w="468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BBE5CE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1,21 saat</w:t>
            </w:r>
          </w:p>
        </w:tc>
      </w:tr>
    </w:tbl>
    <w:p w14:paraId="12433D3E" w14:textId="77777777" w:rsidR="005E4DE6" w:rsidRPr="00E21492" w:rsidRDefault="005E4DE6">
      <w:pPr>
        <w:rPr>
          <w:rFonts w:ascii="Times New Roman" w:hAnsi="Times New Roman" w:cs="Times New Roman"/>
        </w:rPr>
      </w:pPr>
    </w:p>
    <w:p w14:paraId="38912E58" w14:textId="77777777" w:rsidR="005E4DE6" w:rsidRPr="00E21492" w:rsidRDefault="00000000">
      <w:pPr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</w:rPr>
        <w:t>2. ÖĞRENCİ DERS SORUMLUSU / SORUMLULARI DEĞERLENDİRMESİ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E4DE6" w:rsidRPr="00E21492" w14:paraId="1F1897DD" w14:textId="77777777">
        <w:trPr>
          <w:jc w:val="center"/>
        </w:trPr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BB000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#</w:t>
            </w:r>
          </w:p>
        </w:tc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8BB529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Değerlendirme Kriteri / Maddesi</w:t>
            </w:r>
          </w:p>
        </w:tc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1B279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Puan / Ortalama</w:t>
            </w:r>
          </w:p>
        </w:tc>
      </w:tr>
      <w:tr w:rsidR="005E4DE6" w:rsidRPr="00E21492" w14:paraId="5CCC439D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86ACD7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A16663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Derse zamanında gelmiştir.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E192E0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3,64</w:t>
            </w:r>
          </w:p>
        </w:tc>
      </w:tr>
      <w:tr w:rsidR="005E4DE6" w:rsidRPr="00E21492" w14:paraId="679C6FD6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4ABD43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2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4B78BA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 saatlerini sonuna kadar kullanmıştır.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6332B0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3,50</w:t>
            </w:r>
          </w:p>
        </w:tc>
      </w:tr>
      <w:tr w:rsidR="005E4DE6" w:rsidRPr="00E21492" w14:paraId="52B40750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7B6624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0A6784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Resmî tatiller dışında tüm dersleri yapmıştır.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321749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3,36</w:t>
            </w:r>
          </w:p>
        </w:tc>
      </w:tr>
      <w:tr w:rsidR="005E4DE6" w:rsidRPr="00E21492" w14:paraId="37FD77D7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895FF4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4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32EFF4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Derse hazırlıklı gelmiş, etkili, açık ve anlaşılır bir sunum yapmıştır.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2C3517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3,29</w:t>
            </w:r>
          </w:p>
        </w:tc>
      </w:tr>
      <w:tr w:rsidR="005E4DE6" w:rsidRPr="00E21492" w14:paraId="6853EE5A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EB4DB2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5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10704C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 materyallerini (ders kitabını, ek kaynaklar, ödevler vb.) iyi seçmiştir.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B0C3CB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3,00</w:t>
            </w:r>
          </w:p>
        </w:tc>
      </w:tr>
      <w:tr w:rsidR="005E4DE6" w:rsidRPr="00E21492" w14:paraId="1898EC7E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EBE7F4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6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2E861B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Öğrencinin derse katılmasını (soru sormasını, yorum yapmasını) teşvik edilmiştir.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DBAD6C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3,29</w:t>
            </w:r>
          </w:p>
        </w:tc>
      </w:tr>
      <w:tr w:rsidR="005E4DE6" w:rsidRPr="00E21492" w14:paraId="654F7593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B55299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7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2E9397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Öğrencilerin başarılı olması için ikna edici ve teşvik edici bir yöntem kullanmıştır.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E10A28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3,50</w:t>
            </w:r>
          </w:p>
        </w:tc>
      </w:tr>
      <w:tr w:rsidR="005E4DE6" w:rsidRPr="00E21492" w14:paraId="0B9D97A5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5E6876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8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DA4B77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Öğrencilere karşı sabırlı, yapıcı ve diyalog kurulabilir bir imaj oluşturmuştur.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8DCA7A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3,71</w:t>
            </w:r>
          </w:p>
        </w:tc>
      </w:tr>
      <w:tr w:rsidR="005E4DE6" w:rsidRPr="00E21492" w14:paraId="29146F1C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CF48F1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9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2E21A4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 saatleri dışında kendisine ulaşılabilir bir durum yaratmıştır.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CD4D1F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3,36</w:t>
            </w:r>
          </w:p>
        </w:tc>
      </w:tr>
      <w:tr w:rsidR="005E4DE6" w:rsidRPr="00E21492" w14:paraId="4B37DDA5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F75EA4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10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F66869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 kapsamında öğrettikleriyle sınav ve ödevlerde test ettikleri arasında adil bir denge kurmuştur.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104BC7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3,00</w:t>
            </w:r>
          </w:p>
        </w:tc>
      </w:tr>
      <w:tr w:rsidR="005E4DE6" w:rsidRPr="00E21492" w14:paraId="04BE850A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3EE04E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11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2FD040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Yapmış olduğu sınavları adil ve objektif olarak değerlendirilmiştir.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54FEC5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3,21</w:t>
            </w:r>
          </w:p>
        </w:tc>
      </w:tr>
      <w:tr w:rsidR="005E4DE6" w:rsidRPr="00E21492" w14:paraId="261AC133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029053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12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6782C4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Dersin kapsamındaki konularla ilgili bilgilere hakimdir.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105F0A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3,14</w:t>
            </w:r>
          </w:p>
        </w:tc>
      </w:tr>
      <w:tr w:rsidR="005E4DE6" w:rsidRPr="00E21492" w14:paraId="0055BE9B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28EB4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13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D983AE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 xml:space="preserve">Bu öğretim elemanından tekrar ders </w:t>
            </w:r>
            <w:r w:rsidRPr="00E21492">
              <w:rPr>
                <w:rFonts w:ascii="Times New Roman" w:hAnsi="Times New Roman" w:cs="Times New Roman"/>
                <w:sz w:val="19"/>
              </w:rPr>
              <w:lastRenderedPageBreak/>
              <w:t>almak isterim.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9D8074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lastRenderedPageBreak/>
              <w:t>3,36</w:t>
            </w:r>
          </w:p>
        </w:tc>
      </w:tr>
      <w:tr w:rsidR="005E4DE6" w:rsidRPr="00E21492" w14:paraId="53FA1CB3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7DF953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14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D2EE20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Genel olarak değerlendirilirse rol model alacağım bir öğretim elemanıdır.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0604FB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3,29</w:t>
            </w:r>
          </w:p>
        </w:tc>
      </w:tr>
    </w:tbl>
    <w:p w14:paraId="3D2BE142" w14:textId="77777777" w:rsidR="005E4DE6" w:rsidRPr="00E21492" w:rsidRDefault="005E4DE6">
      <w:pPr>
        <w:rPr>
          <w:rFonts w:ascii="Times New Roman" w:hAnsi="Times New Roman" w:cs="Times New Roman"/>
        </w:rPr>
      </w:pPr>
    </w:p>
    <w:p w14:paraId="576D7FD6" w14:textId="77777777" w:rsidR="005E4DE6" w:rsidRPr="00E21492" w:rsidRDefault="00000000">
      <w:pPr>
        <w:rPr>
          <w:rFonts w:ascii="Times New Roman" w:hAnsi="Times New Roman" w:cs="Times New Roman"/>
        </w:rPr>
      </w:pPr>
      <w:r w:rsidRPr="00E21492">
        <w:rPr>
          <w:rFonts w:ascii="Times New Roman" w:hAnsi="Times New Roman" w:cs="Times New Roman"/>
          <w:b/>
        </w:rPr>
        <w:t>3. ÖĞRENCİ ÖZ DEĞERLENDİRMESİ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E4DE6" w:rsidRPr="00E21492" w14:paraId="23D8080D" w14:textId="77777777">
        <w:trPr>
          <w:jc w:val="center"/>
        </w:trPr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CE0CEF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#</w:t>
            </w:r>
          </w:p>
        </w:tc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2FEA5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Değerlendirme Kriteri / Maddesi</w:t>
            </w:r>
          </w:p>
        </w:tc>
        <w:tc>
          <w:tcPr>
            <w:tcW w:w="3120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FE744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b/>
                <w:color w:val="FFFFFF"/>
                <w:sz w:val="20"/>
              </w:rPr>
              <w:t>Puan / Ortalama</w:t>
            </w:r>
          </w:p>
        </w:tc>
      </w:tr>
      <w:tr w:rsidR="005E4DE6" w:rsidRPr="00E21492" w14:paraId="32171EBA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B9A760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1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56E0BF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Derslerin tamamına katıldım.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F8D52E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3,64</w:t>
            </w:r>
          </w:p>
        </w:tc>
      </w:tr>
      <w:tr w:rsidR="005E4DE6" w:rsidRPr="00E21492" w14:paraId="7A1D8AC0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029751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2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73DEC9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Düzenli olarak (günlük veya haftalık) ders notlarını tekrarladım ve verilen ödevleri yaptım.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368F1F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3,36</w:t>
            </w:r>
          </w:p>
        </w:tc>
      </w:tr>
      <w:tr w:rsidR="005E4DE6" w:rsidRPr="00E21492" w14:paraId="5E821E37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60D691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146B64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Ders konularını ders kitabından veya diğer kaynaklardan takip ettim.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68B8B0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3,50</w:t>
            </w:r>
          </w:p>
        </w:tc>
      </w:tr>
      <w:tr w:rsidR="005E4DE6" w:rsidRPr="00E21492" w14:paraId="2E578A6B" w14:textId="77777777">
        <w:trPr>
          <w:jc w:val="center"/>
        </w:trPr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CDFB7F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4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3616F9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Anlamadığım konular hakkında ders hocasından derste veya ders dışında yardım istedim.</w:t>
            </w:r>
          </w:p>
        </w:tc>
        <w:tc>
          <w:tcPr>
            <w:tcW w:w="312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1C0E25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3,07</w:t>
            </w:r>
          </w:p>
        </w:tc>
      </w:tr>
      <w:tr w:rsidR="005E4DE6" w:rsidRPr="00E21492" w14:paraId="33902D38" w14:textId="77777777">
        <w:trPr>
          <w:jc w:val="center"/>
        </w:trPr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65F0C7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5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D2EE31" w14:textId="77777777" w:rsidR="005E4DE6" w:rsidRPr="00E21492" w:rsidRDefault="00000000">
            <w:pPr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Genel akademik not ortalamanız kaçtır?</w:t>
            </w:r>
          </w:p>
        </w:tc>
        <w:tc>
          <w:tcPr>
            <w:tcW w:w="3120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0896DC" w14:textId="77777777" w:rsidR="005E4DE6" w:rsidRPr="00E2149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21492">
              <w:rPr>
                <w:rFonts w:ascii="Times New Roman" w:hAnsi="Times New Roman" w:cs="Times New Roman"/>
                <w:sz w:val="19"/>
              </w:rPr>
              <w:t>3,57</w:t>
            </w:r>
          </w:p>
        </w:tc>
      </w:tr>
    </w:tbl>
    <w:p w14:paraId="3D239922" w14:textId="77777777" w:rsidR="005E4DE6" w:rsidRPr="00E21492" w:rsidRDefault="005E4DE6">
      <w:pPr>
        <w:rPr>
          <w:rFonts w:ascii="Times New Roman" w:hAnsi="Times New Roman" w:cs="Times New Roman"/>
        </w:rPr>
      </w:pPr>
    </w:p>
    <w:p w14:paraId="19B67463" w14:textId="77777777" w:rsidR="005E4DE6" w:rsidRPr="00E21492" w:rsidRDefault="005E4DE6">
      <w:pPr>
        <w:rPr>
          <w:rFonts w:ascii="Times New Roman" w:hAnsi="Times New Roman" w:cs="Times New Roman"/>
        </w:rPr>
      </w:pPr>
    </w:p>
    <w:sectPr w:rsidR="005E4DE6" w:rsidRPr="00E2149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386528">
    <w:abstractNumId w:val="8"/>
  </w:num>
  <w:num w:numId="2" w16cid:durableId="1038318355">
    <w:abstractNumId w:val="6"/>
  </w:num>
  <w:num w:numId="3" w16cid:durableId="108135845">
    <w:abstractNumId w:val="5"/>
  </w:num>
  <w:num w:numId="4" w16cid:durableId="1341391956">
    <w:abstractNumId w:val="4"/>
  </w:num>
  <w:num w:numId="5" w16cid:durableId="1989940814">
    <w:abstractNumId w:val="7"/>
  </w:num>
  <w:num w:numId="6" w16cid:durableId="718477151">
    <w:abstractNumId w:val="3"/>
  </w:num>
  <w:num w:numId="7" w16cid:durableId="2108498009">
    <w:abstractNumId w:val="2"/>
  </w:num>
  <w:num w:numId="8" w16cid:durableId="1576159062">
    <w:abstractNumId w:val="1"/>
  </w:num>
  <w:num w:numId="9" w16cid:durableId="1087575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4DE6"/>
    <w:rsid w:val="00765AD7"/>
    <w:rsid w:val="00AA1D8D"/>
    <w:rsid w:val="00B47730"/>
    <w:rsid w:val="00CB0664"/>
    <w:rsid w:val="00E214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D1A4B7"/>
  <w14:defaultImageDpi w14:val="300"/>
  <w15:docId w15:val="{06CC2A0D-4541-5E4C-B633-FDFE8C4C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SEYMA NUR ERCAN</cp:lastModifiedBy>
  <cp:revision>2</cp:revision>
  <dcterms:created xsi:type="dcterms:W3CDTF">2026-10-22T20:02:00Z</dcterms:created>
  <dcterms:modified xsi:type="dcterms:W3CDTF">2026-10-22T20:02:00Z</dcterms:modified>
  <cp:category/>
</cp:coreProperties>
</file>